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6S/198/2017 z 27. 2. 2018</w:t>
      </w:r>
    </w:p>
    <w:p>
      <w:r>
        <w:t>Uznesenie Krajského súdu Bratislava z 27. februára 2018, sp. zn. 6S/198/2017, ECLI:SK:KSBA:2018:1017201896.1</w:t>
      </w:r>
    </w:p>
    <w:p>
      <w:r>
        <w:t>Súd: Krajský súd Bratislava</w:t>
      </w:r>
    </w:p>
    <w:p>
      <w:r>
        <w:t>Spisová značka: 6S/198/2017</w:t>
      </w:r>
    </w:p>
    <w:p>
      <w:r>
        <w:t>ECLI: ECLI:SK:KSBA:2018:1017201896.1</w:t>
      </w:r>
    </w:p>
    <w:p>
      <w:r>
        <w:t>Dátum vydania: 27. 2. 2018</w:t>
      </w:r>
    </w:p>
    <w:p>
      <w:r>
        <w:t>Forma: Uznesenie</w:t>
      </w:r>
    </w:p>
    <w:p>
      <w:pPr>
        <w:pStyle w:val="Heading2"/>
      </w:pPr>
      <w:r>
        <w:t>Text rozhodnutia</w:t>
      </w:r>
    </w:p>
    <w:p>
      <w:r>
        <w:t>Súd: Krajský súd Bratislava Spisová značka: 6S/198/2017 Identifikačné číslo súdneho spisu: 1017201896 Dátum vydania rozhodnutia: 28. 02. 2018 Meno a priezvisko sudcu, VSÚ: Mgr. Marián Degma ECLI: ECLI:SK:KSBA:2018:1017201896.1 Uznesenie Krajský súd v Bratislave ako správny súd, v právnej veci žalobcu: TESCO STORES SR, a.s., so sídlom Kamenné námestie 1/A, Bratislava, proti žalovanému: Štátna veterinárna a potravinová správa Slovenskej republiky, so sídlom Botanická 17, Bratislava, o preskúmanie zákonnosti rozhodnutia žalovaného č. 2917/2017 zo dňa 13.09.2017, jednohlasne, takto r o z h o d o l : Krajský súd v Bratislave p o s t u p u j e vec Krajskému správnemu súdu v Trenčíne. o d ô v o d n e n i e : I. Žaloba. 1. Žalobca sa žalobou podanou Krajskému súdu v Bratislave dňa 13.11.2017 domáhal preskúmania zákonnosti rozhodnutia žalovaného č. 2917/2017 zo dňa 13.09.2017, ktorým odvolanie žalobcu ako účastníka správneho konania zamietol a rozhodnutie Regionálnej veterinárnej a potravinovej správy Trenčín č. SK 61/2016 zo dňa 25.05.2017, ktorým bol žalobca uznaný vinným zo spáchania správnych deliktov a bola mu uložená úhrnná pokuta vo výške 1.000.000,-EUR, potvrdil. II. Zistenie súdu. 2. V prejednávanej veci rozhodoval ako správny orgán v prvom stupni Regionálna veterinárna a potravinová správa Trenčín. III. Právne posúdenie. 3. V správnom súdnictve správny súd postupuje v zmysle zák.č. 162/2015 Z.z. Správny súdny poriadok (ďalej len „SSP“). 4. Podľa § 9 ods. 1 SSP, konanie sa uskutočňuje na tom správnom súde, ktorý je vecne, miestne a kauzálne príslušný. Príslušnosť sa určuje podľa okolností existujúcich v čase začatia konania a trvá až do jeho skončenia. 5. Podľa § 13 ods. 1 SSP, miestne príslušným je krajský súd, v ktorého obvode má sídlo orgán verejnej správy, ktorý rozhodol v prvom stupni, ak tento zákon neustanovuje inak. 6. Podľa § 18 ods. 2 SSP, ak správny súd zistí, že nie je vecne, miestne alebo kauzálne príslušný, postúpi vec uznesením príslušnému správnemu súdu. Nižší správny súd je postúpením veci vyšším správnym súdom viazaný. IV. Závery správneho súdu. 7. Nakoľko v uvedenej veci v prvom stupni rozhodoval ako správny orgán Regionálna veterinárna a potravinová správa Trenčín, ktorý má sídlo v obvode Krajského súdu Trenčín, miestne aj vecne príslušným na prejednanie je Krajský súd v Trenčíne. 8. Vzhľadom na uvedené zistenie, Krajský súd v Bratislave nie je miestne príslušným na konanie v predmetnej veci, preto po právoplatnosti tohto uznesenia bude vec postúpená Krajskému súdu v Trenčíne. 9. Toto rozhodnutie senát Krajského súdu v Bratislave prijal pomerom hlasov 3:0 (§3 ods. 9 zák. č. 757/2004 Z.z. v znení zák. č. 33/2011 Z.z.). Poučenie: Proti tomuto uzneseniu nie je prípustná kasačná sťažnosť (§ 439 ods. 2 písm. d) SSP).</w:t>
      </w:r>
    </w:p>
    <w:p/>
    <w:p>
      <w:r>
        <w:t>Zdroj: KAUZIS.SK – https://www.kauzis.sk/judikatura/r/ECLI:SK:KSBA:2018:1017201896.1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