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6S/211/2017 z 14. 3. 2018</w:t>
      </w:r>
    </w:p>
    <w:p>
      <w:r>
        <w:t>Uznesenie Krajského súdu Bratislava z 14. marca 2018, sp. zn. 6S/211/2017, ECLI:SK:KSBA:2018:1017201986.1</w:t>
      </w:r>
    </w:p>
    <w:p>
      <w:r>
        <w:t>Súd: Krajský súd Bratislava</w:t>
      </w:r>
    </w:p>
    <w:p>
      <w:r>
        <w:t>Spisová značka: 6S/211/2017</w:t>
      </w:r>
    </w:p>
    <w:p>
      <w:r>
        <w:t>ECLI: ECLI:SK:KSBA:2018:1017201986.1</w:t>
      </w:r>
    </w:p>
    <w:p>
      <w:r>
        <w:t>Dátum vydania: 14. 3. 2018</w:t>
      </w:r>
    </w:p>
    <w:p>
      <w:r>
        <w:t>Forma: Uznesenie</w:t>
      </w:r>
    </w:p>
    <w:p>
      <w:pPr>
        <w:pStyle w:val="Heading2"/>
      </w:pPr>
      <w:r>
        <w:t>Text rozhodnutia</w:t>
      </w:r>
    </w:p>
    <w:p>
      <w:r>
        <w:t>Súd: Krajský súd Bratislava Spisová značka: 6S/211/2017 Identifikačné číslo súdneho spisu: 1017201986 Dátum vydania rozhodnutia: 15. 03. 2018 Meno a priezvisko sudcu, VSÚ: JUDr. Andrea Krišková ECLI: ECLI:SK:KSBA:2018:1017201986.1 Uznesenie Krajský súd v Bratislave, ako správny súd v právnej veci žalobcu: I. Q., P.O.G. XXX, XXX XX G., proti žalovanému: Centrum právnej pomoci, Námestie slobody 12, 810 05 Bratislava, o preskúmanie zákonnosti rozhodnutia žalovaného č. KaBA 17826/2017 (US1354/11) ČRZ: 105321/2017 zo dňa 10.11.2017, takto r o z h o d o l : Krajský súd v Bratislave konanie zastavuje. Žiaden z účastníkov konania n e m á právo na náhradu trov konania. o d ô v o d n e n i e : 1. Žalobou osobne podanou Krajskému súdu v Bratislave dňa 01.12.2017 sa žalobca domáhal preskúmania zákonnosti a následne zrušenia rozhodnutia žalovaného č. KaBA 17826/2017 (US1354/11) ČRZ: 105321/2017 zo dňa 10.11.2017, ktorým žalovaný odňal žalobcovi nárok na poskytnutie právnej pomoci v konaní pred súdom v právnej veci o zaplatenie 16 361,49 eur s prísl. t. č. vedenej na Okresnom súde Bratislava I pod sp. zn. 7C 326/2009. 2. Podaním doručeným krajskému súdu dňa 26.02.2018 zobral žalobca žalobu pred konaním vo veci samej späť v celom rozsahu a navrhol konanie zastaviť. Späťvzatie návrhu odôvodnil skutočnosťou, že zo strany Úradu komisára pre osoby so zdravotným postihom mu bolo listom zo dňa 13.02.2018 oznámené, že môže opätovne požiadať žalovaného o priznanie nároku na poskytovanie právnej pomoci priznanej na zastupovanie v súdnom konaní o zaplatenie 16 361,49 eur s prísl., vedenom na Okresnom súde Bratislava I pod sp. zn. 7C 326/2009. 3. Podľa § 63 zákona č. 162/2015 Z.z.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Nakoľko žalobca vzal späť žalobu pred rozhodnutím veci, správny súd v súlade s ustanovením § 99 písm. a) SSP konanie zastavil. 6. O náhrade trov konania správny súd rozhodol podľa § 170 písm. b) SSP tak, že žiaden z účastníkov nemá právo na náhradu trov konania, nakoľko konanie bolo zastavené. 7.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na Najvyšší súd SR.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https://www.kauzis.sk/judikatura/r/ECLI:SK:KSBA:2018:1017201986.1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