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6Sa/100/2017 z 10. 4. 2018</w:t>
      </w:r>
    </w:p>
    <w:p>
      <w:r>
        <w:t>Uznesenie Krajského súdu Bratislava z 10. apríla 2018, sp. zn. 6Sa/100/2017, ECLI:SK:KSBA:2018:1017202010.1</w:t>
      </w:r>
    </w:p>
    <w:p>
      <w:r>
        <w:t>Súd: Krajský súd Bratislava</w:t>
      </w:r>
    </w:p>
    <w:p>
      <w:r>
        <w:t>Spisová značka: 6Sa/100/2017</w:t>
      </w:r>
    </w:p>
    <w:p>
      <w:r>
        <w:t>ECLI: ECLI:SK:KSBA:2018:1017202010.1</w:t>
      </w:r>
    </w:p>
    <w:p>
      <w:r>
        <w:t>Dátum vydania: 10. 4.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6Sa/100/2017 Identifikačné číslo súdneho spisu: 1017202010 Dátum vydania rozhodnutia: 11. 04. 2018 Meno a priezvisko sudcu, VSÚ: JUDr. Marta Barková ECLI: ECLI:SK:KSBA:2018:1017202010.1 Uznesenie Krajský súd v Bratislave v právnej veci žalobcu: Z. H. Z., G. XX, XX XXX K., K. V.,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06.12.2017 bola Krajskému súdu v Bratislave doručená správna žaloba v sociálnych veciach, ktorou sa žalobca domáhal preskúmania zákonnosti rozhodnutia žalovanej číslo 16898-4/2017-BA zo dňa 22.09.2017. Napadnutým rozhodnutím žalovaná odvolanie žalobcu podané proti rozhodnutiu Sociálnej poisťovne, pobočka Čadca, č. 50125-1/2014-CA zo dňa 15.12.2014 vo veci vzniku povinného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https://www.kauzis.sk/judikatura/r/ECLI:SK:KSBA:2018:1017202010.1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