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2S/294/2017 z 6. 2. 2018</w:t>
      </w:r>
    </w:p>
    <w:p>
      <w:r>
        <w:t>Uznesenie Krajského súdu Bratislava z 6. februára 2018, sp. zn. 2S/294/2017, ECLI:SK:KSBA:2018:1017202023.1</w:t>
      </w:r>
    </w:p>
    <w:p>
      <w:r>
        <w:t>Súd: Krajský súd Bratislava</w:t>
      </w:r>
    </w:p>
    <w:p>
      <w:r>
        <w:t>Spisová značka: 2S/294/2017</w:t>
      </w:r>
    </w:p>
    <w:p>
      <w:r>
        <w:t>ECLI: ECLI:SK:KSBA:2018:1017202023.1</w:t>
      </w:r>
    </w:p>
    <w:p>
      <w:r>
        <w:t>Dátum vydania: 6. 2. 2018</w:t>
      </w:r>
    </w:p>
    <w:p>
      <w:r>
        <w:t>Forma: Uznesenie</w:t>
      </w:r>
    </w:p>
    <w:p>
      <w:pPr>
        <w:pStyle w:val="Heading2"/>
      </w:pPr>
      <w:r>
        <w:t>Text rozhodnutia</w:t>
      </w:r>
    </w:p>
    <w:p>
      <w:r>
        <w:t>Súd: Krajský súd Bratislava Spisová značka: 2S/294/2017 Identifikačné číslo súdneho spisu: 1017202023 Dátum vydania rozhodnutia: 07. 02. 2018 Meno a priezvisko sudcu, VSÚ: JUDr. Vlastimil Pavlikovský ECLI: ECLI:SK:KSBA:2018:1017202023.1 Uznesenie Krajský súd v Bratislave v právnej veci žalobcu: F. V., narodený XX.X.XXXX, bytom O., Y. XXX/X, právne zastúpený advokátom JUDr. Igorom Kovačikom, so sídlom v Bratislave, Panenská 7, proti žalovanému: Okresný úrad Bratislava, Odbor výstavby a bytovej politiky, so sídlom v Bratislave, Tomášikova 46, o preskúmanie zákonnosti rozhodnutia žalovaného č. OU-BA-OVBP2-2017/4361/GRJ zo dňa 10.8.2017, takto r o z h o d o l : Krajský súd v Bratislave konanie z a s t a v u j e . Žiaden z účastníkov konania n e m á p r á v o na náhradu trov konania. o d ô v o d n e n i e : I. Priebeh administratívneho konania 1. Žalovaný rozhodnutím č. OU-BA-OVBP2-2017/4361/GRJ zo dňa 10.8.2017 zastavil vyvlastňovacie konanie z dôvodu späťvzatia návrhu na vyvlastnenie zo strany navrhovateľa - Národná diaľničná spoločnosť, a.s. Žalobca si pred zastavením vyvlastňovacieho konania uplatnil nárok na náhradu trov konania, no žalovaný mu náhradu trov konania nepriznal. II. Žaloba 2. Žalobca sa žalobou zo dňa 5.10.2017, doručenou Krajskému súdu v Bratislave dňa 5.10.2017, domáhala zrušenia rozhodnutia žalovaného č. OU-BA-OVBP2-2017/4361/GRJ zo dňa 10.8.2017 a vrátenia veci žalovanému na ďalšie konanie. III. Späťvzatie žaloby 3. Žalobca podaním zo dňa 5.12.2017, doručeným Krajskému súdu v Bratislave dňa 6.12.2017, zobral žalobu v celom rozsahu späť. IV. Relevantná právna úprava 4.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5.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 99 písm. a/ SSP správny súd konanie uznesením zastaví, ak žalobca vzal žalobu späť skôr, ako správny súd vo veci rozhodol. 7. Podľa § 170 písm. b/ SSP žiaden z účastníkov konania nemá právo na náhradu trov konania, ak konanie bolo zastavené. V. Závery správneho súdu 8. V predmetnej veci boli splnené podmienky na zastavenie konania podľa § 63 a § 99 písm. a/ SSP, pretože žalobca svojím dispozitívnym úkonom zobral žalobu v celom rozsahu späť pred prvým pojednávaním. Z uvedeného dôvodu správny súd postupoval podľa citovaného ustanovenia a konanie zastavil. 9. O práve účastníkov konania na náhradu trov konania súd rozhodol podľa § 170 písm. b/ SSP a žiadnemu z účastníkov konania nepriznal právo na náhradu trov konania, pretože konanie bolo zastavené. 10. Toto rozhodnutie senát Krajského súdu v Bratislave prijal pomerom hlasov 3 : 0 (§ 139 ods. 4,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https://www.kauzis.sk/judikatura/r/ECLI:SK:KSBA:2018:1017202023.1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