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7Sa/106/2017 z 10. 1. 2018</w:t>
      </w:r>
    </w:p>
    <w:p>
      <w:r>
        <w:t>Uznesenie Krajského súdu Bratislava z 10. januára 2018, sp. zn. 7Sa/106/2017, ECLI:SK:KSBA:2018:1017202080.1</w:t>
      </w:r>
    </w:p>
    <w:p>
      <w:r>
        <w:t>Súd: Krajský súd Bratislava</w:t>
      </w:r>
    </w:p>
    <w:p>
      <w:r>
        <w:t>Spisová značka: 7Sa/106/2017</w:t>
      </w:r>
    </w:p>
    <w:p>
      <w:r>
        <w:t>ECLI: ECLI:SK:KSBA:2018:1017202080.1</w:t>
      </w:r>
    </w:p>
    <w:p>
      <w:r>
        <w:t>Dátum vydania: 10.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7Sa/106/2017 Identifikačné číslo súdneho spisu: 1017202080 Dátum vydania rozhodnutia: 11. 01. 2018 Meno a priezvisko sudcu, VSÚ: JUDr. Beata Jurgošová ECLI: ECLI:SK:KSBA:2018:1017202080.1 Uznesenie Krajský súd v Bratislave v právnej veci žalobcu: S. T., nar. XX.X.XXXX, trvale bytom D. N., X. F., t.č. Ústav na výkon väzby a Ústav na výkon trestu odňatia slobody, Chorvátska 5, 812 29 Bratislava, proti žalovanému: 1/ Ústredie práce, sociálnych vecí a rodiny, Špitálska 8, Bratislava , 2/ Úrad práce, sociálnych vecí a rodiny, Moyzesova 2, Pezinok, o preskúmanie rozhodnutia žalovaného 1/ a 2/, takto r o z h o d o l : Krajský súd v Bratislave p o s t u p u j e vec miestne príslušnému Krajskému súdu v Nitre. o d ô v o d n e n i e : Dňa 13.12.2017 bola konajúcemu Krajskému súdu v Bratislave ako správnemu súdu (ďalej len správny súd) doručená správna žaloba žalobcu na preskúmanie rozhodnutia žalovaného. Z obsahu spisu vyplýva, že žalobca má trvalé bydlisko v obci D. N., okres F..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obci D. N., okres F.,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https://www.kauzis.sk/judikatura/r/ECLI:SK:KSBA:2018:1017202080.1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