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5S/257/2017 z 30. 10. 2018</w:t>
      </w:r>
    </w:p>
    <w:p>
      <w:r>
        <w:t>Rozsudok Krajského súdu Bratislava z 30. októbra 2018, sp. zn. 5S/257/2017, ECLI:SK:KSBA:2018:1017202157.2</w:t>
      </w:r>
    </w:p>
    <w:p>
      <w:r>
        <w:t>Súd: Krajský súd Bratislava</w:t>
      </w:r>
    </w:p>
    <w:p>
      <w:r>
        <w:t>Spisová značka: 5S/257/2017</w:t>
      </w:r>
    </w:p>
    <w:p>
      <w:r>
        <w:t>ECLI: ECLI:SK:KSBA:2018:1017202157.2</w:t>
      </w:r>
    </w:p>
    <w:p>
      <w:r>
        <w:t>Dátum vydania: 30. 10. 2018</w:t>
      </w:r>
    </w:p>
    <w:p>
      <w:r>
        <w:t>Forma: Rozsudok</w:t>
      </w:r>
    </w:p>
    <w:p>
      <w:r>
        <w:t>Oblasť práva: Správne právo</w:t>
      </w:r>
    </w:p>
    <w:p>
      <w:pPr>
        <w:pStyle w:val="Heading2"/>
      </w:pPr>
      <w:r>
        <w:t>Text rozhodnutia</w:t>
      </w:r>
    </w:p>
    <w:p>
      <w:r>
        <w:t>Súd: Krajský súd Bratislava Spisová značka: 5S/257/2017 Identifikačné číslo súdneho spisu: 1017202157 Dátum vydania rozhodnutia: 31. 10. 2018 Meno a priezvisko sudcu, VSÚ: JUDr. Eva Fulcová ECLI: ECLI:SK:KSBA:2018:1017202157.2 ROZSUDOK V MENE SLOVENSKEJ REPUBLIKY Krajský súd v Bratislave v senáte zloženom z predsedníčky senátu JUDr. Evy Fulcovej a členiek senátu JUDr. Viery Šebestovej a JUDr. Dáši Filovej, v právnej veci žalobcu: HMG Recovery, k.s. Správca úpadcu DOMUS PETRA, s.r.o. v konkurze, Červeňova 14, 811 03 Bratislava proti žalovanému: Úrad geodézie, kartografie a katastra Slovenskej republiky so sídlom Chlumeckého 2, 820 12 Bratislava 212, o preskúmanie rozhodnutia žalovaného č. LPO - 10614/2017/SI zo dňa 20.10.2017 takto r o z h o d o l : Krajský súd v Bratislave rozhodnutie žalovaného č. LPO - 10614/2017/SI zo dňa 20.10.2017 z r u š u j e a vec v r a c i a žalovaného na ďalšie konanie. Žalobcovi súd nepriznáva voči žalovanému nárok na náhradu trov konania. o d ô v o d n e n i e : 1. Žalobca sa žalobou doručenou krajskému súdu dňa 28.12.2017 domáhal preskúmania rozhodnutia Úradu geodézie, kartografie a katastra Slovenskej republiky (ďalej len žalovaný) č. LPO - 10614/2017/ SI zo dňa 20.10.2017. 2. Napadnutým rozhodnutím žalovaný zastavil konanie na preskúmanie mimo odvolacieho konania rozhodnutia Okresného úradu Trenčín, odbor opravných prostriedkov č. Vo 4/2016 zo dňa 9.11.2016. 3. Žalovaný svoje rozhodnutie odôvodnil tým, že žalobca dňa 19.01.2017 doručil žalovanému podnet na preskúmanie mimo odvolacieho konania zákonnosti rozhodnutia Okresného úradu Trenčín, odbor opravných prostriedkov č. Vo 4/2016 zo dňa 9.11.2016. Žalovaný listom č. LPO - 9679/2017/Sl zo dňa 27.9.2017 vyzval žalobcu v zmysle § 7 ods. 1 v spojení s položkou 1 I. časti sadzobníka správnych poplatkov ako príloha k zákonu č. 145/1995 Z.z. o správnych poplatkoch na zaplatenie správneho poplatku vo výške 165,50 eur do 15 dní od doručenia výzvy, ktorú žalobca prevzal dňa 5.10.2017. Žalobca listom zo dňa 19.10.2017 oznámil žalovanému, že pohľadávka na správnom poplatku vo výške XXX,XX eur bola zapísaná do zoznamu pohľadávok proti podstate, pričom táto bude uhradená v zmysle § 87 ods. 2 písm. k) zák. č. 7/2015 Z.z. o konkurze a reštrukturalizácii a o zmene a doplnenie niektorých zákonov. Keďže žalovaný v stanovenej lehote správny poplatok nezaplatil žalovaný konanie o preskúmanie rozhodnutia mimo odvolacieho konania zastavil. 4. Žalobca v podanej žalobe vytýka žalovanému, že zastavenie konania z dôvodu nezaplatenia správneho poplatku považuje vzhľadom k postaveniu správcu konkurznej podstaty a vzhľadom prebiehajúcemu konkurznému konaniu za protizákonné a protiústavné. Poukázal ďalej na to, že zapísanie poplatku do evidencie pohľadávok proti podstate neznamená opomenutie tejto pohľadávky ale len to, že pohľadávka bude splatná v čase, keď bude správca disponovať takými finančnými prostriedkami, aby ju splatiť mohol, berúc ohľad na jej poradie v evidencii pohľadávok proti podstate. 5. Žalobca ďalej uviedol, že pokiaľ je rozhodnutie správneho orgánu viazané na zaplatenie správneho poplatku správca sa v prípade nedostatku finančných prostriedkov tvoriacich konkurznú podstatu nemôže domáhať rozhodnutia správneho orgánu, čím je mu znemožnené domáhať sa inej právnej ochrany, čím je porušované jeho ústavné právo vyplývajúce z čl. 46 ods. 1 Ústavy Slovenskej republiky. 6. Krajský súd ako správny súd príslušný podľa ust. § 6 ods. 2 písm. a) zák. č. 162/2015 Správny súdny poriadok (ďalej len SSP) bez nariadenia ústneho pojednávania (§ 137 ods. 4 SSP) preskúmal žalobu z hľadiska jej predmetu a účelu a splnenia podmienok konania a dospel k záveru, že podaná žaloba je dôvodná a napadnuté rozhodnutie je potrebné zrušiť. 7. Správnom súdnictve poskytuje správny súd ochranu právam alebo právom chráneným záujmom fyzickej osoby a právnickej osoby v oblasti verejnej správy a rozhoduje v ďalších veciach ustanovených týmto zákonom (§ 2 ods. 1 SSP). 8. Podľa § 191 ods. 1 písm. d) SSP, správny súd rozsudkom zruší napadnuté rozhodnutie verejnej správy alebo opatrenia orgánu verejnej správy ak d) ak je nepreskúmateľné pre nezrozumiteľnosť alebo pre nedostatok dôvodov. 9. Podľa § 47 ods. 1 zák. č. 71/1967 Zb. o správnom konaní (ďalej len správny poriadok), rozhodnutie musí obsahovať výrok odôvodnenie a poučenie o odvolaní (rozklade). Odôvodnenie nie je potrebné, ak sa všetkým účastníkom konanie vyhovuje v plnom rozsahu. 10. Podľa § 47 ods. 3 Správneho poriadku, v odôvodnení rozhodnutia správny orgán uvedie, ktoré skutočnosti boli podkladom na rozhodnutie, akými úvahami bol vedený pri hodnotení dôkazov, ako použil správnu úvahu pri použití správnych predpisov, na základe ktorých rozhodoval a ako sa vyrovnal s návrhmi a námietkami účastníkov konania a s ich vyjadreniami k podkladom rozhodnutia. 11. Súd po oboznámení sa s obsahom pripojeného administratívneho spisu zistil, že žalobou napadnuté rozhodnutie LPO - 10614/2017/SI zo dňa 20.10.2017, ktorým žalovaný konanie o preskúmaní mimo odvolacieho konanie rozhodnutia Okresného úradu Trenčín, odbor opravných prostriedkov č. Vo 4/2016 zo dňa 9.11.2016 zastavil pre nezaplatenie súdneho poplatku nespĺňa náležitosti, ktoré ust. § 47 ods. 3 Správneho poriadku kladie na odôvodnenie rozhodnutia správneho orgánu. 12. Rozhodnutie žalovaného o zastavení konania je síce procesným rozhodnutím, avšak je odôvodnený len tým, že žalovaný správny orgán poukázal na zákonné ustanovenia zákona o súdnych poplatkoch a konštatuje, že v dôsledku nezaplatenia tohto poplatku konanie zastavil. 13. Žalovaný správny orgán sa v odôvodnení svojho rozhodnutia žiadnym spôsobom nevysporiadal s námietkami žalovaného významnými pre rozhodnutie vo veci. Takouto relevantnou námietkou bolo poukázanie žalobcu, že ako správca konkurznej podstaty úpadcu spol. Domus Petra s.r.o. v konkurze správny poplatok vyrubený mu žalovaným správnym orgánom vo výške XXX,XX eur v súvislosti s jeho podnetom o preskúmaní rozhodnutia mimo odvolacieho konania zapísal ako pohľadávku do evidencie pohľadávok proti podstate, pričom táto bude uhradená v súlade s ust. § 87 ods. 2 zák. č. 7/2005 Z.z. o konkurze a reštrukturalizácii a o zmene a doplnení niektorých zákonov (ďalej len ZKR) jej poradí, keď bude správca disponovať finančnými prostriedkami na úhradu. 14. Žalovaný správny orgán sa v odôvodnení svojho rozhodnutia s touto námietkou žalobcu, ktorý v danom prípade uvádzal, že vzhľadom na svoje osobitné postavenie správcu konkurznej podstaty úpadcu môže poplatok uhradiť v súlade s ust. § 87 ods. 2 písm. k) ZKR, vôbec nezaoberal len konštatoval, že na túto neprihliadol, pretože správny poplatok je splatný do 15 dní od doručenia výzvy správneho orgánu na jeho zaplatenie a nie až v budúcnosti ako to navrhuje žalobca (podávateľ). 15. Žalovaný správny orgán sa uvedenou námietkou žalobcu podrobnejšie zaoberal až v svojom vyjadrení k žalobe zo dňa 09.04.2018 č. LPO - 3071/2018/SI, čo však v žiadnom prípade nemá za následok, že by týmto bola odstránená vada napadnutého rozhodnutia žalovaného správneho orgánu a to nedostatok dôvodov. V dôsledku nedostatku dôvodov z rozhodnutia nie je zrejmé, prečo na základe tak vážnej námietky zo strany žalobcu v správnom konaní, žalovaný správny orgán konanie o preskúmanie mimo odvolacieho konania rozhodnutia Okresného úradu Trenčín odbor opravných prostriedkov pre nezaplatenie správneho poplatku zastavil, v dôsledku čoho mu fakticky znemožnil poskytnutie právnej ochrany, ktoré mu garantuje čl. 46 ods. 1 Ústavy Slovenskej republiky, napriek tomu, že žalovaný postupoval v zmysle ust. § 87 ods. 2 písm. k) ZKR. 16. Podľa názoru súdu odôvodnenie rozhodnutia, ktoré spočíva len v odkaze na citáciu právnych predpisov, podľa ktorých žalovaný správny orgán rozhodnutie vydal bez toho, aby sa náležitým spôsobom vysporiadal s podstatnými námietkami účastníka konania spôsobuje takú vadu rozhodnutia, ktorá bráni súdu napadnuté rozhodnutie preskúmať. Z tohto dôvodu súd napadnuté rozhodnutie zrušil a vec vrátil žalovanému správnemu orgánu na ďalšie konanie. 17. V ďalšom konaní bude povinnosťou žalovaného správneho orgánu náležite sa vysporiadať s námietkami žalovaného najmä pokiaľ ide o postup správneho orgánu v súvislosti s platením správneho poplatku vo vzťahu k ústavnému právu žalovaného na súdnu a inú právnu ochranu garantované čl. 46 ods. 1 Ústavy Slovenskej republiky. 18. O trovách konaniach súd rozhodol podľa ust. § 167 ods. 1 SSP tak, že žalobcovi súd nepriznáva voči žalovanému náhradu trov konania, z dôvodu, že mu žiadne trovy nevznikli. 19. Toto rozhodnutie senát Krajského súdu v Bratislave prijal pomerov hlasov 3 : 0 (§ 139 ods. 4 v spojení s § 147 ods. 2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https://www.kauzis.sk/judikatura/r/ECLI:SK:KSBA:2018:1017202157.2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