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6Sa/4/2018 z 28. 1. 2018</w:t>
      </w:r>
    </w:p>
    <w:p>
      <w:r>
        <w:t>Uznesenie Krajského súdu Bratislava z 28. januára 2018, sp. zn. 6Sa/4/2018, ECLI:SK:KSBA:2018:1018200084.2</w:t>
      </w:r>
    </w:p>
    <w:p>
      <w:r>
        <w:t>Súd: Krajský súd Bratislava</w:t>
      </w:r>
    </w:p>
    <w:p>
      <w:r>
        <w:t>Spisová značka: 6Sa/4/2018</w:t>
      </w:r>
    </w:p>
    <w:p>
      <w:r>
        <w:t>ECLI: ECLI:SK:KSBA:2018:1018200084.2</w:t>
      </w:r>
    </w:p>
    <w:p>
      <w:r>
        <w:t>Dátum vydania: 28.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6Sa/4/2018 Identifikačné číslo súdneho spisu: 1018200084 Dátum vydania rozhodnutia: 29. 01. 2018 Meno a priezvisko sudcu, VSÚ: JUDr. Milota Tóthová ECLI: ECLI:SK:KSBA:2018:1018200084.2 Uznesenie Krajský súd v Bratislave v právnej veci žalobcu: J. S., Q. XX.XX.XXXX, Š. R.X. R. Z. N., bez dokladu totožnosti, aktuálne s miestom pobytu Bulharská republika, zastúpeného: Liga za ľudské práva, občianske združenie so sídlom Štúrova 3, Bratislava proti žalovanému: Ministerstvo vnútra Slovenskej republiky, Prezídium policajného zboru, Úrad hraničnej a cudzineckej polície, Riaditeľstvo hraničnej a cudzineckej polície Bratislava, Oddelenie cudzineckej polície Policajného zboru Bratislava, Hrobákova 44, Bratislava, o preskúmanie rozhodnutia žalovaného o zaistení číslo: PPZ-HCP-BA6-4-009/2018-AV zo dňa 05.01.2018, takto r o z h o d o l : Konanie zastavuje. Žiaden z účastníkov nemá právo na náhradu trov konania. o d ô v o d n e n i e : 1. Žalovaný predložil dňa 18.01.2018 Krajskému súdu v Bratislave správnu žalobu zo dňa 10.01.2018, podanú právnym zástupcom žalobcu proti rozhodnutiu žalovaného č. PPZ-HCP-BA6-4-009/2018- AV zo dňa 05.01.2018, ktorým bol žalobca v súlade s ustanovením § 88 ods. 1 písm. c/ zákona č. 404/2011 Z. z. o pobyte cudzincov a o zmene a doplnení niektorých zákonov (ďalej iba „zákon o pobyte cudzincov“) dňom 05.01.2018 z dôvodu jeho pozitívneho hitu v systéme EURODAC, podľa ktorého je žiadateľom o udelenie azylu na území Bulharskej republiky, zaistený a následne umiestnený v Útvare policajného zaistenia pre cudzincov Medveďov. Súčasne bola stanovená dĺžka doby jeho zaistenia na čas nevyhnutne potrebný, najviac do 21.02.2018. V rozhodnutí žalovaný konštatoval, že žalobca dňa 07.09.2017 požiadal o udelenie azylu na území Slovenskej republiky, dňa 06.11.2017 bol prepustený zo zaistenia a toho istého dňa bol rozhodnutím č. PPZ-HCP-BA6-206-027/2017-AV, podľa ust. § 88a ods. 1 pís. b/ Zákona o pobyte cudzincov znova zaistený, dňa 27.10.2017 vydalo Dublinské stredisko rozhodnutie o zamietnutí žiadosti o udelenie azylu žalobcu ako neprípustnej, keďže podľa § 11 ods. 1 písm. c/ zákona o azyle je v danom prípade príslušná na konanie o udelenie azylu Bulharská republika, na základe čoho bol žalobca dňa 21.11.2017 zo zaistenia prepustený a následne rozhodnutím z toho istého dňa, č. PPZ-HCP-BA6-307-009/2017-AV bolo rozhodnuté o jeho zaistení podľa ust. § 88a ods. 1 pís. e/ Zákona o pobyte cudzincov. Do pozornosti žalovaný dal aj uznesenie zo dňa 06.12.2017 č. 7SaZ/7/2017-47, ktorým Krajský súd v Bratislave zamietol žiadosť žalobcu o priznanie odkladného účinku podanej správnej žalobe, zo dňa 28.11.2017. 2. Spolu so správnou žalobou žalovaný predložil administratívny spis, týkajúci sa danej veci a vo svojom vyjadrení žiadal správnu žalobu zamietnuť ako nedôvodnú pre námietky nevychádzajúce zo skutkového stavu veci a nekorešpondujúce so zisteniami žalovaného. V uvedenom podaní žalovaný súd upozornil na eskortovanie žalobcu dňa 15.01.2018 do Bulharskej republiky, ako na postup podporujúci správnosť ním a migračným úradom vedeného konania. 3. Dňa 29.01.2018 doručil žalovaný súdu elektronickou poštou podanie, ktorého prílohou bol listinný dôkaz zo dňa 15.01.2018, s predmetom - vykonanie eskorty - hlásenie, z ktorého si súd overil podanú informáciu, že dňa 15.01.2018 bola vykonaná eskorta zaisteného štátneho príslušníka tretej krajiny - J. S., Q. D. XX.XX.XXXX, U. R. Z. N., U. O., Č.. S. R.: SK XXXXXX, Z. J.: XXXXXX, ktorá začala dňa 15.01.2018 o 03.30 hod. z ÚPZC Medveďov na medzinárodné letisko Schwechat vo Viedni, odkiaľ pokračovala letom č. OS 805 s odletom z Viedne, v čase o 07.20 hod. a s príletom do Sofie v čase o 09.55 hod. MČ. Zaistený územie Slovenskej republiky opustil dňa 15.01.2018 o 04.30 hod. a orgánom Bulharskej republiky bol v zmysle Nariadenia Európskeho parlamentu a rady (EÚ) č. 604/2013 odovzdaný v čase o 10.00 hod. 4. Podľa ustanovenia § 221 ods. 1 Správneho súdneho poriadku (ďalej len „S.s.p.“), žalobca sa môže správnou žalobou domáhať zrušenia rozhodnutia o zaistení, o predĺžení zaistenia, o predĺžení lehoty zaistenia vydaného podľa osobitného predpisu alebo určenia takého rozhodnutia za nezákonné, ak bol žalobca zo zaistenia prepustený. 5. Podľa ustanovenia § 99 písm. g/ S.s.p., správny súd konanie uznesením zastaví, ak odpadol dôvod na pokračovanie v konaní a nejde o prípady ustanovené v písmenách c/ a d/. 6. Z priložených listinných dôkazov tvoriacich obsah spisu mal súd za preukázanú skutočnosť, že žalobca dňa 15.01.2018, počas doby zaistenia, opustil územie Slovenskej republiky a bol v zmysle Nariadenia Európskeho parlamentu a rady (EÚ) č. 604/2013 transferovaný a odovzdaný príslušným orgánom Bulharskej republiky. Týmto postupom zanikol účel zaistenia a odpadol dôvod na pokračovanie v konaní o žalobe proti rozhodnutiu Oddelenia cudzineckej polície Policajného zboru Bratislava, č.p.: PPZ-HCP-BA6-4-009/2018-AV zo dňa 05.01.2018 o zaistení, čo sa procesne premietlo do naplnenia hypotézy ust. § 99 pís. g/ S.s.p. Nakoľko v preskúmavanej veci nejde o prípady ustanovené v písmenách c/ a d/ citovaného ustanovenia, súd konanie zastavil. 7. O trovách konania rozhodol podľa ustanovenia § 170 písm. b/ S.s.p. tak, že žiaden z účastníkov konania nemá právo na náhradu trov konania, ak konanie bolo zastavené. Poučenie: Proti tomuto uzneseniu možno podať kasačnú sťažnosť v lehote sedem dní od doručenia rozhodnutia, na Krajskom súde v Bratislave (§ 443 ods. 2 písm. b/ S. s. p.).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S. s. p.).</w:t>
      </w:r>
    </w:p>
    <w:p/>
    <w:p>
      <w:r>
        <w:t>Zdroj: KAUZIS.SK – https://www.kauzis.sk/judikatura/r/ECLI:SK:KSBA:2018:1018200084.2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