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6SaZ/1/2018 z 10. 4. 2018</w:t>
      </w:r>
    </w:p>
    <w:p>
      <w:r>
        <w:t>Rozsudok Krajského súdu Bratislava z 10. apríla 2018, sp. zn. 6SaZ/1/2018, ECLI:SK:KSBA:2018:1018200137.2</w:t>
      </w:r>
    </w:p>
    <w:p>
      <w:r>
        <w:t>Súd: Krajský súd Bratislava</w:t>
      </w:r>
    </w:p>
    <w:p>
      <w:r>
        <w:t>Spisová značka: 6SaZ/1/2018</w:t>
      </w:r>
    </w:p>
    <w:p>
      <w:r>
        <w:t>ECLI: ECLI:SK:KSBA:2018:1018200137.2</w:t>
      </w:r>
    </w:p>
    <w:p>
      <w:r>
        <w:t>Dátum vydania: 10. 4. 2018</w:t>
      </w:r>
    </w:p>
    <w:p>
      <w:r>
        <w:t>Forma: Rozsudok</w:t>
      </w:r>
    </w:p>
    <w:p>
      <w:r>
        <w:t>Oblasť práva: Správne právo</w:t>
      </w:r>
    </w:p>
    <w:p>
      <w:pPr>
        <w:pStyle w:val="Heading2"/>
      </w:pPr>
      <w:r>
        <w:t>Text rozhodnutia</w:t>
      </w:r>
    </w:p>
    <w:p>
      <w:r>
        <w:t>Súd: Krajský súd Bratislava Spisová značka: 6SaZ/1/2018 Identifikačné číslo súdneho spisu: 1018200137 Dátum vydania rozhodnutia: 11. 04. 2018 Meno a priezvisko sudcu, VSÚ: JUDr. Marta Barková ECLI: ECLI:SK:KSBA:2018:1018200137.2 ROZSUDOK V MENE SLOVENSKEJ REPUBLIKY Krajský súd v Bratislave v konaní pred sudkyňou JUDr. Martou Barkovou, v právnej veci žalobcu: E. S., E. XX.XX.XXXX, Š. Z. W. U. X., I. B. J., W. I. X., zastúpený: Liga za ľudské práva, občianske združenie, Štúrova 3, 811 02 Bratislava, proti žalovanému: Ministerstvo vnútra Slovenskej republiky, Migračný úrad, Pivonkova 6, 812 72 Bratislava, o správnej žalobe žalobcu vo veci preskúmania zákonnosti rozhodnutia Migračného úradu Ministerstva vnútra Slovenskej republiky ČAS: MU-DS-35-18/2017-Ž zo dňa 08.01.2018, takto r o z h o d o l : Krajský súd v Bratislave správnu žalobu zamieta. Žalovanému sa náhrada trov konania nepriznáva. o d ô v o d n e n i e : 1. Žalobca podal na Krajský súd v Bratislave (ďalej len „správny súd“), správnu žalobu zo dňa 27.01.2018, doručenú správnemu súdu dňa 30.01.2018, vo veci preskúmania zákonnosti rozhodnutia Migračného úradu Ministerstva vnútra Slovenskej republiky ČAS: MU-DS-35-18/2017-Ž zo dňa 08.01.2018, ktorým žalovaný zamietol žiadosť žalobcu o udelenie azylu ako neprípustnú podľa ustanovenia § 11 ods.1 písm. c) zákona č. 480/2002 z. z. o azyle a o zmene a doplnení niektorých zákonov v znení neskorších predpisov (ďalej len „zákon o azyle“). 2. Predmetom súdneho konania na základe podanej správnej žaloby žalobcu, podľa ustanovenia § 207 ods.1 Zákona č. 162/2015 Z. z. Správny súdny poriadok (ďalej len „SSP“), je preskúmanie rozhodnutia žalovaného ČAS: MU-DS-35-18/2017-Ž, zo dňa 08.01.2018, doručeného žalobcovi dňa 12.01.2018, ktorým žalovaný zamietol žiadosť žalobcu o udelenie azylu ako neprípustnú podľa ustanovenia § 11 ods.1 písm. c) zákona o azyle. 3. Žalobca, podal na správny súd správnu žalobu, ktorú dal na poštovú prepravu dňa 27.01.2018, a ktorá bola doručená správnemu súdu dňa 30.01.2018. Správny súd mal preukázané z originálu doručenky, založenej v administratívnom spise žalovaného, že žalovaný doručil dňa 12.01.2018 žalobcovi, prostredníctvom jeho právneho zástupcu, rozhodnutie žalovaného ČAS: MU-DS-35-18/2017- Ž zo dňa 08.01.2018, ktorým bola žalobcova žiadosť o udelenie azylu na území Slovenskej republiky zamietnutá. ako neprípustná podľa § 11 ods. 1 písm. c) zákona o azyle (ďalej len „rozhodnutie“). Správny súd konštatuje, že žalobca podal správnu žalobu včas v zákonnej 20-dňovej lehote od doručenia rozhodnutia v súlade s ustanovením § 211 ods.2 SSP. 4. Žalobca v žalobe uviedol, že dňa 12.01.2018 mu bolo doručené prostredníctvom ním splnomocneného právneho zástupcu, rozhodnutie žalovaného ČAS: MU-DS-35-18/2017-Ž zo dňa 08.01.2018, ktorým bola žalobcova žiadosť o udelenie azylu na území Slovenskej republiky zamietnutá ako neprípustná podľa § 11 ods. 1 písm. c) zákona o azyle, a to z dôvodu, že je na konanie o udelenie azylu príslušný iný štát a to Bulharsko, s tým, že odovzdanie žalobcu do Bulharska sa uskutoční najneskôr do šiestich mesiacov v súlade s príslušnými predpismi Európskej únie. Žalobca nesúhlasí s rozhodnutím žalovaného a zastáva názor, že by ho správny súd mal zrušiť podľa ustanovenia § 191 ods. 1 SSP z dôvodov že, 1) rozhodnutie žalovaného vychádzalo z nesprávneho právneho posúdenia veci (§ 191 ods. 1 písm. c) SSP), 2) rozhodnutie žalovaného je nepreskúmateľné pre nezrozumiteľnosť a nedostatok dôvodov (§ 191 ods. 1 písm. d) SSP), 3) zistenie skutkového stavu žalovaným bolo nedostačujúce na riadne posúdenie veci (§ 191 ods. 1 písm. e) SSP), 4) skutkový stav, ktorý vzal žalovaný za základ napadnutého rozhodnutia je v rozpore s administratívnym spisom a nemá v ňom oporu (§ 191 ods. 1 písm. f) SSP), 5) v konaní žalovaného došlo k podstatnému porušeniu ustanovení o konaní, ktoré mohlo mať za následok vydanie nezákonného rozhodnutia (§ 191 ods. 1 písm. g) SSP). Žalobca uviedol, že nahliadnutím do administratívneho spisu u žalovaného dňa 18.01.2018, zistil, že žalovaný po doručení vyjadrenia pred vydaním rozhodnutia zo strany žalobcu, založil do spisu nové podklady pre rozhodnutie, s ktorými sa nemal možnosť už oboznámiť a ani sa k nim vyjadriť pred vydaním rozhodnutia, čím sa dopustil vážneho porušenia ustanovení o konaní, ktoré malo za následok vydanie nezákonného rozhodnutia. Z tohto dôvodu považuje za nevyhnutné napadnuté rozhodnutie žalovaného zrušiť pre jeho nezákonnosť. 5. Ad 1) Žalobca namietal, že v konaní žalovaného došlo k podstatnému porušeniu ustanovení, § 33 ods. 2 Správneho poriadku, v zmysle ktorého, správny orgán je povinný dať účastníkom konania a zúčastneným osobám možnosť, aby sa pred vydaním rozhodnutia mohli vyjadriť k jeho podkladu i k spôsobu jeho zistenia, prípadne navrhnúť jeho doplnenie, ktoré malo za následok vydanie nezákonného rozhodnutia, a to tým, že žalobcovi nebolo umožnené pred vydaním rozhodnutia oboznámiť sa a ani vyjadriť k všetkým podkladom, ktoré žalovaný zabezpečil do spisu pred vydaním rozhodnutia. Žalobca tvrdil, že zistil, že v administratívnom spise sa nachádzali žiadosť o prijatie späť adresovaná Bulharsku, žiadosť o prijatie späť adresovaná Maďarsku, akceptácia Bulharska, odpoveď Maďarska, ktoré odmietlo žalobcu prijať späť. Žalobca z tohto dôvodu navrhol žalovanému, aby doplnil dokazovanie, a to, zabezpečenie správ o Bulharsku vo vzťahu k zaobchádzaniu so žiadateľmi o azyl z Afganistanu, zaobchádzaniu s dublinskými navrátilcami, podmienkach v pobytových táboroch a v útvaroch zaistenia, dostupnosti účinného opravného prostriedku proti rozhodnutiam vo veciach azylu, zabezpečeniu prijímacích podmienok pre žiadateľov o azyl, dostupnosti integračnej pomoci po udelení niektorej formy medzinárodnej ochrany, vyžiadanie individuálnych a špecifických záruk od Bulharska vo vzťahu k osobe žalobcu, čo sa týka jeho umiestnenia (konkrétneho zariadenia), poskytovania prijímacích podmienok (ubytovanie, strava, vreckové, hygienické potreby, sociálna a psychologická asistencia), stavu jeho azylového konania a spôsobu posúdenia jeho žiadosti (prvá žiadosť alebo opakovaná žiadosť). Žalobca na základe uvedeného tvrdí, že žalovaný neumožnil žalobcovi oboznámiť sa s kompletným spisom pred vydaním rozhodnutia a ani sa k nemu vyjadriť, čím sa dopustil vážneho porušenia ustanovení o konaní, ktoré malo za následok vydanie nezákonného rozhodnutia, preto považuje za nevyhnutné napadnuté rozhodnutie žalovaného za nezákonné. 6. Ad 2) Žalobca namietal, že žalovaný nedostatočným spôsobom zistil skutkový stav, a to tým, že si v konaní nezabezpečil individuálne a špecifické záruky pre žalobcu z Bulharska a nedoplnil dokazovanie. Žalobca argumentoval tým, že svoju žiadosť o doplnenie dokazovania oprel o rozsudok Európskeho súdu pre ľudské práva v prípade Tarakhel v. Švajčiarsko zo dňa 4. 11. 2014, kde súd potvrdil, že domnienka, že štáty zúčastňujúce sa dublinského systému budú dodržiavať svoje záväzky v oblasti ľudských práv, je vyvrátiteľná dôkazmi, čo si vyžaduje od prípadu k prípadu osobitné posúdenie rizika porušenia týchto záväzkov, a môže vyžadovať detailné a spoľahlivé záruky od štátu, do ktorého sa navrhuje odovzdanie, ak boli preukázané diskutabilné dôvody svedčiace o nebezpečenstve takéhoto porušenia. Žalobca žiadal doplnenie dokazovania z dôvodu systémových nedostatkov v azylovom konaní a prijímacích podmienkach, na základe čoho môže byť žalobca vystavený zaobchádzaniu v rozpore s čl. 3 EDĽP (čl. 4 Charty základných práv EÚ) v Bulharsku. Vzhľadom na to, že žalovaný si takéto detailné a spoľahlivé záruky, nezaobstaral, nedostatočným spôsobom zistil skutkový stav potrebný pre vydanie rozhodnutia v súlade so zákonom. Tento dôvod taktiež predstavuje závažné pochybenie odôvodňujúce zrušenie napadnutého rozhodnutia žalovaného. 7. Ad 3) Žalovaný namietal, že nedostatočne zistil skutkový stav vo vzťahu k obavám žalobcu obsiahnutým vo vyjadrení pred vydaním rozhodnutia, jeho závery odporujú obsahu spisu a sú nepreskúmateľné pre nedostatočné odôvodnenie. Poukázal na bod 19 preambuly a čl. 3 ods. 2 Nariadenia Európskeho parlamentu a Rady (EÚ) č. 604/2013 z 26. 06.2013,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„nariadenie“ alebo aj „Nariadenie Dublin III”), z ktorého je zrejmé, že prieskum žalovaného musí zahŕňať posúdenie situácie v členskom štáte, do ktorého má byť žiadateľ premiestnený po právnej aj skutkovej stránke. Žalobca tvrdí, že žalovaný sa dostatočne nevysporiadal s námietkami uplatnenými žalobcom v konaní, na vážne dôvody svedčiace v neprospech odovzdania žalobcu do Bulharska vzhľadom na právnu a faktickú situáciu osôb v postavení žalobcu v Bulharsku a svoje závery nedostatočne odôvodnil. Žalobca pred vydaním rozhodnutia uvádzal, že žiadatelia o azyl v Bulharsku sú diskriminovaní na základe ich štátnej príslušnosti a pritom vychádzal zo správy Bulharského helsinského výboru pre Azylovú informačnú databázu (AIDA), z listu Európskej komisie adresovaného Bulharsku zo dňa 06.07. 2017, z článku nemeckého Pro Asyl s názvom Bulharsko pod dohľadom: Komisia EÚ vyzýva na urýchlené zlepšenie azylového systému zo dňa 11.10.2017, z článku SÚDWEST PRESSE zo dňa 25.10.2017. S poukazom na vyššie uvedené žalobca vo vyjadrení vyslovil obavy, že uňho ako u štátneho príslušníka Afganistanu existuje vysoké riziko, že jeho žiadosť o azyl v Bulharsku nebude posúdená v merite veci v riadnom, ale že bude kategoricky odmietnutá ako zjavne neopodstatnená z dôvodu jeho štátnej príslušnosti. S týmto úzko súvisí preukázané vysoké riziko zaistenia žalobcu v neľudských podmienkach a následného prípadného vyhostenia do krajiny pôvodu, kde môže byť tento vystavený prenasledovaniu zo strany príslušníkov Talibanu alebo ohrozený na živote z dôvodu prebiehajúceho vojnového konfliktu. Žalobca poukázal na zaobchádzanie s dublinskými navrátilcami s ohľadom na nepriaznivé správy pojednávajúce o neistom osude dublinských navrátilcov v Bulharsku, vychádzal zo správy Európskej rady pre utečencov a exilantov (ECRE) s názvom Prijímacie podmienky, zaistenie a procesné záruky pre žiadateľov a obsah medzinárodnej ochrany v Bulharsku z februára roku 2016 (str. 4-5), zo správy AIDA zameranej na aktuálnu situáciu v Bulharsku za rok 2016 vo vzťahu k azylovému konaniu a prijímacím podmienkam (str.11,25). Žalobca ďalej poukázal na nedostatočné podmienky prijímania a vychádzal pritom z Výskumnej správy Európskej rady pre utečencov a exilantov (ECRE) - AIDA, (str.43-44), z výročnej správy Bulharského helsinského výboru za rok 2016 s názvom Posudzovanie medzinárodnej ochrany v Bulharsku, z listu Európskej komisie adresovaný Bulharsku zo dňa 06.07. 2017, z článku nemeckého Pro Asyl zo dňa 11.10.2017, ktorý rozoberá stanovisko Európskej komisie k súčasnej situácii žiadateľov o azyl v Bulharsku. Žalovaný uviedol, že právo Európskej únie zakazuje aplikáciu nevyvrátiteľnej domnienky, že členský štát, ktorý je na základe čl. 3 ods. 1 nariadenia určený ako zodpovedný, automaticky dodržiava základné práva. Skutočnosť, že je členský štát signatárom medzinárodných zmlúv a dohôd v oblasti ľudský práv ešte nezakladá nevyvrátiteľnú domnienku, že tieto svoje záväzky mu z nich vyplývajúce, aj v skutočnosti dodržiava (viď rozsudky Súdneho dvora EÚ C-411/10 a C-493/10). Nariadenie Dublin III. vychádza zo základných práv a dodržiavania zásad uznaných v Charte základných práv Európskej únie, avšak samotný obsah Nariadenia Dublin III. ešte nezaručuje, že členský štát, pre ktorý je toto nariadenie priamo záväzné, tieto základné práva a zásady v aplikačnej praxi aj rešpektuje a dodržiava. Žalobca tvrdí, že žalovaný sa s námietkami žalovaného dostatočne nevysporiadal na základe čoho ním zistený skutkový stav bol nedostatočný pre vydanie rozhodnutia v súlade so zákonom. Žalobca nesúhlasil s dôvodmi uvedenými žalovaným v rozhodnutí, kde uviedol, že „vyjadrenia právnej zástupkyne o situácii v Bulharsku sú čerpané zväčša z informácií od mimovládnych organizácií, ktoré majú výhradne informatívny charakter“, nakoľko žalobca nepoukazoval výlučne na zdroje z mimovládnych organizácii, avšak keby aj takéto zdroje neposkytujú menšiu výpovednú hodnotu, ale žalovaný by sa nimi mal riadnym spôsobom zaoberať. Žalovaný navyše už ďalej nikde nekonkretizuje, aké zdroje považuje za zdroje overené. Poukázal na rozsudok Nejvyššího správního soudu ČR sp.zn. 2 Azs 304/2016 zo dňa 30 novembra 2016. Je teda zrejmé, že postup žalovaného pri hodnotení dôkazov predložených žalobcov v konaní bol nesprávny. Zdroje, ktoré uvádzal žalobca na podporu jeho tvrdení, sú relevantnými zdrojmi uznávanými po celej Európe, na podklade ktorých vo viacerých členských štátoch došlo k pozastaveniu transferov do Bulharska. Žalovaný bol preto povinný sa nimi riadne zaoberať. Žalobca ďalej poukázal na zaistenie žiadateľov o azyl v Bulharsku a podmienky zaistenia vo vzťahu k zaisteniu a podmienkam v zaistení v Bulharsku, s odkazom na Výskumnú správu Európskej rady pre utečencov a exilantov (ECRE) s názvom Prijímacie podmienky, zaistenie a procesné záruky pre žiadateľov a obsah medzinárodnej ochrany v Bulharsku z februára roku 2016. Podľa najnovšej aktualizácie krajín vo vzťahu k Bulharsku tieto podmienky v zistení naďalej pretrvávajú a sú špecificky vyzdvihnuté v judikatúre, ktorá potvrdzuje že podmienky v zaistení predstavujú neľudské a ponižujúce zaobchádzanie, pričom bulharská vláda neurobila nič k náprave. Taktiež Správa AIDA zameraná na aktuálnu situáciu v Bulharsku za rok 2016 vo vzťahu k azylovému konaniu a prijímacím podmienka, obsahuje informácie vo vzťahu k dublinským navrátilcom, ako aj list Európskej komisie adresovaný Bulharsku zo dňa 06.07. 2017. Žalobca poukazuje na rozhodovaciu činnosť NS SR sp. zn. 1Sža/31/2014, ktorý zdôraznil nutnosť aktuálnych správ o krajine, do ktorej má byť štátny príslušník tretej krajiny vrátený. Žalobca je toho názoru, že žalovaný vzhľadom na vyššie uvedené skutočnosti nemohol dospieť k záveru, že v Bulharsku neexistujú systémové nedostatky v azylovom konaní a v prijímacích podmienkach, ako aj k záveru, že Bulharsko je krajina, ktorá si plní svoje záväzky. Všetky žalobcom predložené oficiálne správy pochádzajúce z relevantných a dôveryhodných zdrojov, početná judikatúra národných súdov členských štátov EÚ a Výboru OSN pre ľudské práva jednoznačným spôsobom potvrdzujú žalobcove obavy z návratu do Bulharska z dôvodu systémových nedostatkov v konaní o azyle a podmienkach prijímania žiadateľov, na základe čoho hrozí žalobcovi v prípade návratu do Bulharska neľudské alebo ponižujúce zaobchádzanie v zmysle článku 4 Charty základných práv EÚ. Žalovaného zistenie skutkového stavu z týchto všetkých dôvodov nie je dostačujúce pre posúdenie veci. Jeho závery nemajú oporu v spise a sú v rozpore so správami predloženými žalobcom v konaní. Žalobcovi neboli poskytnuté žiadne individuálne a zrozumiteľné záruky, že by po návrate do Bulharska nebol vystavený zaobchádzaniu v rozpore s čl. 3 EDĽP (čl. 4 Charty základných práv EÚ) a v rozpore s čl. 18 a 19 Charty základných práv EÚ a že by jeho žiadosť o azyl bola preskúmaná v riadnom a spravodlivom konaní. Rozhodnutie žalovaného rovnako trpí vadou nepreskúmateľnosti pre nedostatočné odôvodnenie. Všetky tieto skutočnosti odôvodňujú zrušenie napadnutého rozhodnutia žalovaného správnym súdom. Ad 4) Žalobca namieta nesprávne právne posúdenie Článku 3 ods. 2 Nariadenia Dublin III, a to z dôvodu, že sa domáhal sa, aby nebol odovzdaný do Bulharska v súlade s Článkom 3 ods. 2 Nariadenia Dublin III a jeho žiadosť o azyl bola posúdená na území Slovenskej republiky podľa čl. 3 ods. 2. Žalobca uviedol, že sa nestotožňuje s názorom žalovaného, že žiadatelia nemajú právo vyberať si členský štát, ktorý bude zodpovedný za posúdenie ich žiadosti o azyl a uviedol, že členské štáty nedisponujú oprávnením svojvoľne rozhodovať pri určovaní členského štátu zodpovedného za posúdenie žiadosti o azyl a to s poukazom na Článok 3 ods. 2 Nariadenia Dublin III, ktorý upravuje obligatórny postup členských štátov v prípade, že existujú závažné dôvody sa domnievať, že v konaní o azyle a podmienkach prijímania žiadateľov existujú v členskom štáte, ktorý bol určený ako zodpovedný, systémové chyby, na základe ktorých hrozí žiadateľom neľudské alebo ponižujúce zaobchádzanie v zmysle článku 4 Charty základných práv Európskej únie. V takomto prípade sa zodpovedným stane priamo členský štát, ktorý vykonáva určovanie zodpovedného štátu a jemu následne priamo z Nariadenia Dublin III vyplýva povinnosť posúdiť žiadosť o azyl v merite veci, nejde teda o otázku voľnej úvahy. Pre uplatnenie Článku 3 ods. 2 Nariadenia Dublin III sa nevyžaduje dôkaz nad všetku pochybnosť, ale ako je uvedené v tomto nariadení postačuje aj samotná domnienka na základe existencie závažných dôvodov. V tomto smere poukazuje na rozsudok Nejvyššího soudu ČR sp.zn. 5 Azs 195/2016 zo dňa 12. septembra 2016. Žalobca tvrdí, že žalovaný tak nesprávne právne posúdil Článok 3 ods. 2 Nariadenia Dublin III, ktorý mu pre prípad systémových zlyhaní členských štátov určuje povinný postup, t.j. prechod zodpovednosti na členský štát vykonávajúci určovanie zodpovedného štátu z dôvodu nemožnosti odovzdania žiadateľa do iného „zodpovedného členského štátu“. V tomto prípade preto nie je aplikácia článku. 3 ods.2 otázkou voľnej úvahy, ale priamym právnym následkom vyplývajúcim explicitne z Nariadenia Dublin III. Z dôvodu, že žalovaný nesprávne právne vec posúdil, tým, že aplikoval Nariadenie Dublin III spôsobom nekonformným so samotným znením nariadenia, ale aj v rozpore so základnými cieľmi a princípmi európskeho práva upravujúceho oblasť spoločného európskeho azylového systému a oblasť ochrany ľudských práv, ako aj, z dôvodu nedostatočne zisteného skutkového stavu, ako je uvedené v bode Ad 3) tejto správnej žaloby, žalobca navrhuje, aby súd v súlade s § 220 Správneho súdneho poriadku vydal rozsudok, ktorým napadnuté rozhodnutie žalovaného zruší. 8. Dňa 14.02.2018 Krajský súd rozhodol o nepriznaní odkladného účinku podanej správnej žalobe a rozhodnutie sa tak stalo vykonateľným. 9. Žalovaný predložil súdu vyjadrenie k správnej žalobe zo dňa 12.02.2018, doručené súdu dňa 14.02.2018, ako aj kompletný administratívny spis, ktorý sa týka danej veci a v ktorom uviedol, že nesúhlasí s tvrdením žalovaného, ktorý poukazoval na zlé podmienky v bulharských táboroch pre cudzincov, a uviedol, že dôkladne preveril, či tieto podmienky neindikujú neľudské či ponižujúce zaobchádzanie so žiadateľmi o azyl. vrátane tých. ktorí boli vrátení na územie Bulharska. Poukázal na tú skutočnosť, že žalobca vo svojej výpovedi ani len nenaznačil skutočnosť, že by sním bolo v bulharských táboroch zle zaobchádzané, resp. nenaznačil ani všeobecne zlé podmienky v týchto táboroch z dôvodu systémových nedostatkov. Žalobca je toho názoru, že v tomto prípade je možné jednoznačne určiť zodpovedný členský štát na posúdenie žiadosti žalobcu o medzinárodnú ochranu, ktorým je Bulharsko. Vo všeobecnosti platí, že členské štáty si nepreverujú prijímacie podmienky iného členského štátu, ktorému majú odovzdať cudzinca. Samotná skutočnosť, že sú členom, prezumuje adekvátne prijímacie podmienky a zaobchádzanie so žiadateľmi v súlade s medzinárodným a európskym právom, ibaže by sa preukázal opak. Opak týchto skutočností žalobca však ničím nepodložil. Žalovaný uviedol, že pri posudzovaní žalobcovho konkrétneho prípadu a jeho odovzdania do členského štátu Bulharska neexistujú dôkazy, že by mu hrozilo neľudské alebo ponižujúce zaobchádzanie v zmysle článku 4 Charty základných práv EÚ. Žalovaný uviedol, že situáciou v Bulharsku sa zaoberal viackrát, pričom v obdobných prípadoch kontaktoval bulharský partnerský úrad so žiadosťou o doplňujúce záruky týkajúce sa prijímacích podmienok žiadateľov o medzinárodnú ochranu. Z odpovedí, ktoré žalovaný obdržal, je zrejmé, že takéto osoby budú ubytované v otvorenom recepčnom centre, ktoré spĺňa legálne štandardy a je v ňom poskytnutá zdravotná starostlivosť a taktiež aj pomoc psychológov asociálnych pracovníkov. Na základe údajov iných členských štátov EÚ získaných v rámci odpovede na položenú otázku cez Európsku migračnú sieť I.MN, žalovaný môže konštatovať, že takmer všetky členské štáty, ktoré odpovedali na položenú otázku, pokračujú v transferoch do Bulharska. Ďalej uviedol, že podľa štatistických údajov EUROSTAT má od začiatku roka 2017 počet žiadostí o udelenie azylu na území Bulharska skôr klesajúci charakter. Poukázal na to, že Článok 3 ods. 2 na ktorý sa odvoláva žalobca, nie je relevantný, pretože v zodpovednom štáte neboli preukázané výrazné systémové nedostatky ani neľudské zaobchádzanie so žiadateľmi. Bulharská republika je členský štát, ktorého príslušný orgán potvrdil svoju zodpovednosť za posúdenie žiadosti menovanej o udelenie azylu a vyslovil súhlas s jej prevzatím na svoje územie. Tento štát je zároveň signatárom príslušných medzinárodných zmlúv a dohôd, z čoho mu vyplývajú rovnaké povinnosti ako ostatným členským štátom EÚ. 10. Krajský súd v Bratislave (ďalej len „súd“) ako vecne a miestne príslušný (§ 10 a § 13 ods. 3 SSP) preskúmal vec postupom podľa prvého dielu štvrtej hlavy SSP v rozsahu a medziach dôvodov podanej žaloby, a riadiac sa ustanovením prvej vety § 216 SSP ods.1, do 90 dní nariadil vo veci pojednávanie, a to dňa 11.04.2018. Na pojednávanie sa nedostavil právny zástupca žalobcu, neúčasť na pojednávaní ospravedlnil zo zdravotných dôvodov, súhlasil s tým, aby súd vec prejednal a rozhodol v jeho neprítomnosti. Súd z tohto dôvodu pojednával v neprítomnosti žalobcu. Na pojednávanie sa dostavil právny zástupca žalovaného. Súd sa oboznámil s obsahom pripojeného administratívneho spisu žalovaného, listinnými dôkazmi založenými v súdnom spise a prednesom právnej zástupkyne žalobcu na pojednávaní. 11. Správny súd sa zaoberal preskúmaním dôvodov, ktoré uviedol žalobca v správnej žalobe proti rozhodnutiu, a to, že rozhodnutie žalovaného vychádzalo z nesprávneho právneho posúdenia veci (§ 191 ods. 1 písm. c) SSP), že rozhodnutie žalovaného je nepreskúmateľné pre nezrozumiteľnosť a nedostatok dôvodov (§ 191 ods. 1 písm. d) SSP), že zistenie skutkového stavu žalovaným bolo nedostačujúce na riadne posúdenie veci (§ 191 ods. 1 písm. e) SSP), že skutkový stav, ktorý vzal žalovaný za základ napadnutého rozhodnutia je v rozpore s administratívnym spisom a nemá v ňom oporu (§ 191 ods. 1 písm. f) SSP) a že v konaní žalovaného došlo k podstatnému porušeniu ustanovení o konaní, ktoré mohlo mať za následok vydanie nezákonného rozhodnutia (§ 191 ods. 1 písm. g) SSP). 12. Podanie správnej žaloby proti rozhodnutiu o zamietnutí žiadosti o udelenie azylu ako neprípustnej podľa § 11 ods. 1 písm. a), c) až f) zákona o azyle a o zamietnutí žiadosti o udelenie azylu ako zjavne neopodstatnenej podľa § 12 ods. 1 a ods. 2 písm. b) až i) zákona o azyle, nemá odkladný účinok. 13. Podľa § 2 ods. 1 SSP, v správnom súdnictve poskytuje správny súd ochranu právam alebo právom chránených záujmom fyzickej osoby a právnickej osoby v oblasti verejnej správy a rozhoduje v ďalších veciach stanovených týmto zákonom. Podľa § 177 ods. 1 SSP, správnou žalobou sa žalobca môže domáhať ochrany svojich subjektívnych práv proti rozhodnutiu orgánu verejnej správy alebo opatreniu orgánu verejnej správy. Podľa § 206 ods.1 SSP, vecami azylu, zaistenia a administratívneho vyhostenia sa na účely tohto zákona rozumie rozhodovanie orgánov verejnej správy podľa predpisov upravujúcich azyl a pobyt cudzincov. 14. Podľa § 206 ods. 3 SSP, správny súd posudzuje správnu žalobu neformálne a nie je pri svojom rozhodovaní viazaný žalobnými bodmi. 15. Podľa § 206 ods. 4 SSP, pre správny súd je rozhodujúci stav veci v čase vyhlásenia alebo v čase vydania jeho rozhodnutia. 16. Podľa § 206 ods. 5 SSP, správny súd môže zrušiť napadnuté rozhodnutie orgánu verejnej správy alebo opatrenie orgánu verejnej správy aj vtedy, ak dospel k záveru, že od jeho vydania sa podstatne zmenili okolnosti veci. 17. Podľa § 206 ods. 6 SSP, ak nie je v tejto hlave ustanovené inak, použijú sa na konanie o správnej žalobe vo veciach azylu, zaistenia a administratívneho vyhostenia ustanovenia o konaní o všeobecnej správnej žalobe. 18. Podľa § 207 ods. 1 SSP, žalobca sa môže správnou žalobou domáhať preskúmania rozhodnutí alebo opatrení vo veciach azylu vydaných orgánmi verejnej správy podľa osobitného predpisu. 19. Podľa § 207 ods. 2 SSP, pod rozhodnutiami alebo opatreniami vo veciach azylu podľa odseku 1 sa rozumejú rozhodnutia alebo opatrenia týkajúce sa azylu, doplnkovej ochrany, dočasného útočiska a odovzdania do iného štátu, ktorých vydanie umožňuje osobitný predpis. 20. 21. Podľa § 211 ods. 2 SSP, správna žaloba proti rozhodnutiu, ktorým bola žiadosť o udelenie azylu zamietnutá ako neprípustná alebo ako zjavne neopodstatnená, proti rozhodnutiu o odovzdaní do iného štátu alebo proti rozhodnutiu o zastavení konania o azyle musí byť podaná v lehote do 20 dní od doručenia rozhodnutia. 22. Podľa § 216 ods.1 SSP, správny súd rozhodne o správnej žalobe do 90 dní od jej doručenia, ak tento zákon neustanovuje inak. 23. 24. Podľa § 219 SSP, ak správny súd po preskúmaní zistí, že správna žaloba nie je dôvodná, rozsudkom ju zamietne. 25. 26. Podľa § 32 ods. 1 Správneho poriadku správny orgán je povinný zistiť presne a úplne skutočný stav veci a za tým účelom si obstarať potrebné podklady pre rozhodnutie. Pritom nie je viazaný len návrhmi účastníkov konania. 27.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zaisteného. 28. 29. Podľa § 11 ods. 1 písm. c) zákona o azyle, ministerstvo zamietne žiadosť o udelenie azylu ako neprípustnú, ak je na konanie o udelenie azylu príslušný iný štát. Podľa § 11 ods. 3 veta druhá zákona o azyle, ministerstvo vo výroku rozhodnutia podľa odseku 1 písm. c) uvedie štát, ktorý je príslušný na konanie o udelenie azylu. Podľa § 53b ods. 1 zákona o azyle pri určovaní členského štátu Európskej únie zodpovedného za posúdenie žiadosti o udelenie azylu, ktorú podal štátny občan tretej krajiny v jednom z členských štátov Európskej únie, sa použijú kritéria a mechanizmy uvedené v právne záväzných aktoch Európskej únie. Podľa Článku 3 ods. 1, Kapitola II, Nariadenia Európskeho parlamentu a Rady (EÚ) č.604/2013 zo dňa 26.06.2013, členské štáty posúdia každú žiadosť o medzinárodnú ochranu, ktorú podá štátny príslušník tretej krajiny alebo osoba bez štátnej príslušnosti na území ktoréhokoľvek z nich, ako aj na hranici alebo v tranzitnom priestore. Žiadosť posúdi jeden členský štát, a to ten, ktorý je podľa kritérií stanovených v kapitole III označený ako zodpovedný. Podľa Článku 3 ods. 2, Kapitola II, veta prvá Nariadenia Európskeho parlamentu a Rady (EÚ) č.604/2013 zo dňa 26.06.2013, keď nie je možné určiť žiaden zodpovedný členský štát na základe kritérií uvedených v tomto nariadení, je za jej posúdenie zodpovedný prvý členský štát, v ktorom bola žiadosť o medzinárodnú ochranu podaná. Podľa Článku 7 ods. 1, Kapitola III, Nariadenia Európskeho parlamentu a Rady (EÚ) č.604/2013 zo dňa 26.06.2013, 1. kritériá na určenie zodpovedného členského štátu sa použijú v takom poradí, v akom sú stanovené v tejto kapitole. 2. Členský štát zodpovedný podľa kritérií stanovených v tejto kapitole sa určí na základe situácie existujúcej vtedy, keď žiadateľ po prvýkrát podal svoju žiadosť o medzinárodnú ochranu v členskom štáte. Podľa Článku 17 ods. 1, Kapitola IV, veta prvá Nariadenia Európskeho parlamentu a Rady (EÚ) č.604/2013 zo dňa 26.06.2013, odchylne od článku 3 ods. 1 môže každý členský štát rozhodnúť, že posúdi žiadosť o medzinárodnú ochranu, ktorú mu podal štátny príslušník tretej krajiny alebo osoba bez štátnej príslušnosti, dokonca aj keď mu podľa kritérií stanovených v tomto nariadení neprislúcha zodpovednosť za takéto posúdenie. Podľa Článku 21 ods.1 Nariadenia Európskeho parlamentu a Rady (EÚ) č.604/2013 zo dňa 26.06.2013, ak členský štát, ktorému bola podaná žiadosť o medzinárodnú ochranu, považuje iný členský štát za zodpovedný za posúdenie tejto žiadosti, môže čo najrýchlejšie a v každom prípade do troch mesiacov odo dňa podania žiadosti v zmysle článku 20 ods. 2 dožiadať tento iný členský štát, aby prevzal žiadateľa. 11. K žalobnému bodu, že rozhodnutie žalovaného vychádzalo z nesprávneho právneho posúdenia veci (§ 191 ods. 1 písm. c) SSP): Správny súd dospel k záveru, že žalovaný správne uviedol k námietke žalobcu, ktorý poukazoval na Článok 3 ods. 2 Nariadenia Dublin III, keď nie je možné určiť zodpovedný štát na základe kritérií uvedených v samotnom nariadení, že za posúdenie žiadosti je zodpovedný prvý členský štát, v ktorom bola žiadosť o medzinárodnú ochranu podaná. V danom prípade, sa prihlásila Bulharská republika k zodpovednosti za posúdenie žalobcovej žiadosti o udelenie azylu. Nie je dôvod domnievať sa, že žalobcovi v Bulharsku by hrozilo zaobchádzanie v zmysle čl. 4 Charty základných práv Európskej únie a neexistuje ani domnienka dôvodov, že by mu takéto zaobchádzanie hrozilo. V danom prípade bolo zrealizované odovzdanie žalobcu na územie Bulharskej republiky, ktorá je členským štátom a ktorého príslušný orgán potvrdil svoju zodpovednosť za posúdenie žalobcovej žiadosti o udelenie azylu a vyslovil súhlas s jeho prevzatím na svoje územie. Z tohto dôvodu nebolo ani povinnosťou žalovaného akýmkoľvek spôsobom odôvodňovať, prečo sa rozhodol neprevziať zodpovednosť za posúdenie aktuálnej žiadosti žalobcu o azyl. Rozhodnutím žalovaného bola žiadosť žalobcu o udelenie azylu, zamietnutá ako neprípustná v súlade s ustanovením § 11 ods. 1 písm. c) zákona o azyle. Súd podotýka, že podstatou Nariadenia Dublin III, je totiž určenie kritérií a zodpovednosti niektorého zo štátov únie, kde štátny príslušník tretej krajiny alebo osoba bez štátnej príslušnosti požiadala o udelenie azylu po prvýkrát, a v prípade, ak sa takáto osoba pohybuje počas konania po územiach iných krajín, je jeho úlohou zabezpečiť odovzdanie takejto osoby do prvotnej krajiny. V zmysle kapitoly III článku 7 odsek 2 Nariadenia Dublin III, členský štát, zodpovedný podľa kritérií stanovených v tejto kapitole sa určí podľa situácie existujúcej vtedy, keď žiadateľ po prvýkrát podal svoju žiadosť o medzinárodnú ochranu v členskom štáte. V danom prípade v preskúmavanej veci je touto krajinou Bulharská republika, v ktorej požiadal žalobca o azyl a na území ktorej sa mal počas azylovej procedúry zdržiavať, nemal jej územie opustiť a bez príslušných oprávnení sa pohybovať po územiach iných štátov únie. K procesným námietkam žalobcu, že napadnuté rozhodnutie správneho orgánu vychádzalo z nesprávneho právneho posúdenia veci, súd uvádza,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použitý správny právny predpis alebo ak síce správny právny predpis aplikovaný bol, nesprávne bol ale interpretovaný, alebo ak zo správnych skutkových záverov boli vyvodené nesprávne právne závery. V danom posudzovanom prípade, žalovaný ako konajúci správny orgán, vyvodil zo správnych skutkových záverov správne právne závery, aplikoval správny právny predpis, ako aj konkrétne hmotnoprávne ustanovenia zákona. Preto nemožno prijať záver, že napadnuté rozhodnutie trpí vadami namietanými žalobcom. 12. K žalobnému bodu, že rozhodnutie žalovaného je nepreskúmateľné pre nezrozumiteľnosť a nedostatok dôvodov (§ 191 ods. 1 písm. d) SSP): Správny súd dospel k záveru, že žalovanému nemožno vytknúť nedostatočné zistenie dôvodov pri posúdení veci alebo zabezpečenie dôkazov, ktoré by mali za následok nepreskúmateľnosť rozhodnutia pre nezrozumiteľnosť, nakoľko nebolo v konaní zistené, že by vzal do úvahy skutočnosti, ktoré s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13. K žalobnému bodu, že zistenie skutkového stavu žalovaným bolo nedostačujúce na riadne posúdenie veci (§ 191 ods. 1 písm. e) SSP): Podľa názoru súdu táto námietka nie je dôvodná. Žalovaný vyhľadal a do administratívneho spisu založil relevantné informácie z rôznych zdrojov, obsahovo sa viažuce na dôvody žiadosti o azyl, na ktoré žalobca poukazoval a získal tak dostatok informácií, potrebných ku kvalifikovanému posúdeniu žalobcovej žiadosti o azyl. Vyjadrenia žalobcu o situácii v Bulharsku sú čerpané zväčša z informácii od mimovládnych organizácií, ktoré majú výhradne informatívny charakter. Žiadne právne záväzné akty, ktoré by komplexne zrušili transfery do Bulharska doposiaľ neboli prijaté a vzhľadom na pozitívny trend zvyšovania kvality azylového systému v Bulharsku, ako je opísaný v správe Komisie č. 3407817 zo 06. 07. 2017, pravdepodobne ani v blízkej dobe prijaté nebudú. Žalovaný vzal do úvahy fakty a informácie poskytnuté od overených zdrojov, prípad posudzoval individuálne vzhľadom na konkrétnu situáciu žiadateľa/žalobcu a aktuálnu situáciu v krajine transferu, s tým, že žalobca je slobodný muž, bez rodinných príslušníkov a zároveň nie je posudzovaný ako zraniteľný. Žalobca požiadal o udelenie azylu na území Slovenskej republiky dňa 23.10.2017, a to z dôvodov obavy o život v domovskej krajine a že odmieta vycestovať do Bulharska. Podľa ustanovenia § 3 ods. 4 zákona o azyle boli preverené daktyloskopické odtlačky prstov žalobcu podľa nariadenia Európskeho parlamentu a Rady (EÚ) č. 603/2013 zo dňa 26.06.2013. Podľa článku 9 ods. 5 Nariadenia Dublin III, bol centrálnou jednotkou zaslaný kladný výsledok z dôvodu, že menovaný dňa 18.05.2016 sa pokúsil získať medzinárodnú ochranu vo forme azylu na území iného členského štátu, t.j. na území Bulharskej republiky, v ktorej ako prvej požiadal o udelenie azylu a táto skutočnosť bola potvrdená aj z lustrácií v systéme Eurodac. Žalovaný zaslal bulharskému partnerskému úradu dožiadanie o prijatie žalobcu späť na územie Bulharskej republiky, ktorá akceptovala prijatie žalobcu späť podľa čl. 18 ods. 1 písm. b) Nariadenia Dublin III. So žalobcom bolo zahájené konanie o odovzdaní do iného štátu podľa § 46a zákona o azyle pred podaním žiadosti o azyl pod číslom konania MU-DS-360/2017-DZ, ktoré bolo dňa 25.10.2017 zastavené podľa ustanovenia § 46b ods. 1 písm. a) zákona o azyle z dôvodu vstupu do azylového konania. V rámci uvedeného konania dublinské stredisko dňa 14.11.2017 zaslalo dožiadanie o prijatie späť bulharskému partnerskému úradu. Žiadosť o prijatie späť menovaného bola Bulharsku zaslaná podľa článku 18 ods. 1 písm. b) a zároveň v súlade s článkom 24 nariadenia (EÚ) Č. 604/2013, podľa ktorého ak členský štát, na území ktorého sa osoba uvedená v článku 18 ods. 1 písm. b), c) alebo d) zdržiava bez povolenia na pobyt a ktorému sa nepodala žiadna nová žiadosť o medzinárodnú ochranu, považuje za zodpovedný iný členský v súlade s článkom 20 ods. 5 a článkom 18 ods. 1 písm. b), c) alebo d), môže tento iný členský štát požiadať, aby prijal uvedenú osobu späť. Dňa 17.11.2017 Bulharsko písomne akceptovalo prijatie späť menovaného podľa článku 18 ods. 1 písm. c) nariadenia (EÚ) č. 604/2013 a zároveň v súlade s článkom 4 nariadenia Komisie (ES) č. 1560/2003, čím súhlasilo s jeho odovzdaním na svoje územie. Súd mal potvrdené aj z konania č. 6Sa/20/2018, že Bulharská republika písomne akceptovala prijatie späť žalobcu, podľa Článku 18 ods. 1 písm. c) Nariadenia EP a Rady (EÚ) a v súlade s Článkom 4 Nariadenia Komisie 1560/2003 a že žalovaný v súlade s Článkom 21 ods.1 a Článkom 28 odsekom 3 citovaného nariadenia, žalobcu odovzdal tomuto zodpovednému členskému štátu, a to bezodkladne po doručení informácie o akceptácii návratu žalobcu na územie Bulharskej republiky, v ktorej žiadal žalovaný o udelenie azylu. V danej veci žalovaný správne dospel k záveru, že Bulharská republika je členský štát EÚ, ktorého príslušný štátny orgán potvrdil svoju zodpovednosť, a taktiež vyslovil súhlas s odovzdaním žalobcu na jeho územie, a je považovaná za bezpečnú krajinu pre štátnych príslušníkov tretích krajín. K obave žalobcu z návratu do Bulharskej republiky, je potrebné uviesť, že žalobca nespĺňa podľa ustanovenia § 39 ods. 1 zákona o azyle ani jednu z uvedených podmienok, pre ktorú by bolo možné považovať ho za takúto osobu. Bulharská republika potvrdila, že po transfere žalobcu do Bulharska, mu bude poskytnuté adekvátne ubytovanie, dostupnosť zdravotnej starostlivosti a v jeho prípade bude postupovať v zmysle európskej a národnej legislatívy. Bulharská republika je signatárom príslušných medzinárodných zmlúv a dohôd, z čoho mu vyplývajú rovnaké povinnosti ako ostatným členským štátom EÚ. Žalobca sa zaoberal aj situáciou v azylových a zaisťovacích zariadeniach v Bulharsku a vzhľadom na všeobecnú povinnosť členských štátov. Súd podotýka, že žalovaný sa riadne vysporiadal s návrhom žalobcu na doplnenie dokazovania doručený dňa 14.12.2017, t.j. pred vydaním rozhodnutia v konaní o udelenie azylu a to pohovorom so žalobcom, z ktorého nevyplýva žiadna skutočnosť, že by s nim bolo zaobchádzané nevhodným spôsobom v Bulharskej republike, resp., že by tam v súčasnej dobe existovali systémové nedostatky alebo nedostatky v prijímacích podmienkach a ani sám žiadateľ sa na tieto podmienky počas pohovoru nesťažoval. Žalobca preveril situáciu popísanú v správe zo dňa 06.10.2017 v oblasti azylového konania a prijímacích podmienok v Bulharsku plne obsahom aj aktuálnosťou zodpovedá povinnosti migračného úradu preveriť podmienky v prijímajúcom členskom štáte. Bulharský azylový systém zaznamenal markantný pokles počtu žiadateľov keď v treťom kvartáli roku 2016 (júl - september) na území Bulharska požiadalo o medzinárodnú ochranu 6 435 osôb, pričom o rok neskôr vtom istom časovom období sa tento počet znížil sedemnásobné na 925 žiadateľov. Bulharsko prijalo dňa 17.03.2017 od Úradu vysokého komisára OSN pre utečencov (ďalej len „UNHCR“) finančnú dotáciu v hodnote 1,2 milióna eur za účelom zlepšenia prijímacích podmienok a ochrany utečencov a žiadateľov o azyl nachádzajúcich sa na ich území. Ďalšie dotácie v hodnote 1,75 milióna eur boli poskytnuté za účelom zlepšenia podmienok ubytovania v prijímacích ako aj zaisťovacích zariadeniach od Štátnej agentúry pre utečencov v Bulharsku dňa 23.03.2017. Na základe Migračnému úradu MV SR dostupných správ, zamestnanci Európskej komisie v súčasnosti navštevujú viacero zariadení v krajine za účelom kontroly využívania uvedených finančných dotácií. Bulharsko je taktiež podporované vyslaniami expertov v rámci misie Európskej agentúry pre pohraničnú a pobrežnú stráž, pričom ku dňu 27.03.2017 bolo v Bulharsku pridelených 154 expertov. Bulharsko poskytuje žiadateľom ubytovanie, stravu aj základné hygienické potreby a taktiež majú prístup k bezplatnej zdravotnej starostlivosti, čím dodržiava základné práva žiadateľov. Cieľom dublinského nariadenia je zabezpečiť promptné určenie zodpovedného členského štátu za žiadosť o udelenie azylu a tým prispieť k rýchleniu posúdeniu žiadosti o azyl. Treba však brať na vedomie, že žiadatelia nemajú právo vyberať si členský štát, ktorý bude zodpovedný za posúdenie ich žiadosti o azyl. Toto právo prináleží iba členským štátom ako takým, a to v zmysle platných právnych predpisov. Vzhľadom na hore uvedené, bulharská akceptácia v rámci konania o odovzdaní je platná aj v konaní o udelenie azylu, nakoľko podľa § 46b odsek 4 zákona o azyle sa v určovaní zodpovedného štátu príslušného na konanie o udelenie azylu pokračuje v konaní o udelení azylu. V zmysle článku 18 ods. 1 písm. b) nariadenia (EÚ) č. 604/2013 je členský štát zodpovedný za posúdenie žiadosti o udelenie azylu podanej cudzincom. Súd má za to, že žalobca sa s dokladmi založenými v administratívnom spise oboznámil nahliadnutím do tohto spisu, čo sám aj potvrdil v správnej žalobe. 14. K žalobnému bodu, že skutkový stav, ktorý vzal žalovaný za základ napadnutého rozhodnutia je v rozpore s administratívnym spisom a nemá v ňom oporu (§ 191 ods. 1 písm. f) SSP): Súd mal zistené z administratívneho spisu, že žalovaný konal v súlade s ustanovením § 32 ods. 1 Správneho poriadku v zmysle ktorého bol povinný zistiť presne a úplne skutočný stav veci a za tým účelom si obstarať potrebné podklady pre rozhodnutie, a pritom nebol viazaný len návrhmi účastníkov konania a teda základ napadnutého rozhodnutia nie je v rozpore s administratívnym spisom. Súd dospel k záveru, že riadne zistil skutkový stav veci a nemožno mu vytknúť pasivitu v jeho konaní. 15. K žalobnému bodu, že v konaní žalovaného došlo k podstatnému porušeniu ustanovení o konaní, ktoré mohlo mať za následok vydanie nezákonného rozhodnutia (§ 191 ods. 1 písm. g) SSP). Podstatou Nariadenia Európskeho parlamentu a Rady (EÚ) č.604/2013 zo dňa 26.06.2013, je totiž určenie kritérií a zodpovednosti niektorého zo štátov únie, kde štátny príslušník tretej krajiny alebo osoba bez štátnej príslušnosti požiadala o udelenie azylu po prvýkrát a v prípade, ak sa takáto osoba pohybuje počas konania po územiach iných krajín, je jeho úlohou zabezpečiť odovzdanie takejto osoby do prvotnej krajiny. V zmysle kapitoly III, Článku 7 odsek 2 Nariadenia EP a Rady (EÚ), členský štát, zodpovedný podľa kritérií stanovených v tejto kapitole sa určí podľa situácie existujúcej vtedy, keď žiadateľ po prvýkrát podal svoju žiadosť o medzinárodnú ochranu v členskom štáte. V preskúmavanej veci je týmto štátom Bulharská republika, v ktorom požiadal o azyl a na území ktorého sa mal počas azylovej procedúry zdržiavať. Žalobca v konaní nepreukázal zákonný dôvod na opustenie Bulharskej republiky, a bez príslušných oprávnení sa pohybovať po územiach iných štátov únie. Súd na doplnenie uvádza, že Bulharská republika, je štátom, v ktorom nie je indikované neľudské, či ponižujúce správania k žiadateľom o azyl a ani tu neboli zistené pochybenia v tomto smere. Podľa názoru súdu,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Podľa názoru súdu, žalovaný neporušil ustanovenia v správnom konaní a na zistený skutkový stav aplikoval správne zákonné ustanovenia. V danom prípade je teda príslušná na konanie o udelenie azylu Bulharská republika, nakoľko žalobca požiadal o udelenie azylu skôr ako v Slovenskej republike. Z uvedeného dôvodu, správny orgán túto skutočnosť oznámil Dublinskému stredisku Migračného úradu Ministerstva vnútra Slovenskej republiky (ďalej len „Dublinské stredisko“), ktoré je príslušné na začatie konania vo veci prevozu účastníka konania na územie iného členského Štátu podľa Nariadenia Dublin III, ktoré začalo konanie o návrat cudzinca na územie iného členského štátu pod číslom konania MU- DS-359/2017-Ž a následne bola doručená žalovanému dňa 26.02.2918 informácia o akceptácii návratu žalobcu na územie Bulharskej republiky. Na pojednávaní vo veci č. k. 6Sa/20/2018, dňa 21.03.2018 právna zástupkyňa žalobcu potvrdila, že žalobca bol dňa 20.03.2018 transportovaný do Bulharskej republiky. Súd konštatuje, že žalovaný vychádzal z jemu dostupných informácii a tieto objektívne posúdil, a posudzoval aj relevantnosť dôvodov na strane žalobcu v súvislosti s udelením azylu. V tejto súvislosti súd uvádza, že povinnosť zistiť skutkový stav veci podľa § 32 zákona č. 71/1967 Zb. (Správny poriadok) má žalovaný len v rozsahu dôvodov, ktoré žalobca v priebehu správneho konania uviedol. 16. Vzhľadom na vyššie uvedené skutočnosti súd uvádza, že preskúmavané rozhodnutie žalovaného ako aj konanie, ktoré jeho vydaniu predchádzalo, je plne v súlade so zákonom o azyle, ako aj správnym poriadkom. Žalovaný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žalovaný pri hodnotení dôkazov, ako použil správnu úvahu pri použití právnych predpisov, na základe ktorých rozhodoval a taktiež to, ako sa vyrovnal s vyjadreniami žalobcu Súd na základe uvedených skutočností dospel k záveru, že správna žaloba žalobcu nie je dôvodná, a preto žalobu podľa ustanovenia § 219 SSP zamietol. 17. Pri preskúmavaní zákonnosti rozhodnutia je pre súd rozhodujúci skutkový stav, ktorý tu bol v čase vydania napadnutého rozhodnutia a podstatným pre posúdenie veci. 18. O nároku na náhradu trov konania rozhodol súd podľa § 168 SSP v spojení s § 175 ods. 1 SSP, avšak vo veci plne úspešnému žalovanému, žiadne dôvodne vynaložené trovy konania nevznikli, žiadne si ani neuplatnil, a preto mu súd náhradu trov konania nepriznal. 19. Žalobca bol v konaní o v konaní neúspešný, a nakoľko je oslobodený od platenia súdnych poplatkov za toto konanie (§ 4 ods. 2 písm. m) zákona č. 71/1992 Zb., súd ho nezaviazal k povinnosti zaplatiť súdny poplatok. Poučenie: P o u č e n i e : Doručený rozsudok je právoplatný (§ 145 ods. 1 SSP). Kasačnou sťažnosťou možno napadnúť právoplatné rozhodnutie krajského súdu. (§ 438 ods. 1 SSP).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https://www.kauzis.sk/judikatura/r/ECLI:SK:KSBA:2018:1018200137.2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