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7Sa/15/2018 z 6. 5. 2018</w:t>
      </w:r>
    </w:p>
    <w:p>
      <w:r>
        <w:t>Uznesenie Krajského súdu Bratislava z 6. mája 2018, sp. zn. 7Sa/15/2018, ECLI:SK:KSBA:2018:1018200232.1</w:t>
      </w:r>
    </w:p>
    <w:p>
      <w:r>
        <w:t>Súd: Krajský súd Bratislava</w:t>
      </w:r>
    </w:p>
    <w:p>
      <w:r>
        <w:t>Spisová značka: 7Sa/15/2018</w:t>
      </w:r>
    </w:p>
    <w:p>
      <w:r>
        <w:t>ECLI: ECLI:SK:KSBA:2018:1018200232.1</w:t>
      </w:r>
    </w:p>
    <w:p>
      <w:r>
        <w:t>Dátum vydania: 6. 5.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7Sa/15/2018 Identifikačné číslo súdneho spisu: 1018200232 Dátum vydania rozhodnutia: 07. 05. 2018 Meno a priezvisko sudcu, VSÚ: JUDr. Beata Jurgošová ECLI: ECLI:SK:KSBA:2018:1018200232.1 Uznesenie Krajský súd v Bratislave v právnej veci žalobcu: S. W., B. F. X/X, XX-XXX S., Poľská republika,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14.02.2018 bola Krajskému súdu v Bratislave doručená správna žaloba v sociálnych veciach, ktorou sa žalobca domáhal preskúmania zákonnosti rozhodnutia žalovanej číslo 24117-3/2017-BA zo dňa 01.10.2017. Napadnutým rozhodnutím žalovaná odvolanie žalobcu podané proti rozhodnutiu Sociálnej poisťovne, pobočka Čadca, č. 47573-1/2016-CA zo dňa 27.10.2016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MANIOM,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https://www.kauzis.sk/judikatura/r/ECLI:SK:KSBA:2018:1018200232.1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