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6Sa/16/2018 z 10. 4. 2018</w:t>
      </w:r>
    </w:p>
    <w:p>
      <w:r>
        <w:t>Uznesenie Krajského súdu Bratislava z 10. apríla 2018, sp. zn. 6Sa/16/2018, ECLI:SK:KSBA:2018:1018200262.1</w:t>
      </w:r>
    </w:p>
    <w:p>
      <w:r>
        <w:t>Súd: Krajský súd Bratislava</w:t>
      </w:r>
    </w:p>
    <w:p>
      <w:r>
        <w:t>Spisová značka: 6Sa/16/2018</w:t>
      </w:r>
    </w:p>
    <w:p>
      <w:r>
        <w:t>ECLI: ECLI:SK:KSBA:2018:1018200262.1</w:t>
      </w:r>
    </w:p>
    <w:p>
      <w:r>
        <w:t>Dátum vydania: 10.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6Sa/16/2018 Identifikačné číslo súdneho spisu: 1018200262 Dátum vydania rozhodnutia: 11. 04. 2018 Meno a priezvisko sudcu, VSÚ: JUDr. Marta Barková ECLI: ECLI:SK:KSBA:2018:1018200262.1 Uznesenie Krajský súd v Bratislave v právnej veci žalobcu: U. B., Z. X/XX, XX XXX Z., Poľská republika,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20.02.2018 bola Krajskému súdu v Bratislave doručená správna žaloba v sociálnych veciach, ktorou sa žalobca domáhal preskúmania zákonnosti rozhodnutia žalovanej číslo 19000-3/2017-BA zo dňa 29.09.2017. Napadnutým rozhodnutím žalovaná odvolanie zamestnávateľa MANIOM, s.r.o., Palárikova 76, Čadca, č. 40876-1/2015-CA zo dňa 23.02.2015 vo veci vzniku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https://www.kauzis.sk/judikatura/r/ECLI:SK:KSBA:2018:1018200262.1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