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4Sa/27/2018 z 3. 4. 2018</w:t>
      </w:r>
    </w:p>
    <w:p>
      <w:r>
        <w:t>Uznesenie Krajského súdu Bratislava z 3. apríla 2018, sp. zn. 4Sa/27/2018, ECLI:SK:KSBA:2018:1018200404.1</w:t>
      </w:r>
    </w:p>
    <w:p>
      <w:r>
        <w:t>Súd: Krajský súd Bratislava</w:t>
      </w:r>
    </w:p>
    <w:p>
      <w:r>
        <w:t>Spisová značka: 4Sa/27/2018</w:t>
      </w:r>
    </w:p>
    <w:p>
      <w:r>
        <w:t>ECLI: ECLI:SK:KSBA:2018:1018200404.1</w:t>
      </w:r>
    </w:p>
    <w:p>
      <w:r>
        <w:t>Dátum vydania: 3. 4. 2018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4Sa/27/2018 Identifikačné číslo súdneho spisu: 1018200404 Dátum vydania rozhodnutia: 04. 04. 2018 Meno a priezvisko sudcu, VSÚ: JUDr. Ľubomír Šramko ECLI: ECLI:SK:KSBA:2018:1018200404.1 Uznesenie Krajský súd v Bratislave v právnej veci žalobcu: F. E., nar. XX.XX.XXXX, bez cestovného pasu, bez dokladu totožnosti, štátna príslušnosť: Bosna a Hercegovina, zastúpeného: Centrum právnej pomoci, Kancelária Bratislava, Námestie slobody 12, Bratislava 15, proti žalovanému: Prezídium policajného zboru, Úrad hraničnej a cudzineckej polície, Riaditeľstvo hraničnej a cudzineckej polície Bratislava, Oddelenie cudzineckej polície Policajného zboru Bratislava, Regrútska 4, 831 07 Bratislava, o preskúmanie rozhodnutia žalovaného o zaistení číslo: PPZ-HCP-BA6-45-009/2018-AV zo dňa 05.02.2018, takto r o z h o d o l : Krajský súd v Bratislave konanie zastavuje. Žiaden z účastníkov konania nemá právo na náhradu trov konania. o d ô v o d n e n i e : Žalovaný predložil Krajskému súdu v Bratislave dňa 22.03.2018 právnym zástupcom žalobcu podanú správnu žalobu zo dňa 12.03.2018 proti jeho rozhodnutiu PPZ-HCP-BA6-45-009/2018-AV zo dňa 05.02.2018, ktorým bol žalobca zaistený v súlade s § 88 ods. 1 písm. a) bod 1 zákona č. 404/2011 Z.z. o pobyte cudzincov a to dňom 05.02.2018 a následne bol umiestnený v Útvare policajného zaistenia pre cudzincov Medveďov, pričom zároveň bola stanovená dĺžka doby zaistenia na čas nevyhnutne potrebný, najviac do 05.05.2018. Spolu so správnou žalobou žalovaný predložil svoje vyjadrenie k nej ako aj kompletný administratívny spis týkajúci sa danej veci. Žalovaný žiadal správnu žalobu žalobcu zamietnuť ako nedôvodnú pre námietky nevychádzajúce zo skutkového stavu veci a žalobcu ponechať v zaistení. Podaním zo dňa 27.03.2018 žalobca vzal späť správnu žalobu podanú proti rozhodnutiu o jeho zaistení. Podľa § 221 ods. 1 SSP žalobca sa môže správnou žalobou domáhať zrušenia rozhodnutia o zaistení, o predĺžení zaistenia, o predĺžení lehoty zaistenia vydaného podľa osobitného predpisu alebo určenia takého rozhodnutia za nezákonné, ak bol žalobca zo zaistenia prepustený. Podľa § 99 písm. a) SSP správny súd konanie uznesením zastaví, ak žalobca vzal žalobu späť skôr, ako správny súd vo veci rozhodol. Pretože žalobca vzal správnu žalobu proti napadnutému rozhodnutiu v celom rozsahu späť, súd s poukazom na citované zákonné ustanovenie konanie zastavil. O trovách konania súd rozhodol podľa § 170 písm. b) SSP tak, že žiaden z účastníkov konania nemá právo na náhradu trov konania, ak konanie bolo zastavené. Súd poznamenáva, že predmetná vec bola podľa platného Rozvrhu práce na rok 2018 zapísaná do súdneho registra 4Sa, v ktorom je zákonným sudcom JUDr. Ľubomír Šramko. Nakoľko zákonný sudca bol v období od 13.03.2018 do 23.03.2018 na OČR, a následne od 26.03.2018 je PN, vec prejednala a rozhodla podľa Rozvrhu práce na rok 2018 zastupujúca sudkyňa JUDr. Beáta Jurgošová. Poučenie: Proti tomuto uzneseniu možno podať kasačnú sťažnosť v lehote siedmich dní od doručenia rozhodnutia, na Krajskom súde v Bratislave (§443 ods. 2 písm. b) SSP). V kasačnej sťažnosti sa musí okrem všeobecných náležitostí podania podľa § 57 uviesť označenie napadnutého rozhodnutia, údaj kedy napadnuté rozhodnutie bolo sťažovateľovi doručené, opísanie rozhodujúcich skutočností, aby bolo zrejmé, v akom rozsahu a z akých dôvodov podľa § 440 sa podáva a návrh výroku rozhodnutia. Sťažnostné body možno meniť len do uplynutia lehoty na podanie kasačnej sťažnosti (§ 445 ods. 1, 2 SSP).</w:t>
      </w:r>
    </w:p>
    <w:p/>
    <w:p>
      <w:r>
        <w:t>Zdroj: KAUZIS.SK – https://www.kauzis.sk/judikatura/r/ECLI:SK:KSBA:2018:1018200404.1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