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11CoPno/4/2018 z 2. 4. 2018</w:t>
      </w:r>
    </w:p>
    <w:p>
      <w:r>
        <w:t>Uznesenie Krajského súdu Bratislava z 2. apríla 2018, sp. zn. 11CoPno/4/2018, ECLI:SK:KSBA:2018:1018200423.1</w:t>
      </w:r>
    </w:p>
    <w:p>
      <w:r>
        <w:t>Súd: Krajský súd Bratislava</w:t>
      </w:r>
    </w:p>
    <w:p>
      <w:r>
        <w:t>Spisová značka: 11CoPno/4/2018</w:t>
      </w:r>
    </w:p>
    <w:p>
      <w:r>
        <w:t>ECLI: ECLI:SK:KSBA:2018:1018200423.1</w:t>
      </w:r>
    </w:p>
    <w:p>
      <w:r>
        <w:t>Dátum vydania: 2. 4.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11CoPno/4/2018 Identifikačné číslo súdneho spisu: 1018200423 Dátum vydania rozhodnutia: 03. 04. 2018 Meno a priezvisko sudcu, VSÚ: Mgr. Patrícia Železníková ECLI: ECLI:SK:KSBA:2018:1018200423.1 Uznesenie Krajský súd v Bratislave, v senáte zloženom z predsedníčky senátu Mgr. Patrície Železníkovej a členiek senátu JUDr. Bianky Gelačíkovej a Mgr. Aleny Čakváriovej vo veci starostlivosti súdu o maloleté dieťa: T. T., nar. XX.XX.XXXX, dieťa rodičov: matka - Z.. E. T. F., nar. XX.XX.XXXX, bytom U. XX, XXX XX C., zastúpená JUDr. Denisou Jánošíkovou, advokátkou so sídlom Klincová 35, 821 08 Bratislava, a otec - P.. C. T., nar. XX.XX.XXXX, bytom N. XX, XXX XX C., o návrhu matky na nariadenie neodkladného opatrenia v odvolacom konaní, takto r o z h o d o l : Návrh matky na nariadenie neodkladného opatrenia sa z a m i e t a. Žiaden z účastníkov nemá nárok na náhradu trov konania. o d ô v o d n e n i e : 1. Návrhom doručeným Krajskému súdu v Bratislave dňa 02.03.2018 sa matka maloletej domáhala úpravy jej styku s maloletou počas Veľkonočných sviatkov tak, že bude oprávnená tráviť s maloletou čas od 28.03.2018 od 17.00 hod. do 02.04.2018 do 17.00 hod. s tým, že miestom prevzatia a odovzdania maloletej bude bydlisko otca. Uviedla, že s maloletou sa doposiaľ stretáva na základe už nariadeného neodkladného opatrenia, ktoré nezabezpečuje jej rovnocenné stretávanie sa s maloletou. Svoj návrh odôvodnila aj blížiacimi sa Veľkonočnými sviatkami a tým, že s otcom sa na jej styku s maloletou, mimo styku upraveného neodkladným opatrením dohodnúť nevedia. 2. Odvolaciemu súdu je z jeho rozhodovacej činnosti zrejmé, že Okresný súd Bratislava V rozsudkom č.k. 22P/81/2014-1091 zo dňa 22.03.2017 rozhodol o zmene výkonu rodičovských práv a povinností rodičov k maloletej Zoji Zubo, nar. 30.03.2010 tak, že maloletú zveril do striedavej osobnej starostlivosti obidvoch rodičov. Proti tomuto rozsudku podali odvolanie obaja rodičia, ktoré boli predmetom preskúmania odvolacím súdom v konaní začatom na odvolacom súde dňa 24.07.2017 a vedenom pod č. 11CoP/334/2017. Odvolací súd v danej prejednávanej veci rozhodol rozsudkom zo dňa 03.04.2018 č.k. 11CoP/334/2017- 1289. 3. Uznesením Okresného súdu Bratislava V, č.k. 22P/114/2017-8 zo dňa 20.07.2017, v spojení s uznesením Krajského súdu v Bratislave č.k. 11CoP/442/2017-112 zo dňa 25.10.2017, platí od 01.09.2017 úprava styku matky s maloletou počas každého párneho kalendárneho týždňa od utorka od 15.30 hod. do stredy do 08.00 hod. nepretržite a od soboty od 09.30 hod. do nedele do 18.30 hod. nepretržite a každý nepárny kalendárny týždeň od utorka od 15.30 hod. do stredy do 08.00 hod. nepretržite a od štvrtka od 15.30 hod. do piatka do 08.00 hod. nepretržite. 4. Inštitút neodkladného opatrenia v konaní starostlivosti o maloleté dieťa má slúžiť k ochrane práv dieťaťa v situáciách, keď sú práva dieťaťa zjavne ohrozené, do doby, keď o výchove dieťaťa, ktorá je inštitútom hmotného práva nebude rozhodnuté podľa príslušných ustanovení Zákona o rodine. Nariadenie neodkladného opatrenia v priebehu odvolacieho konania vyplýva nielen z verejného záujmu, napr. ochrana maloletého dieťaťa, ale aj z princípu úplnej apelácie, ktorá sa uplatňuje v mimosporovom konaní. 5. Odvolací súd po oboznámení sa s obsahom návrhu matky dospel k záveru, že zákonné podmienky na nariadenie neodkladného opatrenia v matkou požadovanom smere splnené neboli, keď právo matky na realizáciu styku s maloletou, je na čas do nadobudnutia právoplatnosti rozhodnutia vo veci samej zabezpečené právoplatným a vykonateľným uznesením Okresného súdu Bratislava V, č.k. 22P/114/2017-8 zo dňa 20.07.2017, v spojení s uznesením Krajského súdu v Bratislave, č.k. 11CoP/442/2017-112 zo dňa 25.10.2017. Dôvody matky uvedené v jej návrhu na nariadenie neodkladného opatrenia, ako je záujem maloletej na trávení Veľkonočných sviatkov s matkou, presahujú rámec účelu neodkladného opatrenia. 6. Podľa § 362 C.m.p., o návrhu na nariadenie neodkladného opatrenia, ktorý bol podaný v priebehu odvolacieho konania je príslušný rozhodnúť odvolací súd. Odvolací súd môže neodkladné opatrenie nariadiť aj bez návrhu v konaniach, ktoré je možné začať bez návrhu. 7. Odvolací súd zamietol návrh matky na nariadenie neodkladného opatrenia, pretože neboli splnené podmienky pre jeho nariadenie. 8. O trovách konania rozhodol súd v súlade s ust. § 52 C.m.p.. 9. Odvolací súd prijal rozhodnutie jednomyseľne, pomerom hlasov 3 : 0 (§ 393 ods. 2 C.s.p.).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https://www.kauzis.sk/judikatura/r/ECLI:SK:KSBA:2018:1018200423.1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