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6Sa/26/2018 z 15. 7. 2018</w:t>
      </w:r>
    </w:p>
    <w:p>
      <w:r>
        <w:t>Uznesenie Krajského súdu Bratislava z 15. júla 2018, sp. zn. 6Sa/26/2018, ECLI:SK:KSBA:2018:1018200427.1</w:t>
      </w:r>
    </w:p>
    <w:p>
      <w:r>
        <w:t>Súd: Krajský súd Bratislava</w:t>
      </w:r>
    </w:p>
    <w:p>
      <w:r>
        <w:t>Spisová značka: 6Sa/26/2018</w:t>
      </w:r>
    </w:p>
    <w:p>
      <w:r>
        <w:t>ECLI: ECLI:SK:KSBA:2018:1018200427.1</w:t>
      </w:r>
    </w:p>
    <w:p>
      <w:r>
        <w:t>Dátum vydania: 15.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6Sa/26/2018 Identifikačné číslo súdneho spisu: 1018200427 Dátum vydania rozhodnutia: 16. 07. 2018 Meno a priezvisko sudcu, VSÚ: JUDr. Marta Barková ECLI: ECLI:SK:KSBA:2018:1018200427.1 Uznesenie Krajský súd v Bratislave v právnej veci žalobcu: V.. R.. Š. W., B.., N. XX, XXX XX Z., proti žalovanému: Ústredie práce, sociálnych vecí a rodiny, Špitálska 8, 812 67 Bratislava, o správnej žalobe v sociálnych veciach, takto r o z h o d o l : Súd konanie zastavuje. Žiaden z účastníkov nemá právo na náhradu trov konania. o d ô v o d n e n i e : 1. Žalobou doručenou tunajšiemu súdu dňa 27.03.2018 sa žalobca domáhal preskúmania zákonnosti rozhodnutia žalovaného č.j. UPS/US1/SSVOPPKPC1/SOC/2018/2424 zo dňa 22.01.2018, ktorým žalovaný potvrdil rozhodnutie Úradu práce, sociálnych vecí a rodiny Bratislava č. BA3/OPPNKŤZP/ PČ_BA_I-_III/SOC/2017/141534-2 zo dňa 20.10.2017, ktorým nevyhovel žiadosti žalobcu o vyhotovenie parkovacieho preukazu. 2. Podaním doručeným súdu dňa 29.06.2018 žalobca zobral podanú žalobu späť v celom rozsahu a žiadal konanie zastaviť. 3. Podľa § 63 zákona č. 162/2015 Z.z. Správny súdny poriadok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Pretože žalobca vzal žalobu späť celkom, súd s poukazom na citované zákonné ustanovenia konanie zastavil. 6. O náhrade trov konania súd rozhodol podľa § 170 písm. b) SSP tak, že žiaden z účastníkov konania nemá právo na náhradu trov konania, ak konanie bolo zastavené.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https://www.kauzis.sk/judikatura/r/ECLI:SK:KSBA:2018:1018200427.1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