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7Sa/29/2018 z 20. 8. 2018</w:t>
      </w:r>
    </w:p>
    <w:p>
      <w:r>
        <w:t>Uznesenie Krajského súdu Bratislava z 20. augusta 2018, sp. zn. 7Sa/29/2018, ECLI:SK:KSBA:2018:1018200432.1</w:t>
      </w:r>
    </w:p>
    <w:p>
      <w:r>
        <w:t>Súd: Krajský súd Bratislava</w:t>
      </w:r>
    </w:p>
    <w:p>
      <w:r>
        <w:t>Spisová značka: 7Sa/29/2018</w:t>
      </w:r>
    </w:p>
    <w:p>
      <w:r>
        <w:t>ECLI: ECLI:SK:KSBA:2018:1018200432.1</w:t>
      </w:r>
    </w:p>
    <w:p>
      <w:r>
        <w:t>Dátum vydania: 20. 8. 2018</w:t>
      </w:r>
    </w:p>
    <w:p>
      <w:r>
        <w:t>Forma: Uznesenie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7Sa/29/2018 Identifikačné číslo súdneho spisu: 1018200432 Dátum vydania rozhodnutia: 21. 08. 2018 Meno a priezvisko sudcu, VSÚ: JUDr. Beata Jurgošová ECLI: ECLI:SK:KSBA:2018:1018200432.1 Uznesenie Krajský súd v Bratislave v právnej veci žalobcu: Y. E. E., K. XX, XXXXX K., S. Q., zastúpený: V4 Legal, s.r.o., Tvrdého 4, 010 01 Žilina, proti žalovanej: Sociálna poisťovňa ústredie, ul. 29. augusta 8 - 10, 813 63 Bratislava, o správnej žalobe v sociálnych veciach, takto r o z h o d o l : Krajský súd v Bratislave p o s t u p u j e vec miestne príslušnému Krajskému súdu v Žiline. o d ô v o d n e n i e : 1. Dňa 28.03.2018 bola Krajskému súdu v Bratislave doručená správna žaloba v sociálnych veciach, ktorou sa žalobca domáhal preskúmania zákonnosti rozhodnutia žalovanej číslo 16535-5/2018-BA zo dňa 25.01.2018. Napadnutým rozhodnutím žalovaná odvolanie žalobcu a zamestnávateľa WERPAL, s.r.o., Palárikova 76, 022 01 Čadca, IČO:47 237 236 podané proti rozhodnutiu Sociálnej poisťovne, pobočka Čadca, č. 41160-1/2015-CA zo dňa 26.02.2015 vo veci vzniku povinného sociálneho poistenia zamestnanca zamietla v celom rozsahu a potvrdila napadnuté rozhodnutie Sociálnej poisťovne, pobočka Čadca. 2. Podľa § 6 ods. 1 zákona č. 162/2015 Z.z. Správny súdny poriadok (ďalej len „SSP“)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3. Podľa § 6 ods. 2 písm. c) SSP správne súdy rozhodujú v konaniach o správnych žalobách v sociálnych veciach. 4. Podľa § 9 ods. 1 SSP konanie sa uskutočňuje na tom správnom súde, ktorý je vecne, miestne a kauzálne príslušný. Príslušnosť sa určuje podľa okolností existujúcich v čase začatia konania a trvá až do jeho skončenia. 5. Podľa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6. Podľa § 18 ods. 2 prvá veta SSP ak správny súd zistí, že nie je vecne, miestne alebo kauzálne príslušný, postúpi vec uznesením príslušnému správnemu súdu. 7. Ako to vyplýva z vyššie uvedeného, v konaní o správnej žalobe v sociálnych veciach je miestne príslušný krajský súd, v ktorého obvode má žalobca adresu trvalého pobytu, miesto podnikania alebo sídlo; ak takého súdu niet, je miestne príslušný krajský súd, v ktorého obvode sa fyzická osoba zdržuje. Žalobcom je fyzická osoba, občan Poľskej republiky. Z obsahu podanej žaloby nepochybne vyplýva, že žalobca mal vykonávať pracovnú činnosť na území Slovenskej republiky u zamestnávateľa WERPAL, s.r.o., Palárikova 76, Čadca. Opísané miesto je nutné vyhodnotiť ako miesto rozhodné pre založenie miestnej príslušnosti správneho súdu. Tunajší súd konštatuje, že v zmysle ustálenej judikatúry Najvyššieho súdu Slovenskej republiky miestna príslušnosť správneho súdu poľského štátneho občana pracujúceho na území Slovenskej republiky sa spravuje sídlom jeho slovenského zamestnávateľa (1Nds/65/2014). Obdobný postup zvolil Najvyšší súd aj vo veci 1Nds/47/2014, kde konštatoval, že všeobecným súdom cudzieho štátneho príslušníka, ktorý nemá bydlisko na území Slovenskej republiky je súd, v obvode ktorého sa zdržuje (pracuje). 8. Vzhľadom k tomu, že na konanie o správnej žalobe v sociálnych veciach je podľa § 13 ods. 3 SSP miestne príslušný Krajský súd v Žiline, súd postúpil vec podľa § 18 ods. 2 SSP miestne príslušnému súdu, ktorý žalobu prejedná a rozhodne. Poučenie: Proti tomuto uzneseniu nie je prípustná kasačná sťažnosť [§ 439 ods. 2 písm. d) SSP].</w:t>
      </w:r>
    </w:p>
    <w:p/>
    <w:p>
      <w:r>
        <w:t>Zdroj: KAUZIS.SK – https://www.kauzis.sk/judikatura/r/ECLI:SK:KSBA:2018:1018200432.1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