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5S/52/2018 z 18. 12. 2018</w:t>
      </w:r>
    </w:p>
    <w:p>
      <w:r>
        <w:t>Uznesenie Krajského súdu Bratislava z 18. decembra 2018, sp. zn. 5S/52/2018, ECLI:SK:KSBA:2018:1018200449.1</w:t>
      </w:r>
    </w:p>
    <w:p>
      <w:r>
        <w:t>Súd: Krajský súd Bratislava</w:t>
      </w:r>
    </w:p>
    <w:p>
      <w:r>
        <w:t>Spisová značka: 5S/52/2018</w:t>
      </w:r>
    </w:p>
    <w:p>
      <w:r>
        <w:t>ECLI: ECLI:SK:KSBA:2018:1018200449.1</w:t>
      </w:r>
    </w:p>
    <w:p>
      <w:r>
        <w:t>Dátum vydania: 18. 12.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5S/52/2018 Identifikačné číslo súdneho spisu: 1018200449 Dátum vydania rozhodnutia: 19. 12. 2018 Meno a priezvisko sudcu, VSÚ: JUDr. Dáša Filová ECLI: ECLI:SK:KSBA:2018:1018200449.1 Uznesenie Krajský súd v Bratislave v právnej veci žalobcu: Y.. L. R., advokát, Kukučínova 1, 036 01 Martin, zastúpený: JUDr. Dašenou Gombíkovou, advokátkou, M. R. Štefánika 76, 036 01 Martin, proti žalovanému: Centrum právnej pomoci, Námestie slobody 12, 810 05 Bratislava 15, o preskúmanie zákonnosti rozhodnutia žalovaného č. KR/2610/2018, ČRZ: 3534/2018 zo dňa 10.01.2018, takto r o z h o d o l : I. Správny súd konanie z a s t a v u j e. II. Žiaden z účastníkov nemá právo na náhradu trov konania. o d ô v o d n e n i e : 1. Žalobou zo dňa 27.03.2018, doručenou tunajšiemu správnemu súdu dňa 03.04.2018, žalobca žiadal preskúmať rozhodnutie žalovaného č. KR/2610/2018, ČRZ: 3534/2018 zo dňa 10.01.2018, ktorým zamietol odvolanie žalobcu a potvrdil rozhodnutie Centra právnej pomoci sp. zn. 3488/2017-PO ČRZ: 79224/2017 zo dňa 07.09.2017. Prvostupňovým rozhodnutím žalovaný priznal žalobcovi náhradu trov právneho zastúpenia za zastupovanie N.. K. T., bytom T. J. XX, T. vo výške X.XXX,XX eur a vo zvyšku náhradu trov právneho zastúpenia nepriznal. Žalobca žiadal napadnuté rozhodnutie zrušiť a vec vrátiť žalovanému na ďalšie konanie. 2. V podaní doručenom správnemu súdu dňa 18.09.2018 žalobca oznámil, že po vzájomnej dohode účastníkov konania berie správnu žalobu späť v celom rozsahu. 3. Podľa § 63 SSP,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Podľa § 149 ods. 2 SSP, písomné vyhotovenie uznesenia, ktorým sa nerozhodlo vo veci samej, môže obsahovať iba stručné odôvodnenie. 6. Nakoľko žalobca vzal žalobu späť pred rozhodnutím veci a súhlas žalovaného so späťvzatím zákon nevyžaduje, správny súd v súlade s ust. § 99 písm. a) SSP konanie zastavil. 7. O náhrade trov konania správny súd rozhodol podľa § 170 písm. b) SSP tak, že žiaden z účastníkov nemá právo na náhradu trov konania, nakoľko konanie bolo zastavené a nebol zistený žiaden dôvod pre aplikáciu ust. § 171 ods. 1 SSP. 8. Toto rozhodnutie senát Krajského súdu v Bratislave prijal pomerom hlasov 3 : 0 (§ 139 ods. 4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https://www.kauzis.sk/judikatura/r/ECLI:SK:KSBA:2018:1018200449.1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