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7Sa/32/2018 z 30. 10. 2018</w:t>
      </w:r>
    </w:p>
    <w:p>
      <w:r>
        <w:t>Uznesenie Krajského súdu Bratislava z 30. októbra 2018, sp. zn. 7Sa/32/2018, ECLI:SK:KSBA:2018:1018200466.1</w:t>
      </w:r>
    </w:p>
    <w:p>
      <w:r>
        <w:t>Súd: Krajský súd Bratislava</w:t>
      </w:r>
    </w:p>
    <w:p>
      <w:r>
        <w:t>Spisová značka: 7Sa/32/2018</w:t>
      </w:r>
    </w:p>
    <w:p>
      <w:r>
        <w:t>ECLI: ECLI:SK:KSBA:2018:1018200466.1</w:t>
      </w:r>
    </w:p>
    <w:p>
      <w:r>
        <w:t>Dátum vydania: 30.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7Sa/32/2018 Identifikačné číslo súdneho spisu: 1018200466 Dátum vydania rozhodnutia: 31. 10. 2018 Meno a priezvisko sudcu, VSÚ: JUDr. Beata Jurgošová ECLI: ECLI:SK:KSBA:2018:1018200466.1 Uznesenie Krajský súd v Bratislave v právnej veci žalobcu: N. S. I., V. X, XXXXX V., N. W.,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04.04.2018 bola Krajskému súdu v Bratislave doručená správna žaloba v sociálnych veciach, ktorou sa žalobca domáhal preskúmania zákonnosti rozhodnutia žalovanej číslo 16935-3/2018-BA zo dňa 23.01.2018. Napadnutým rozhodnutím žalovaná odvolanie žalobcu podané proti rozhodnutiu Sociálnej poisťovne, pobočka Čadca, č. 49622-1/2015-CA zo dňa 24.08.2015 vo veci vzniku povinného sociálneho poistenia zamestnanca (žalobcu)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https://www.kauzis.sk/judikatura/r/ECLI:SK:KSBA:2018:1018200466.1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