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6Sa/33/2018 z 2. 5. 2018</w:t>
      </w:r>
    </w:p>
    <w:p>
      <w:r>
        <w:t>Uznesenie Krajského súdu Bratislava z 2. mája 2018, sp. zn. 6Sa/33/2018, ECLI:SK:KSBA:2018:1018200599.1</w:t>
      </w:r>
    </w:p>
    <w:p>
      <w:r>
        <w:t>Súd: Krajský súd Bratislava</w:t>
      </w:r>
    </w:p>
    <w:p>
      <w:r>
        <w:t>Spisová značka: 6Sa/33/2018</w:t>
      </w:r>
    </w:p>
    <w:p>
      <w:r>
        <w:t>ECLI: ECLI:SK:KSBA:2018:1018200599.1</w:t>
      </w:r>
    </w:p>
    <w:p>
      <w:r>
        <w:t>Dátum vydania: 2.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6Sa/33/2018 Identifikačné číslo súdneho spisu: 1018200599 Dátum vydania rozhodnutia: 03. 05. 2018 Meno a priezvisko sudcu, VSÚ: JUDr. Marta Barková ECLI: ECLI:SK:KSBA:2018:1018200599.1 Uznesenie Krajský súd v Bratislave v právnej veci žalobkyne: S. K. A., A. X. Q. XX/X, XX-XXX T., K. V., zastúpená: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1.Dňa 18.04.2018 bola Krajskému súdu v Bratislave doručená správna žaloba v sociálnych veciach, ktorou sa žalobkyňa domáhala preskúmania zákonnosti rozhodnutia žalovanej číslo 18655-3/2018-BA zo dňa 26.01.2018. Napadnutým rozhodnutím žalovaná odvolanie žalobkyne podané proti rozhodnutiu Sociálnej poisťovne, pobočka Čadca, č. 36096-1/2016-CA zo dňa 09.03.2016 vo veci vzniku povinného sociálneho poistenia zamestnankyne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Žalobkyňou je fyzická osoba, občan Poľskej republiky. Z obsahu podanej žaloby nepochybne vyplýva, že žalobkyňa mala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https://www.kauzis.sk/judikatura/r/ECLI:SK:KSBA:2018:1018200599.1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