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6Sa/34/2018 z 20. 11. 2018</w:t>
      </w:r>
    </w:p>
    <w:p>
      <w:r>
        <w:t>Rozsudok Krajského súdu Bratislava z 20. novembra 2018, sp. zn. 6Sa/34/2018, ECLI:SK:KSBA:2018:1018200611.2</w:t>
      </w:r>
    </w:p>
    <w:p>
      <w:r>
        <w:t>Súd: Krajský súd Bratislava</w:t>
      </w:r>
    </w:p>
    <w:p>
      <w:r>
        <w:t>Spisová značka: 6Sa/34/2018</w:t>
      </w:r>
    </w:p>
    <w:p>
      <w:r>
        <w:t>ECLI: ECLI:SK:KSBA:2018:1018200611.2</w:t>
      </w:r>
    </w:p>
    <w:p>
      <w:r>
        <w:t>Dátum vydania: 20. 11. 2018</w:t>
      </w:r>
    </w:p>
    <w:p>
      <w:r>
        <w:t>Forma: Rozsudok</w:t>
      </w:r>
    </w:p>
    <w:p>
      <w:r>
        <w:t>Oblasť práva: Správne právo</w:t>
      </w:r>
    </w:p>
    <w:p>
      <w:pPr>
        <w:pStyle w:val="Heading2"/>
      </w:pPr>
      <w:r>
        <w:t>Text rozhodnutia</w:t>
      </w:r>
    </w:p>
    <w:p>
      <w:r>
        <w:t>Súd: Krajský súd Bratislava Spisová značka: 6Sa/34/2018 Identifikačné číslo súdneho spisu: 1018200611 Dátum vydania rozhodnutia: 21. 11. 2018 Meno a priezvisko sudcu, VSÚ: JUDr. Marta Barková ECLI: ECLI:SK:KSBA:2018:1018200611.2 ROZSUDOK V MENE SLOVENSKEJ REPUBLIKY Krajský súd v Bratislave samosudkyňou JUDr. Martou Barkovou v právnej veci navrhovateľa L. U., V. L. F. XX, V., proti odporkyni Sociálnej poisťovni ústredie v Bratislave, Ul. 29. augusta č. 8-10, Bratislava, o invalidný dôchodok, takto r o z h o d o l : Súd rozhodnutie odporkyne číslo XXX XXX XXXX zo dňa 18. 12. 2012 p o t v r d z u j e . Účastníkom náhradu trov konania nepriznáva. o d ô v o d n e n i e : Rozhodnutím číslo XXX XXX XXXX zo dňa 18. 12. 2012 odporkyňa podľa ustanovenia § 70 ods. 1 a ustanovenia § 82 zákona č. 461/2003 Z. z. o sociálnom poistení v znení neskorších predpisov (ďalej len „ zákon č.461/2003 Z. z.“) priznala navrhovateľovi od 08. 06.2012 invalidný dôchodok v sume vo výške 240,80 EUR mesačne, ktorý bol zvýšený od 01.01.2013 na sumu vo výške 246,70 EUR mesačne. Rozhodla tak s odôvodnením, že podľa posudku posudkového lekára sociálneho poistenia Sociálnej poisťovne, pobočka Bratislava zo dňa 06. 12.2012, navrhovateľ bol uznaný za invalidného, nakoľko pokles jeho schopnosti vykonávať zárobkovú činnosť zárobkovú činnosť bol stanovený o 60 % v porovnaní so zdravou fyzickou osobou. Navrhovateľ návrhom zo dňa 16.01.2013 žiadal preskúmať rozhodnutie odporkyne, uviedol, že si denne trikrát pichá inzulín a musí sa pravidelne diétne stravovať. Poukazoval na to, že pred ochorením na myasteniu gravis z mája 2012 nebol nikdy hospitalizovaný ani chorý, je nositeľom Diamantovej Jánskeho plakety, 11 rokov pracoval ako vodič autobusu, ostatné roky ako vodič kamiónov, avšak vzhľadom na vek, ako aj zdravotné problémy nie je možné aby sa zamestnal. Žiadal, aby mu bola upravená miera poklesu schopnosti vykonávať zárobkovú činnosť na 100 % aj s prihliadnutím na jeho životné náklady. Krajský súd v Bratislave (ďalej len „krajský súd“), vo veci rozhodol rozsudkom 5 Sd 65/2013 - 86 zo dňa 02.09.2015, a to tak, že rozhodnutie odporkyne číslo XXX XXX XXXX zo dňa 18. 12. 2012 potvrdil. Najvyšší súd Slovenskej republiky uznesením č. k. 9So/186/2016-125 zo dňa 28.03.2018, rozsudok č. k. 5 Sd 65/2013 - 86 zrušil a vec mu vrátil na ďalšie konanie, z dôvodu, že navrhovateľovi bola odňatá možnosť konať pred súdom, nakoľko sa v čase rozhodovania krajského súdu v predmetnej veci, t. j. v čase od 24.08.2015 do 21.04.2016, nachádzal vo vyšetrovacej väzbe výkone trestu v Nemecku, a teda sa objektívne nemohol zúčastniť pojednávania. Najvyšší súd Slovenskej republiky v ďalšom konaní uložil Krajskému súdu, aby vo veci nariadil pojednávanie a aby zistil, či navrhovateľ trvá na preskúmaní rozhodnutia odporkyne číslo XXX XXX XXXX zo dňa 18. 12. 2012, a v kladnom prípade, vo veci rozhodne znovu, pričom svoje rozhodnutia riadne odôvodní. V novom rozhodnutí rozhodne aj o náhrade trov konania. Krajský súd preto opätovne preskúmal napadnuté rozhodnutie podľa § 250l a nasl. O.s.p., prejednal návrh navrhovateľa, a dospel k záveru, že návrh nie je dôvodný. Krajský súd vykonal dokazovanie výsluchom navrhovateľa, právnej zástupkyne odporkyne na pojednávaní dňa 21.11.2018, posudkom posudkového lekára Sociálnej poisťovne pobočky Bratislava zo dňa 06.12.2012, posudkom posudkového lekára Sociálnej poisťovne ústredie Bratislava zo dňa 27.03.2013, zo dňa 06.08.2014, zo dňa 07.10.2014 a zo dňa 12.05.2015, oboznámil sa s posudkovým spisom odporkyne a zistil nasledovný skutkový stav. Krajský súd po zrušení rozsudku Najvyšším súdom Slovenskej republiky, vo veci nariadil pojednávanie dňa 21.11.2018, na ktoré sa dostavili - navrhovateľ a právna zástupkyňa odporkyne. Navrhovateľ na pojednávaní dňa 21.11.2018 uviedol, že trvá na podanom opravnom prostriedku, že nemá k dispozícii nové lekárske správy, že žiadne lieky neužíva, ani inzulín, a že k lekárom na vyšetrenia nechodí, okrem neurológa. Ďalej navrhovateľ uviedol, že veľmi schudol, nakoľko nemá finančné prostriedky na diétnu stravu s obsahom bielkovín, a že celý život, dokiaľ neochorel, poctivo pracoval ako vodič, a pre choroby má sťaženie spoločenského uplatnenia, nakoľko prácu, ktorú vykonával ako vodič, v súčasnosti už nemôže vykonávať a nikto ho už ani v jeho veku nezamestná. Navrhovateľ poukázal na to, že pokiaľ bol zdravý 82 - krát daroval krv, je nositeľom Diamantovej Jánskeho plakety, a keby neochorel, bol by dostal aj Platinovú plaketu. Navrhovateľ zdôraznil, že nie je spokojný s výškou invalidného dôchodku, a je toho názoru, že by vzhľadom na zdravotný stav, a nemožnosť vykonávať žiadne zamestnanie, mal mať pokles schopnosti vykonávať zárobkovú činnosť 70 % v porovnaní so zdravou fyzickou osobou. Právna zástupkyňa odporkyne na pojednávaní dňa 21.11.2018 žiadala vzhľadom na zhodné závery posudkov posudkových lekárov, napadnuté rozhodnutie ako vecne správne potvrdiť. Podľa § 70 ods. 1 zákona č. 461/2003 Z. 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 z., poistenec je invalidný, ak pre dlhodobo nepriaznivý zdravotný stav má pokles schopnosti vykonávať zárobkovú činnosť o viac ako 40 % v porovnaní so zdravou fyzickou osobou. Podľa § 71 ods. 2 zákona č. 461/2003 Z. z., dlhodobo nepriaznivý zdravotný stav je taký zdravotný stav, ktorý spôsobuje pokles schopnosti vykonávať zárobkovú činnosť a ktorý má podľa poznatkov lekárskej vedy trvať dlhšie ako jeden rok. Podľa § 71 ods. 3 zákona č. 461/2003 Z. z.,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zákona č. 461/2003 Z. z.,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zákona č. 461/2003 Z. z.,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zákona č. 461/2003 Z. z., jednotlivé percentuálne miery poklesu schopnosti vykonávať zárobkovú činnosť sa nesčítavajú. Podľa § 71 ods. 8 zákona č. 461/2003 Z. z.,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zhoršenia zdravotného stavu vyžaduje odborné lekárske znalosti a vo veciach dôchodkového poistenia je podľa zákona č. 461/2003 Z. z., lekárska posudková činnosť dôchodkového poistenia zverená posudkovému lekárovi sociálneho poistenia príslušnej pobočky a posudkovému lekárovi sociálneho poistenia ústredia (§ 153 ods. 5 zákona č. 461/2003 Z. z.). Posudkový lekár Sociálnej poisťovne pobočka Bratislava v posudku zo dňa 06.12.2012 uviedol, že navrhovateľ má choroby, a to diabetes mellitus 2 typu na liečbe IIT, neuspokojivo kompenzovaný aj v kontexte kortikoterapie, myasteniu gravis na liečbe, stp. prekonanom IM s akinézou apexu a zadnej steny, ICHS nebolestivá forma komp. a esenciálnu hypertenziu WHO II. Konštatoval, že navrhovateľ bol od 24.05.2012 do 08.06.2012 hospitalizovaný na neurologickej klinike pre akútnu formu myasténie gravis s predilekčným okohybným postihnutím, na adekvátnej liečbe sa stav výrazne zlepšil, je stabilizovaný bez poklesu viečok, bez diplopie a nie sú prítomné poruchy reči ani mimiky. Počas kombinovanej imunosupresívnej liečby došlo k opakovaným hyperglykémiám, stav bol uzatvorený ako nepoznaný diabetes mellitus, akútne zhoršený pri kortikoterapii, preto bol nastavený na inzulín. Napriek tejto liečbe aj pri poslednej diabetologickej kontrole bola cukrovka neuspokojivo kompenzovaná. Ambulantným kardiológom bol potvrdený stav po infarkte, ischemická choroba srdca je kompenzovaná. Rozhodujúcim zdravotným postihnutím navrhovateľa je cukrovka - ťažko kompenzovateľná, s kolísavými hodnotami glykémie (kapitola IV., položka 1.c) prílohy č. 4 zákona č. 461/2003 Z. z.), kde mieru poklesu schopnosti vykonávať zárobkovú činnosť stanovil na 50 %, pričom dolnú hranicu percentuálneho rozpätia v danej položke stanovil z dôvodu, že glykémie kolíšu od 08 do 18, avšak komplikácie zatiaľ neboli preukázané. Pre iné zdravotné postihnutie a to ostatné ochorenia zvýšil percentuálnu mieru o 10 %. Celková miera poklesu schopnosti vykonávať zárobkovú činnosť u navrhovateľa je 60 %. Ohľadom uznania invalidity od 04.05.2012 uviedol, že k manifestácii cukrovky došlo pri kortikoterapii počas hospitalizácie na neurologickej klinike, a preto stanovil dátum vzniku invalidity od 08.06.2012, t.j. dňom prepustenia z hospitalizácie. Navrhovateľ je invalidný podľa ustanovenia § 71 ods. 1 zákona č. 461/2003 Z. z., lebo pre dlhodobo nepriaznivý zdravotný stav má pokles schopnosti vykonávať zárobkovú činnosť o viac ako 40 % v porovnaní so zdravou fyzickou osobou. Môže vykonávať prácu bez väčšej fyzickej a psychickej záťaže s možnosťou dodržiavania životosprávy, administratívne práce. Posudkový lekár Sociálnej poisťovne ústredie Bratislava v posudku zo dňa 27.03.2013 uviedol, že navrhovateľ má choroby, a to diabetes mellitus typ 2, myasteniu gravis, artériovú hypertenziu II. štádium podľa WHO a chronickú ischemickú chorobu srdca. Konštatoval, že u navrhovateľa je anamnéza viacerých ochorení interného charakteru. Uviedol, že navrhovateľ bol v máji 2012 hospitalizovaný na neurologickej klinike pre asymetrický pokles očných viečok viac vpravo, pri pohľade doľava mu ľavý bulbus nedoťahoval temporálne a pravý bulbus sa nazálne stáčal nadol a mal dvojité videnie, stav bol uzatvorený ako myastenia gravis, akútna forma s okohybným postihnutím. Na základe kortikoterapie sa neurologický obraz upravil, avšak boli zistené opakované zvýšené hodnoty cukru v krvi a stav bol diabetológom vyhodnotený ako cukrovka 2. typu, doposiaľ nepoznaná, zhoršená pri danej liečbe. Navrhovateľ je v sledovaní a liečbe na diabetologickej ambulancii, bola zahájená liečba inzulínom, pričom cukrovka je neuspokojivo kompenzovaná s opakovanými stavmi kolísania hodnôt. Konštatoval, že myastenia gravis je v dôsledku účelnej farmakoterapie stabilizovaná. V kardiologických vyšetreniach z roku 2012 je údaj, že navrhovateľ prekonal akútny infarkt myokardu s akinézou hrotu a zadnej steny asi na podklade EKG záznamu, ochorenie je vyklasifikované ako ischemická choroba srdca, nebolestivá forma. Navrhovateľ je kardiopulmonálne kompenzovaný, tlakovo stabilizovaný, pri vyšetrení holterovho monitoringu bol sklon k sínusovej tachykardii. Uviedol, že z posudkového a klinického choroba vysokého krvného tlaku, hodnotená ako III. štádium podľa WHO tieto kritériá nespĺňa, nakoľko nie sú rozvinuté orgánové komplikácie v celom rozsahu a to zlyhanie ľavej komory srdca, mozgové krvácanie, príznaky hypertenznej encefalopatie, zmeny na očnom pozadí, atď. Z klinického pohľadu cukrovka 2. typu bez orgánových komplikácií je ochorenie, ktoré najviac negatívne potencuje zdravotný stav navrhovateľa. Rozhodujúcim zdravotným postihnutím navrhovateľa je cukrovka, ťažko kompenzovateľná, s kolísavými hodnotami glykémie (kapitola IV., položka 1.c) prílohy č. 4 zákona č. 461/2003 Z. z), kde mieru poklesu schopnosti vykonávať zárobkovú činnosť stanovil na 50 %, pričom dolnú hranicu percentuálneho rozpätia v danej položke stanovil z dôvodu, že sa jedná o cukrovku závislú od inzulínu, ktorá sa rozvinula na podklade kortikoterapie neurologického ochorenia, nie sú dokázané žiadne komplikácie cukrovky s postihnutím tela, t.j. očné, cievne, nefrologické a iné, diabetická noha nie je rozvinutá. Pre iné zdravotné postihnutie a to ostatné ochorenia zvýšil percentuálnu mieru o 10 %. Celková miera poklesu schopnosti vykonávať zárobkovú činnosť u navrhovateľa je 60 %. Potvrdil dátum vzniku invalidity od 08.06.2012, t.j. dňom prepustenia navrhovateľa z hospitalizácie na neurologickej klinike. Navrhovateľ je invalidný podľa § 71 ods. 1 zákona č. 461/2003 Z. z., lebo pre dlhodobo nepriaznivý zdravotný stav má pokles schopnosti vykonávať zárobkovú činnosť o viac ako 40 % v porovnaní so zdravou fyzickou osobou. Môže vykonávať fyzicky nenamáhavú prácu, rekvalifikácia na Úrade práce, administratívne práce primerané stredoškolskému vzdelaniu. Posudkový lekár Sociálnej poisťovne ústredie Bratislava v posudku zo dňa 06.08.2014 uviedol, že po vyhodnotení nových lekárskych nálezov, a to diabetologického nálezu zo dňa 13.03.2014 opakovane, kardiologického vyšetrenia zo dňa 20.03.2014 opakovane, vyšetrenia v Centre pre neuromuskulárne ochorenie zo dňa 07.04.2014 opakovane uviedol, že navrhovateľ má choroby, a to diabetes mellitus typ 2, myasteniu gravis, artériovú hypertenziu II. štádium podľa WHO, chronickú ischemickú chorobu srdca, poruchu metabolizmu podľa dokumentácie. Konštatoval, že navrhovateľ podľa záznamu diabetológa zo dňa 13.03.2014 svojvoľne neužíva lieky, nemá na ne peniaze. Z posudkového hľadiska jednoznačne nesúhlasil so závermi diabetológa, že sú rozvinuté orgánové komplikácie pri cukrovke - polyneuropatia a makroangiopatia, nakoľko orgánové komplikácie nie sú potvrdené odbornými vyšetreniami neurológom, EMG vyšetrením, kompletným cievnym vyšetrením, nefrologickým a očným vyšetrením, atď. Poukázal na to, že v prepúšťacej správe z neurologickej kliniky z roku 2012 neurológ vo svojom odbornom vyšetrení neuvádza, že navrhovateľ má prítomnú diabetickú polyneuropatiu a tiež ďalšie neurologické vyšetrenia neuvádzajú predmetnú neurologickú komplikáciu. Navrhovateľ je kardiopulmonálne kompenzovaný a tlakovo stabilizovaný. Funkčné postihnutie kardiovaskulárneho a neurologického systému nedosahuje ani stredne ťažké postihnutie. Iné zdravotné postihnutia navrhovateľa boli posudkovo zohľadnené pri zvýšení percentuálnej miery, nie však ako samostatné jednotky, pretože v klinickom obraze vykazujú miernu formu ochorení, ktoré sú liečbou alebo bez liečby dostatočne kompenzované. Pokračuje abúzus nikotínu. Rozhodujúcim zdravotným postihnutím navrhovateľa je cukrovka, ťažko kompenzovateľná, s opakovanými stavmi kolísania hodnôt glykémie (kapitola IV., položka 1.c) prílohy č. 4 zákona č. 461/2003 Z. z.), kde mieru poklesu schopnosti vykonávať zárobkovú činnosť stanovil na 50 %. Pre iné zdravotné postihnutie a to ostatné ochorenia zvýšil percentuálnu mieru o 10 %. Celková miera poklesu schopnosti vykonávať zárobkovú činnosť u navrhovateľa je 60 %. Potvrdil dátum vzniku invalidity od 08.06.2012. Poukázal ďalej na to, že nové lekárske nálezy z posudkového a klinického hľadiska nezdokladovali zhoršenie zdravotného stavu navrhovateľa. Zotrval na posudkovom závere uvedenom v posudku zo dňa 27.03.2013. Navrhovateľ je invalidný podľa § 71 ods. 1 zákona č. 461/2003 Z. z., lebo pre dlhodobo nepriaznivý zdravotný stav má pokles schopnosti vykonávať zárobkovú činnosť o viac ako 40 % v porovnaní so zdravou fyzickou osobou. Môže vykonávať fyzicky nenamáhavú prácu, rekvalifikácia na Úrade práce, administratívne práce primerané stredoškolskému vzdelaniu. Posudkový lekár Sociálnej poisťovne ústredie Bratislava v posudku zo dňa 07.10.2014, po vyhodnotení nových lekárskych nálezov navrhovateľa t. j. kardiologického vyšetrenia zo dňa 02.10.2014 a očného vyšetrenia zo dňa 31.03.2014, a to za jeho osobnej účasti, dospel k záveru, že navrhovateľ má choroby, a to diabetes mellitus typ 2, myasteniu gravis, artériovú hypertenziu II. štádium podľa WHO, chronickú ischemickú chorobu srdca, poruchu metabolizmu tukov podľa dokumentácie a exogénnu obezitu. Konštatoval, že u navrhovateľa je anamnéza viacerých ochorení interného charakteru. Uviedol, že navrhovateľ bol v máji 2012 hospitalizovaný na neurologickej klinike pre asymetrický pokles očných viečok viac vpravo, pri pohľade doľava mu ľavý bulbus nedoťahoval temporálne a pravý bulbus sa nazálne stáčal nadol, mal dvojité videnie, stav bol uzatvorený ako myastenia gravis, akútna forma s okohybným postihnutím, bola zahájená kortikoterapia, na základe ktorej sa neurologický obraz upravil, avšak boli zistené opakované zvýšené hodnoty cukru v krvi a stav bol diabetológom vyhodnotený ako cukrovka 2. typu, doposiaľ nepoznaná, zhoršený pri danej liečbe. Navrhovateľ je v sledovaní a liečbe na diabetologickej ambulancii, bola zahájená liečba inzulínom, t.č. si navrhovateľ aplikuje štyrikrát denne daný preparát. Cukrovka je uspokojivo kompenzovaná s občasnými stavmi kolísania hodnôt. Je preukázaná jediná komplikácia cukrovky a to polyneuropatia, iné komplikácie cukrovky s postihnutím orgánov tela - očné, cievne nefrologické, diabetická noha u neho nie sú rozvinuté a neboli potvrdené. Z posudkového hľadiska jednoznačne nesúhlasil so závermi diabetológa, že sú rozvinuté orgánové komplikácie pri cukrovke, nakoľko orgánové komplikácie nie sú potvrdené odbornými vyšetrenia neurológom, EMG vyšetrením, kompletným cievnym vyšetrením, nefrologickým a očným vyšetrením, atď. Konštatoval, že myastenia gravis je v dôsledku účelnej farmakoterapie stabilizovaná. V kardiologických vyšetreniach z roku 2012 je údaj, že navrhovateľ prekonal akútny infarkt myokardu s akinézou hrotu a zadnej steny asi na podklade EKG záznamu, ochorenie je vyklasifikované ako ischemická choroba srdca, nebolestivá forma, kompenzovaná, pri vyšetrení holterovho monitoringu bol sklon k sínusovej tachykardii. Uviedol, že z posudkového a klinického hľadiska choroba vysokého krvného tlaku, hodnotená ako III. štádium podľa WHO tieto kritériá nespĺňa, nakoľko nie sú rozvinuté orgánové komplikácie v celom rozsahu a to zlyhanie ľavej komory srdca, mozgové krvácanie, príznaky hypertenznej encefalopatie, zmeny na očnom pozadí, atď. Uviedol, že posledné kardiologické vyšetrenia zo dňa 02.10.2014 potvrdzuje ten istý diagnostický súhrn interných ochorení. Očné vyšetrenie zo dňa 31.03.2014 nepotvrdilo žiadne zmeny na sietnici oboch očí, čo vylučuje hypertenziu III. štádia podľa WHO. Funkčné postihnutie kardiovaskulárneho a neurologického systému nedosahuje ani stredne ťažké postihnutie. Iné zdravotné postihnutia navrhovateľa boli posudkovo zohľadnené pri zvýšení percentuálnej miery, nie však ako samostatné jednotky, pretože v klinickom obraze vykazujú miernu formu ochorení, ktoré sú liečbou alebo bez liečby dostatočne kompenzované, navrhovateľ je kardiopulmonálne kompenzovaný, tlakovo stabilizovaný. Rozhodujúcim zdravotným postihnutím navrhovateľa je cukrovka, ťažko kompenzovateľná, s kolísavými hodnotami glykémie (kapitola IV., položka 1.c) prílohy č. 4 zákona č. 461/2003 Z. z.), kde mieru poklesu schopnosti vykonávať zárobkovú činnosť stanovil na 50 %, pričom dolnú hranicu percentuálneho rozpätia v danej položke stanovil z dôvodu, že sa jedná o cukrovku závislú od inzulínu, ktorá sa rozvinula na podklade kortikoterapie neurologického ochorenia, je dokázaná jedna komplikácia cukrovky - polyneuropatia, iné komplikácie cukrovky s postihnutím tela - očné, cievne, nefrologické a iné, diabetická noha nie sú rozvinuté a neboli potvrdené. Pre iné zdravotné postihnutie a to ostatné ochorenia zvýšil percentuálnu mieru o 10 %. Celková miera poklesu schopnosti vykonávať zárobkovú činnosť u navrhovateľa je 60 %. Dátum vzniku invalidity stanovil od 08.06.2012, t.j. dňom prepustenia navrhovateľa z hospitalizácie na neurologickej klinike. Navrhovateľ je invalidný podľa § 71 ods. 1 zákona č. 461/2003 Z. z., lebo pre dlhodobo nepriaznivý zdravotný stav má pokles schopnosti vykonávať zárobkovú činnosť o viac ako 40 % v porovnaní so zdravou fyzickou osobou. Môže vykonávať fyzicky nenamáhavú prácu, rekvalifikácia na Úrade práce, administratívne práce primerané stredoškolskému vzdelaniu. Krajský súd pred zrušením rozsudku Najvyšším súdom Slovenskej republiky, doplnil dokazovanie o posúdenie zdravotného stravu navrhovateľa a jeho pracovnej schopnosti vzhľadom na jeho námietky aj iným posudkovým lekárom Sociálnej poisťovne ústredie Bratislava, ktorý v posudku zo dňa 12.05.2015 za osobnej účasti navrhovateľa uviedol, že navrhovateľ trpí na choroby a to diabetes mellitus 2. typu, myastheniu gravis v anamnéze, artériovú hypertenziu II. štádium podľa WHO, chronickú ischemickú chorobu srdca stav po prekonanom IM, poruchu metabolizmu tukov v dokumentácii, exogénnu obezitu a chronický abúzus nikotínu v anamnéze. Po vyhodnotení kompletnej spisovej posudkovej dokumentácie ako aj doložených nových lekárskych nálezov a to kardiologického vyšetrenia zo dňa 26.03.2015, kontrolného diabetologického vyšetrenia zo dňa 08.04.2015, neurologického vyšetrenia zo dňa 13.04.2015 konštatoval, že u navrhovateľa sa začiatkom apríla 2012 objavili neurologické symptómy a to pokles viečka ľavého a neskôr i pravého oka a dvojité videnie. Pre podozrenie na ťažkú svalovú slabosť - myasthenia gravis bol navrhovateľ hospitalizovaný od 24.05.2012 do 08.06.2012 na neurologickej klinike UNB v Ružinove, kde bolo toto ochorenie potvrdené ako akútna forma s postihnutím hlavne okohybného aparátu. Bol liečený kortikoidmi, pod ich vplyvom sa zhoršila aj cukrovka 2. typu, ktorá dovtedy nebola známa. Pri adekvátnej liečbe došlo k zlepšeniu neurologického ochorenia a navrhovateľ je aktuálne bez príznakov ochorenia. Od roku 2012 je liečený aj pre chorobu vysokého krvného tlaku s komplikáciami II. stupňa, zmeny na očnom pozadí sú dokumentované v očnom vyšetrení zo dňa 31.03.2014. Navrhovateľ je sledovaný aj kardiológom pre ischemickú chorobu srdca, so stavom po infarkte srdcového svalu v minulosti a pre zníženú funkciu srdcového svalu, ktorá je posudkovo nevýznamná. Cievne vyšetrenie zo dňa 16.10.2014 potvrdilo neporušený prietok krvi v nohách, bez známok zúženia a krvných zrazením, končatiny sú dobre prekrvené, porucha citlivosti predkolení nie je posudkovo významná. Nefrologické vyšetrenie zo dňa 04.12.2014 potvrdilo zachovanú funkciu obličiek a konštatuje, že obličky sú nepoškodené. Cukrovka bola dlhodobo nedostatočne kompenzovaná, v rokoch 2012, 2013 a 2014 boli zisťované vysoké hladiny krvného cukru, čo svedčilo pre nepriaznivý stav ochorenia. V kontrolnom diabetologickom vyšetrení zo dňa 26.01.2015 diabetológ hodnotil celkový stav ochorenia ako zlepšený. Kardiologické vyšetrenia zo dňa 05.02.2015 potvrdzuje mierne poškodenie srdca pre chorobu zníženého prekrvenia po prekonanom srdcovom infarkte v minulosti, pričom funkčný stav srdca sa oproti dokumentácii z rokov 2012 a 2014 nezmenil. Ohľadom nových doložených lekárskych názov uviedol, že kardiologické vyšetrenie zo dňa 26.03.2015 obsahuje diagnostické závery zhodné s predchádzajúcimi závermi a laboratórne parametre až na zvýšenú hladinu glykémie 12,4 mmol/l sú v norme; kontrolné diabetologické vyšetrenie zo dňa 08.04.2015 obsahuje diagnostické závery zhodné s predchádzajúcimi vyšetreniami, glykémia je 12,53 mmol/l a neurologické vyšetrenie zo dňa 13.4.2015 obsahuje taktiež identické diagnostické závery s predchádzajúcim závermi a po dvojmesačnej liečbe Imuranom a Mestinonom sa stav navrhovateľa upravil a je bez príznakov ochorenia. Rozhodujúcim zdravotným postihnutím navrhovateľa je cukrovka, ťažko kompenzovateľná, s opakovanými stavmi kolísania hodnôt glykémie (kapitola IV., položka 1.c) prílohy č. 4 zákona č. 461/2003 Z. z.), kde mieru poklesu schopnosti vykonávať zárobkovú činnosť stanovil na 50 %. Pre iné zdravotné postihnutie a to ostatné ochorenia zvýšil percentuálnu mieru o 10 %. Celková miera poklesu schopnosti vykonávať zárobkovú činnosť u navrhovateľa je 60 %. Potvrdil dátum vzniku invalidity stanovil od 08.06.2012, t.j. dňom prepustenia navrhovateľa z hospitalizácie na neurologickej klinike. Zotrval na predchádzajúcich posudkových záveroch. Navrhovateľ je invalidný podľa § 71 ods. 1 zákona č. 461/2003 Z. z., lebo pre dlhodobo nepriaznivý zdravotný stav má pokles schopnosti vykonávať zárobkovú činnosť o viac ako 40 % v porovnaní so zdravou fyzickou osobou. Môže vykonávať prácu bez nadmerného stresu, s pravidelným pracovným režimom, primeranú kvalifikácii, napr. ako referent, práce administratívneho charakteru, dispečer, prijímací technik. Súd mal zistené z lekárskych posudkov, že posudkový lekár sociálneho poistenia Sociálnej poisťovne pobočka Bratislava ako aj dvaja posudkoví lekári sociálneho poistenia Sociálnej poisťovne ústredie Bratislava vo svojich vyššie uvedených posudkoch zohľadnili všetky navrhovateľom uvádzané ťažkosti a vysporiadali sa s lekárskymi nálezmi nachádzajúcimi sa v zdravotnej dokumentácii navrhovateľa a zhodne určili, že rozhodujúcim zdravotným postihnutím navrhovateľa je cukrovka, ťažko kompenzovateľná, s opakovanými stavmi kolísania hodnôt glykémie (kapitola IV., položka 1.c) prílohy č. 4 zákona č. 461/2003 Z. z.), kde mieru poklesu schopnosti vykonávať zárobkovú činnosť stanovili na 50 %. Pre iné zdravotné postihnutie a to ostatné ochorenia zvýšili percentuálnu mieru o 10 %. Celková miera poklesu schopnosti vykonávať zárobkovú činnosť u navrhovateľa je 60 %. Dátum vzniku invalidity navrhovateľa stanovili od 08.06.2012, t.j. dňom prepustenia navrhovateľa z hospitalizácie na neurologickej klinike. Pre neurologické symptómy a to pokles viečka ľavého a neskôr i pravého oka a dvojité videnie navrhovateľ bol hospitalizovaný od 24.05.2012 do 08.06.2012 na neurologickej klinike UNB v Ružinove, kde bola potvrdená myasthenia gravis ako akútna forma s postihnutím hlavne okohybného aparátu. Pod vplyvom liečby kortikoidmi sa zhoršila aj cukrovka 2. typu, ktorá dovtedy nebola známa. Pri adekvátnej liečbe došlo k zlepšeniu neurologického ochorenia, navrhovateľ bol bez príznakov bez príznakov ochorenia, stav bol stabilizovaný. Neurologické vyšetrenie zo dňa 13.04.2015 obsahuje identické diagnostické závery s predchádzajúcim závermi a po dvojmesačnej liečbe Imuranom a Mestinonom sa stav navrhovateľa upravil a je bez príznakov ochorenia. Cukrovka bola dlhodobo nedostatočne kompenzovaná, v rokoch 2012, 2013 a 2014 boli zisťované vysoké hladiny krvného cukru, čo svedčilo pre nepriaznivý stav ochorenia. V kontrolnom diabetologickom vyšetrení zo dňa 26.01.2015 je celkový stav ochorenia hodnotený ako zlepšený. Ďalšie kontrolné diabetologické vyšetrenie zo dňa 08.04.2015 obsahuje diagnostické závery zhodné s predchádzajúcimi vyšetreniami. Navrhovateľ je od roku 2012 liečený pre chorobu vysokého krvného tlaku s komplikáciami II. stupňa od roku 2012, očné vyšetrenie zo dňa 31.03.2014 dokumentuje zmeny na očnom pozadí. Navrhovateľ je sledovaný kardiológom pre ischemickú chorobu srdca, so stavom po infarkte srdcového svalu v minulosti a pre zníženú funkciu srdcového svalu, ktorá je posudkovo nevýznamná. Kardiologické vyšetrenie zo dňa 05.02.2015 potvrdzuje mierne poškodenie srdca pre chorobu zníženého prekrvenia po prekonanom srdcovom infarkte v minulosti, pričom funkčný stav srdca sa oproti dokumentácii z rokov 2012 a 2014 nezmenil; kardiologické vyšetrenie zo dňa 26.3.2015 obsahuje diagnostické závery zhodné s predchádzajúcimi závermi a laboratórne parametre až na zvýšenú hladinu glykémie 12,4 mmol/ l sú v norme. Cievne vyšetrenie zo dňa 16.10.2014 potvrdilo neporušený prietok krvi v nohách, bez známok zúženia a krvných zrazením, končatiny sú dobre prekrvené. Porucha citlivosti predkolení nie je posudkovo významná. Nefrologické vyšetrenia zo dňa 04.12.2014 potvrdilo zachovanú funkciu obličiek s tým, že obličky sú nepoškodené. Krajský súd dospel k záveru, že, posudkový lekár sociálneho poistenia Sociálnej poisťovne pobočka Bratislava a posudkoví lekári sociálneho poistenia Sociálnej poisťovne ústredie Bratislava vo vyššie uvedených lekárskych posudkoch, ako aj iný posudkový lekár Sociálnej poisťovne ústredie Bratislava, v lekárskom posudku zo dňa 12.05.2015, zohľadnili všetky navrhovateľom uvádzané zdravotné ťažkosti a vysporiadali sa s aktuálnymi lekárskymi nálezmi nachádzajúcimi sa v jeho zdravotnej dokumentácii. Zistenia posudkových lekárov neboli spochybnené ani v súdnom konaní. Závery posudkov posudkových lekárov sú odborné, presvedčivé, náležite zdôvodnené a súd nezistil rozpor medzi ich závermi a zisteným skutočným stavom. Podľa ustanovenia § 153 ods. 5 zákona č. 461/2003 Z. z., hodnotenie miery zhoršenia zdravotného stavu vyžaduje odborné lekárske znalosti a vo veciach dôchodkového poistenia je lekárska posudková činnosť dôchodkového poistenia zverená posudkovému lekárovi sociálneho poistenia príslušnej pobočky a posudkovému lekárovi sociálneho poistenia ústredia a podľa ustanovenia § 71 ods. 6 zákona č. 461/2003 Z. z., miera poklesu schopnosti vykonávať zárobkovú činnosť v percentách sa určuje podľa druhu zdravotného postihnutia, ktoré je rozhodujúcou príčinou dlhodobo nepriaznivého zdravotného stavu, a so zreteľom na závažnosť ostatných zdravotných postihnutí. Krajský súd poukazuje na právny názor Najvyššieho súdu Slovenskej republiky vyslovený v uznesení č. k. 9So/186/2016-125 zo dňa 28.03.2018, a ktorý sa týka tejto veci, že v súvislosti s novými lekárskymi správami, ktoré navrhovateľ v konaní predkladal Krajskému súdu, v konaní o preskúmanie zákonnosti napadnutého rozhodnutia odporkyne podľa tretej hlavy piatej časti O. s. p., súd v zásade preskúmava zákonnosť tohto rozhodnutia vo vzťahu k skutkovému stavu, ktorý existoval ku dňu vydania napadnutého rozhodnutia odporkyne, teda ku dňu 18.12.2012 (ustanovenie § 250i ods.1 v spojení s ustanovením § 250l ods.2 O. s. p.), hoci zákon nevylučuje možnosť, aby odporkyňa na základe ďalších dôkazov, prehodnotila svoje rozhodnutie. Takáto možnosť však nie je bez ďalšieho dôvodom na opakované posúdenie zdravotného stavu súdom v prípade predkladania novších a novších lekárskych nálezov, a dôvodom na zrušenie napadnutého rozhodnutia odporkyne, ktoré v čase jeho vydania na základe riadneho zistenia skutočného stavu, zodpovedalo zákonu. Navrhovateľ má však vždy možnosť v prípade zhoršenia jeho zdravotného stavu kedykoľvek znovu požiadať o zvýšenie invalidného dôchodku prostredníctvom príslušnej pobočky Sociálnej poisťovne. Krajský súd dodáva, že vzhľadom na účinnosť zákona č.162/2015 Z. z. Správneho súdneho poriadku od 01.07.2016, prináleží rozhodovať o podaných opravných prostriedkoch voči prvostupňovým rozhodnutiam odporkyne, generálnemu riaditeľovi Sociálnej poisťovne, preto, ak by došlo k zmene zdravotného stavu navrhovateľa a predložil by krajskému súdu na pojednávaní nové lekárske správy, tieto by boli súdom postúpené odporkyni za účelom opätovného posúdenia zdravotného stavu navrhovateľa, a ktorá, ak by došlo k zmene jeho zdravotného stavu, by bola oprávnená rozhodnúť rozhodnutím o výške invalidného dôchodku navrhovateľa. Krajský súd na základe zisteného skutkového stavu dospel k záveru, že odporkyňa pri priznaní invalidného dôchodku navrhovateľa a jeho výpočte, ako aj pri stanovení jeho výšky nepochybila a postupovala správne podľa citovaných zákonných ustanovení. Krajský súd preto z vyššie uvedených dôvodov napadnuté rozhodnutie číslo XXX XXX XXXX zo dňa 18. 12. 2012 podľa § 250q ods. 2 O. s. p. ako vecne správne potvrdil. O trovách konania súd rozhodol podľa § 250k ods. 1 v spojení s § 250l ods. 2 O.s.p. Navrhovateľ nebol v konaní úspešný, a preto mu súd trovy konania nepriznal a odporkyni trovy konania neprislúchajú. Poučenie: Proti tomuto rozsudku je prípustné odvolanie do 15 dní odo dňa jeho doručenia prostredníctvom Krajského súdu v Bratislave na Najvyšší súd Slovenskej republiky v Bratislave, písomne v 3 vyhotoveniach. V odvolaní sa ma popri všeobecných náležitostiach podľa § 42 ods. 3 O. s. 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 s. 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4,d) ich účastník konania bez svojej viny nemohol označiť alebo predložiť do rozhodnutia súdu prvého stupňa. Ustanovenie § 205a ods. 1 O. s. p. sa nepoužije v konaniach podľa § 120 ods. 2.Rozsah, v akom sa rozhodnutie napáda a dôvody odvolania môže odvolateľ rozšíriť len do uplynutia lehoty na odvolanie (§ 205 ods. 3 O. s. p.).Odvolanie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https://www.kauzis.sk/judikatura/r/ECLI:SK:KSBA:2018:1018200611.2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