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6Sa/65/2018 z 4. 11. 2018</w:t>
      </w:r>
    </w:p>
    <w:p>
      <w:r>
        <w:t>Uznesenie Krajského súdu Bratislava z 4. novembra 2018, sp. zn. 6Sa/65/2018, ECLI:SK:KSBA:2018:1018200636.2</w:t>
      </w:r>
    </w:p>
    <w:p>
      <w:r>
        <w:t>Súd: Krajský súd Bratislava</w:t>
      </w:r>
    </w:p>
    <w:p>
      <w:r>
        <w:t>Spisová značka: 6Sa/65/2018</w:t>
      </w:r>
    </w:p>
    <w:p>
      <w:r>
        <w:t>ECLI: ECLI:SK:KSBA:2018:1018200636.2</w:t>
      </w:r>
    </w:p>
    <w:p>
      <w:r>
        <w:t>Dátum vydania: 4. 11. 2018</w:t>
      </w:r>
    </w:p>
    <w:p>
      <w:r>
        <w:t>Forma: Uznesenie</w:t>
      </w:r>
    </w:p>
    <w:p>
      <w:pPr>
        <w:pStyle w:val="Heading2"/>
      </w:pPr>
      <w:r>
        <w:t>Text rozhodnutia</w:t>
      </w:r>
    </w:p>
    <w:p>
      <w:r>
        <w:t>Súd: Krajský súd Bratislava Spisová značka: 6Sa/65/2018 Identifikačné číslo súdneho spisu: 1018200636 Dátum vydania rozhodnutia: 05. 11. 2018 Meno a priezvisko sudcu, VSÚ: JUDr. Marta Barková ECLI: ECLI:SK:KSBA:2018:1018200636.2 Uznesenie Krajský súd v Bratislave (ďalej ako „správny súd"), samosudkyňou JUDr. Martou Barkovou, v právnej veci žalobcu: P. P. A., Z.. XX.XX.XXXX, H. X. J., K. B. G. XX/XX, XX - XXX, X. J., právne zastúpený: V4 Legal, s.r.o., so sídlom Tvrdého 4, 010 01 Žilina, proti žalovanej: Sociálna poisťovňa ústredie, so sídlom Ul. 29 augusta č.8, 813 63 Bratislava, o preskúmanie zákonnosti rozhodnutia žalovanej č.: 17270-3/2018- BA zo dňa 15.02.2018, konajúc o návrhu žalobcu na priznanie odkladného účinku podanej žalobe zo dňa 26.04.2018 takto r o z h o d o l : Správny súd zamieta návrh žalobcu zo dňa 26.04.2018 na priznanie odkladného účinku správnej žalobe. o d ô v o d n e n i e : 1. Žalobca sa správnou žalobou zo dňa 26.04.2018 podanou prostredníctvom právneho zástupcu, doručenou elektronicky správnemu súdu dňa 26.04.2018, domáha preskúmania a následne zrušenia rozhodnutia žalovaného č.: 17270-3/2018-BA zo dňa 15.02.2018 a jeho vrátenia žalovanej na ďalšie konanie, ktorým žalovaná zamietla v celom rozsahu odvolanie žalobcu, podané proti rozhodnutiu Sociálnej poisťovne, pobočka Čadca, č. 51223-1/2015-CA, zo dňa 29.09.2015, vo veci vzniku a zániku sociálneho poistenia zamestnanca, a ktorým potvrdila napadnuté rozhodnutie Sociálnej poisťovne, pobočka Čadca. 2. Žalobca v správnej žalobe navrhol, aby súd priznal správnej žalobe odkladný účinok. 3. K správnej žalobe a k návrhu žalobcu na priznanie odkladného účinku podanej správnej žalobe, sa vyjadril žalovaný vyjadrením zo dňa 02.10.2018, doručeným správnemu súdu dňa 04.10.2018, a v ktorom uviedol, že rozhodnutie žalovanej č.: 17270-3/2018-BA zo dňa 15.02.2018 vo veci nevzniku sociálneho poistenia nemá vykonateľný obsah, t. j. nezaväzuje žalobcu, aby niečo vykonal, niečo znášal, alebo sa niečoho zdržal, a teda ho nezaväzuje k splneniu určitej povinnosti, ktorú je možné nútene vymáhať formou exekúcie, a keďže napadnutým rozhodnutím sa nekonštituovala žiadna povinnosť, nastávajú právne účinky tohto rozhodnutia nadobudnutím jeho právoplatnosti. Žalovaný z tohto dôvodu, žiadal aby správny súd návrh žalobcu na priznanie odkladného účinku správnej žalobe zamietol. 4. Podľa § 184 zákona č. 162/2015 Z.z. Správny súdny poriadok v znení zákona č. 88/2017 Z. z. (ďalej len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188 SSP ak správny súd návrhu žalobcu nevyhovie, uznesením ho zamietne. 7. Rozhodnutie správneho súdu o priznaní odkladného účinku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8. Správny súd skúmal, či by okamžitým výkonom napadnutého rozhodnutia žalovanej hrozila žalobcovi závažná ujma, resp. finančná škoda alebo iný vážny nenapraviteľný následok v zmysle § 185 písm. a) SSP. 9. Správny súd dospel k záveru, že z návrhu na priznanie odkladného účinku správnej žalobe obsiahnutého v žalobe, vyššie uvedené skutočnosti nevyplývajú, a žalobca svoje tvrdenia nepreukázal žiadnym relevantným dôkazom. 10.Žalobca má povinnosť niektorý zo zákonných dôvodov uvedených pre priznanie odkladného účinku správnej žaloby nielen tvrdiť, ale tieto dôvody musí správnemu súdu aj preukázať. 11.Správny súd nepriznal žalobe odkladný účinok, nakoľko žalobca správnemu súdu nepreukázal žiaden dôvod, pre ktorý by mal priznať správnej žalobe odkladný účinok, a teda neosvedčil, že okamžitým výkonom napadnutého rozhodnutia mu hrozí závažná ujma, finančná škoda, resp. iný vážny nenapraviteľný následok v zmysle vyššie citovaného zákonného ustanovenia. Poučenie: P o u č e n i e : Proti tomuto uzneseniu n i e j e p r í p u s t n á kasačná sťažnosť.</w:t>
      </w:r>
    </w:p>
    <w:p/>
    <w:p>
      <w:r>
        <w:t>Zdroj: KAUZIS.SK – https://www.kauzis.sk/judikatura/r/ECLI:SK:KSBA:2018:1018200636.2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