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5S/103/2018 z 8. 10. 2018</w:t>
      </w:r>
    </w:p>
    <w:p>
      <w:r>
        <w:t>Uznesenie Krajského súdu Bratislava z 8. októbra 2018, sp. zn. 5S/103/2018, ECLI:SK:KSBA:2018:1018200933.2</w:t>
      </w:r>
    </w:p>
    <w:p>
      <w:r>
        <w:t>Súd: Krajský súd Bratislava</w:t>
      </w:r>
    </w:p>
    <w:p>
      <w:r>
        <w:t>Spisová značka: 5S/103/2018</w:t>
      </w:r>
    </w:p>
    <w:p>
      <w:r>
        <w:t>ECLI: ECLI:SK:KSBA:2018:1018200933.2</w:t>
      </w:r>
    </w:p>
    <w:p>
      <w:r>
        <w:t>Dátum vydania: 8. 10.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5S/103/2018 Identifikačné číslo súdneho spisu: 1018200933 Dátum vydania rozhodnutia: 09. 10. 2018 Meno a priezvisko sudcu, VSÚ: JUDr. Viera Šebestová ECLI: ECLI:SK:KSBA:2018:1018200933.2 Uznesenie Krajský súd v Bratislave v právnej veci žalobcu: Ľ. A., V. XXX, XXX XX V.M., proti žalovanému: Sociálna poisťovňa - ústredie, ul. 29. augusta 8 - 10, 813 63 Bratislava, správna žaloba vo veci vymáhania pohľadávky Sociálnej poisťovne č: XXXXXXXXXX, takto r o z h o d o l : Krajský súd v Bratislave konanie z a s t a v u j e . Žiaden z účastníkov nemá právo na náhradu trov konania. o d ô v o d n e n i e : 1/ Žalobca sa žalobou doručenou súdu dňa 15.06.2018 vo veci Sociálnej poisťovne Bratislava o začatí exekučného konania v sume XXX,XX eur, za činnosť ktorú údajne vykonával ako obchodný zástupca spoločnosti G. C. Q. za obdobie december 2016 až 12.05.2017. 2/ Podaním doručeným správnemu súdu dňa 28.09.2018 uviedol, že po porade s centrom právnej pomoci sa žalobca rozhodol odvolať právnu žalobu podľa sp. zn. 5S 103/2018 v plnom rozsahu. 3/ Podľa § 63 SSP, žalobca môže do vydania rozhodnutia správneho súdu vziať žalobu späť, a to sčasti alebo celkom. Ak je žaloba vzatá späť celkom, správny súd konanie zastaví. Ak je žaloba vzatá späť sčasti, správny súd konanie v tejto časti zastaví. O čiastočnom späťvzatí žaloby rozhodne správny súd v rozhodnutí vo veci samej. 4/ Podľa § 99 písm. a) SSP, správny súd konanie uznesením zastaví, ak žalobca vzal žalobu späť skôr, ako správny súd vo veci rozhodol. 5/ Nakoľko žalobca vzal späť žalobu pred rozhodnutím veci, správny súd v súlade s § 99 písm. a) SSP konanie zastavil. 6/ O náhrade trov konania správny súd rozhodol podľa § 170 písm. b) tak, že žiaden z účastníkov nemá právo na náhradu trov konania, nakoľko konanie bolo zastavené. 7/ Žalobca súdny poplatok neuhradil na účet správneho súdu. 8/ Toto rozhodnutie senát Krajského súdu v Bratislave prijal pomerom hlasov 3 : 0 (§ 139 ods. 4 SSP). Poučenie: Proti tomuto uzneseniu možno podať kasačnú sťažnosť v lehote jedného mesiaca od jeho doručenia, na Krajský súd v Bratislave. V kasačnej sťažnosti sa má popri všeobecných náležitostiach (§ 57 S.s.p.) uviesť označenie napadnutého rozhodnutia, údaj, kedy bolo napadnuté rozhodnutie doručené sťažovateľovi, opísanie rozhodujúcich skutočností, aby bolo zrejmé, v akom rozsahu a z akých dôvodov podľa § 440 S.s.p. sa podáva (sťažnostné body) a návrh výroku rozhodnutia (sťažnostný návrh). Sťažnostné body možno meniť len do uplynutia lehoty na podanie kasačnej sťažnosti. V konaní o kasačnej sťažnosti musí byť sťažovateľ alebo opomenutý sťažovateľ v zmysle § 449 ods. 1 S.s.p. zastúpený advokátom. Kasačná sťažnosť a iné podania sťažovateľa alebo opomenutého sťažovateľa musia byť spísané advokátom. Povinné zastúpenie advokátom v kasačnom konaní sa nevyžaduje, ak a) má sťažovateľ alebo opomenutý sťažovateľ, jeho zamestnanec alebo člen, ktorý za neho na kasačnom súde koná alebo ho zastupuje, vysokoškolské právnické vzdelanie druhého stupňa; b) ide o konania o správnej žalobe podľa § 6 ods. 2 písm. c) a d); c) je žalovaným Centrum právnej pomoci.</w:t>
      </w:r>
    </w:p>
    <w:p/>
    <w:p>
      <w:r>
        <w:t>Zdroj: KAUZIS.SK – https://www.kauzis.sk/judikatura/r/ECLI:SK:KSBA:2018:1018200933.2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