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5S/116/2018 z 4. 11. 2018</w:t>
      </w:r>
    </w:p>
    <w:p>
      <w:r>
        <w:t>Uznesenie Krajského súdu Bratislava z 4. novembra 2018, sp. zn. 5S/116/2018, ECLI:SK:KSBA:2018:1018201029.1</w:t>
      </w:r>
    </w:p>
    <w:p>
      <w:r>
        <w:t>Súd: Krajský súd Bratislava</w:t>
      </w:r>
    </w:p>
    <w:p>
      <w:r>
        <w:t>Spisová značka: 5S/116/2018</w:t>
      </w:r>
    </w:p>
    <w:p>
      <w:r>
        <w:t>ECLI: ECLI:SK:KSBA:2018:1018201029.1</w:t>
      </w:r>
    </w:p>
    <w:p>
      <w:r>
        <w:t>Dátum vydania: 4. 11.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5S/116/2018 Identifikačné číslo súdneho spisu: 1018201029 Dátum vydania rozhodnutia: 05. 11. 2018 Meno a priezvisko sudcu, VSÚ: JUDr. Dáša Filová ECLI: ECLI:SK:KSBA:2018:1018201029.1 Uznesenie Krajský súd v Bratislave v právnej veci žalobcu: A. E. Invest s. r. o., Lichnerova 40, 903 01 Senec, zastúpený: JUDr. Silvia Rolková LL.M., Ľudovíta Fullu č. 5, 903 01 Senec, proti žalovanému: Mestská časť Bratislava - Staré Mesto, Vajanského nábrežie č. 3, 81 421 Bratislava, o preskúmanie zákonnosti rozhodnutia žalovanej č. 6340001642, č. k. 2489/6755/2018/FIN/Bez zo dňa 07.02.2018 r o z h o d o l : Krajský súd v Bratislave konanie z a s t a v u j e . Žiaden z účastníkov nemá právo na náhradu trov konania. o d ô v o d n e n i e : 1/ Žalobca sa žalobou doručenou súdu dňa 16.07.2018 domáhal zrušenia rozhodnutia - oznámenia žalovaného zo dňa 15.05.2018, ktorým oznámil žalobcovi, že zamieta jeho odvolanie proti rozhodnutiu orgánu verejnej správy prvého stupňa, ktorým vyrubil žalobcovi rozdiel dane. 2/ Podaním doručeným tunajšiemu súdu dňa 25.10.2018 vzal žalobca žalobu v celom rozsahu prostredníctvom svojho právneho zástupcu späť. 3/ Podľa § 63 SSP,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4/ Podľa § 99 písm. a) SSP, správny súd konanie uznesením zastaví, ak žalobca vzal žalobu späť skôr, ako správny súd vo veci rozhodol. 5/ Nakoľko žalobca vzal späť žalobu pred rozhodnutím veci, správny súd v súlade s § 99 písm. a) SSP konanie zastavil. 6/ O náhrade trov konania správny súd rozhodol podľa § 170 písm. b) tak, že žiaden z účastníkov nemá právo na náhradu trov konania, nakoľko konanie bolo zastavené. 7/ Žalobca súdny poplatok neuhradil na účet správneho súdu. 8/ Toto rozhodnutie senát Krajského súdu v Bratislave prijal pomerom hlasov 3 : 0 (§ 139 ods. 4 SSP). Poučenie: Proti tomuto uzneseniu možno podať kasačnú sťažnosť v lehote jedného mesiaca od jeho doručenia, na Krajský súd v Bratislave. V kasačnej sťažnosti sa má popri všeobecných náležitostiach (§ 57 S.s.p.) uviesť označenie napadnutého rozhodnutia, údaj, kedy bolo napadnuté rozhodnutie doručené sťažovateľovi, opísanie rozhodujúcich skutočností, aby bolo zrejmé, v akom rozsahu a z akých dôvodov podľa § 440 S.s.p.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S.s.p.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https://www.kauzis.sk/judikatura/r/ECLI:SK:KSBA:2018:1018201029.1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