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6Sa/73/2018 z 18. 12. 2018</w:t>
      </w:r>
    </w:p>
    <w:p>
      <w:r>
        <w:t>Uznesenie Krajského súdu Bratislava z 18. decembra 2018, sp. zn. 6Sa/73/2018, ECLI:SK:KSBA:2018:1018201276.1</w:t>
      </w:r>
    </w:p>
    <w:p>
      <w:r>
        <w:t>Súd: Krajský súd Bratislava</w:t>
      </w:r>
    </w:p>
    <w:p>
      <w:r>
        <w:t>Spisová značka: 6Sa/73/2018</w:t>
      </w:r>
    </w:p>
    <w:p>
      <w:r>
        <w:t>ECLI: ECLI:SK:KSBA:2018:1018201276.1</w:t>
      </w:r>
    </w:p>
    <w:p>
      <w:r>
        <w:t>Dátum vydania: 18. 12.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6Sa/73/2018 Identifikačné číslo súdneho spisu: 1018201276 Dátum vydania rozhodnutia: 19. 12. 2018 Meno a priezvisko sudcu, VSÚ: JUDr. Ivana Neviďanská ECLI: ECLI:SK:KSBA:2018:1018201276.1 Uznesenie Krajský súd v Bratislave v právnej veci žalobcu: A. H., S. XXX, XX-XXX S., N. W., právne zastúpeného: JUDr. Ing. Zuzana Kvaková, advokátka so sídlom J.M.Geromettu 146/1, 010 01 Žilina, proti žalovanej: Sociálna poisťovňa, ústredie, Ul. 29. augusta 8 a 10, 813 63 Bratislava, za účasti: Complex HM, s.r.o., IČO: 45 517 991, so sídlom Dvory 581, 020 01 Púchov, o správnej žalobe v sociálnych veciach, takto r o z h o d o l : Krajský súd v Bratislave p o s t u p u j e vec Krajskému súdu v Trenčíne. o d ô v o d n e n i e : 1. Dňa 11.09.2018 bola Krajskému súdu v Bratislave (ďalej aj ako „krajský súd“ alebo ,,správny súd“) doručená správna žaloba v sociálnych veciach, ktorou sa žalobca domáhal preskúmania zákonnosti rozhodnutia žalovanej č. 10943-4/2018-BA zo dňa 03.07.2018. Napadnutým rozhodnutím žalovaná odvolanie žalobcu a zamestnávateľa Complex HM, s.r.o., IČO: 45 517 991, so sídlom Dvory 581, 020 01 Púchov podané proti rozhodnutiu Sociálnej poisťovne, pobočka Považská Bystrica č. 32467-1/2013-PB zo dňa 20.09.2013 vo veci vzniku sociálneho poistenia zamestnanca zamietla v celom rozsahu a potvrdila napadnuté rozhodnutie Sociálnej poisťovne, pobočka Považská Bystrica.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9 ods. 2 SSP, ak nemožno určiť príslušnosť podľa § 10 až 13, je na konanie príslušný Krajský súd v Bratislave. 6. Podľa § 10 SSP na konanie a rozhodovanie v správnom súdnictve sú vecne príslušné krajské súdy, ak tento zákon neustanovuje inak. 7. Podľa § 13 ods. 1 SSP miestne príslušným je krajský súd, v ktorého obvode má sídlo orgán verejnej správy, ktorý rozhodol v prvom stupni, ak tento zákon neustanovuje inak. 8. Podľa § 13 ods. 3 SSP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veta prvá SSP, ak správny súd zistí, že nie je vecne, miestne alebo kauzálne príslušný, postúpi vec uznesením príslušnému správnemu súdu. 10. Predmetom konania je preskúmanie rozhodnutia žalovanej č. 10943-4/2018-BA zo dňa 03.07.2018, potvrdzujúceho rozhodnutie Sociálnej poisťovne, pobočka Považská Bystrica č. 32467-1/2013-PB zo dňa 20.09.2013 (orgánu verejnej správy prvého stupňa) vo veci sociálneho poistenia. 11. Správny súd poukazuje na ustanovenie § 13 ods. 1 SSP, v zmysle ktorého miestne príslušným je krajský súd, v ktorého obvode má sídlo orgán verejnej správy, ktorý rozhodol v prvom stupni, ak SSP neustanovuje inak. V uvedenej veci je takýmto sídlom sídlo pobočky žalovanej v Považskej Bystrici. Podľa § 2 ods. 25 v spojení s § 3 ods. 3 písm. e/ zákona č. 371/2004 Z.z. o sídlach a obvodoch súdov Slovenskej republiky a o zmene zákona č. 99/1963 Zb. Občiansky súdny poriadok v znení neskorších predpisov je mesto Považská Bystrica sídlom Okresného súdu Považská Bystrica patriacim do územnej pôsobnosti Okresného súdu Považská Bystrica, ktorého obvod je súčasťou územného obvodu Krajského súdu v Trenčíne. 12. V danej veci podľa názoru tunajšieho súdu nie je možné postupovať podľa § 13 ods. 3 SSP ustanovujúceho miestnu príslušnosť súdu v sociálnych veciach osobitne tak, že na preskúmanie veci podľa § 6 ods. 2 písm. c/ je miestne príslušný krajský súd, v ktorého obvode má žalobca adresu trvalého pobytu alebo v ktorého obvode sa zdržuje, pretože žalobca na území Slovenskej republiky nemá trvalý pobyt a z obsahu spisu ani nevyplýva, že sa na jej území zdržuje. 13. Správny súd považuje za potrebné uviesť, že ustanovenie § 13 ods. 1 SSP nie je možné obísť ani v prípade, že žalobca nemá na území Slovenskej republiky adresu trvalého pobytu alebo sa tu nezdržuje, keďže § 13 ods. 1 SSP takúto podmienku neupravuje a zároveň v zmysle § 9 ods. 2 SSP je možné postupovať len vtedy, keď miestne príslušný súd nemožno určiť podľa § 10 až 13 SSP. 14. Krajský súd v Bratislave pokladá za nevyhnuté poukázať tiež na skutočnosť, že prejednanie veci Krajským súdom v Trenčíne je z územného hľadiska pre účastníkov konania výhodnejšie, pretože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15. Vyslovený právny názor je v súlade s konštantnou rozhodovacou praxou Najvyššieho súdu Slovenskej republiky (ďalej aj ako ,,NS SR“) v obsahovo totožných veciach, napr. konania vedené pod sp. zn. 8Nds/7/2018, 8Nds/4/2018, 7Nds/5/2018, 7Nds/11/2018, 7Nds/14/2018, 6Nds/4/2018, 6Nds/5/2018, 7Nds/4/2018, 4Nds/3/2018, 4Nds/8/2018, 9Nds/5/2018, 9Nds/11/2018. 16. Vzhľadom na vyššie uvedené správny súd postúpil vec podľa § 18 ods. 2 veta prvá SSP ako miestne príslušnému súdu Krajskému súdu v Trenčíne, ktorý žalobu prejedná a rozhodne. Poučenie: Proti tomuto uzneseniu kasačná sťažnosť nie je prípustná. (§ 439 ods. 2 písm. d/ SSP)</w:t>
      </w:r>
    </w:p>
    <w:p/>
    <w:p>
      <w:r>
        <w:t>Zdroj: KAUZIS.SK – https://www.kauzis.sk/judikatura/r/ECLI:SK:KSBA:2018:1018201276.1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