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6S/155/2018 z 7. 11. 2018</w:t>
      </w:r>
    </w:p>
    <w:p>
      <w:r>
        <w:t>Uznesenie Krajského súdu Bratislava z 7. novembra 2018, sp. zn. 6S/155/2018, ECLI:SK:KSBA:2018:1018201348.1</w:t>
      </w:r>
    </w:p>
    <w:p>
      <w:r>
        <w:t>Súd: Krajský súd Bratislava</w:t>
      </w:r>
    </w:p>
    <w:p>
      <w:r>
        <w:t>Spisová značka: 6S/155/2018</w:t>
      </w:r>
    </w:p>
    <w:p>
      <w:r>
        <w:t>ECLI: ECLI:SK:KSBA:2018:1018201348.1</w:t>
      </w:r>
    </w:p>
    <w:p>
      <w:r>
        <w:t>Dátum vydania: 7.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6S/155/2018 Identifikačné číslo súdneho spisu: 1018201348 Dátum vydania rozhodnutia: 08. 11. 2018 Meno a priezvisko sudcu, VSÚ: Mgr. Marián Degma ECLI: ECLI:SK:KSBA:2018:1018201348.1 Uznesenie Krajský súd v Bratislave v právnej veci žalobcu: O. Q., N. D. H. B. X/XXX, XXX XX A. I., zastúpený: Advokátska kancelária Prachová &amp; Partners, s.r.o., so sídlom Miletičova 21, Bratislava, proti žalovanému: Riaditeľstvo hraničnej a cudzineckej polície Bratislava, Úrad hraničnej a cudzineckej polície Prezídia Policajného zboru, Križná 44, 812 72 Bratislava, v konaní o preskúmanie zákonnosti rozhodnutia žalovaného č. PPZ-HCP-BA2-2018/030247-003 zo dňa 09.07.2018, takto r o z h o d o l : Krajský súd v Bratislave p o s t u p u j e vec Krajskému súdu v Trnave. o d ô v o d n e n i e : 1. Žalobou doručenou tunajšiemu správnemu súdu dňa 24.09.2018 sa žalobca domáhal preskúmania zákonnosti rozhodnutia žalovaného č. PPZ-HCP-BA2-2018/030247-003 zo dňa 09.07.2018, ktorým žalovaný potvrdil rozhodnutie Oddelenia cudzineckej polície PZ Dunajská Streda č. PPZ-HCP- BA8-1116-011/2018-Ž zo dňa 07.03.2018 o zamietnutí žiadosti o obnovenie prechodného pobytu na území Slovenskej republiky na účel podnikania. 2. Podľa § 10 Správneho súdneho poriadku (ďalej len SSP), na konanie a rozhodovanie v správnom súdnictve sú vecne príslušné krajské súdy, ak tento zákon neustanovuje inak. 3. Podľa § 13 ods. 1 SSP, miestne príslušným je krajský súd, v ktorého obvode má sídlo orgán verejnej správy, ktorý rozhodol v prvom stupni, ak tento zákon neustanovuje inak. 4. Podľa § 18 ods. 2 SSP, ak správny súd zistí, že nie je vecne, miestne alebo kauzálne príslušný, postúpi vec uznesením príslušnému správnemu súdu. Nižší správny súd je postúpením veci vyšším správnym súdom viazaný. 5. Podľa § 18 ods. 5 SSP, právne účinky spojené s podaním žaloby alebo iného podania zostávajú pri postúpení veci zachované. 6. Podľa § 97 SSP, ak tento zákon neustanovuje inak, správny súd kedykoľvek počas konania prihliada na to, či sú splnené podmienky, za ktorých môže správny súd konať a rozhodnúť (ďalej len "procesné podmienky"). 7. Príslušnosť je procesnou podmienkou konania správneho súdu. Na príslušnosť sa vzťahuje zásada “perpetuatio fori“, podľa ktorej sa skutkové okolnosti významné pre príslušnosť zisťujú z návrhu na začatie konania k momentu začatia konania a trvajú až do skončenia konania. 8. Krajský súd v Bratislave pred vecným vybavením žaloby, skúmal svoju vecnú a miestnu príslušnosť na konanie podľa § 10 a § 13 ods. 1 SSP (účinného od 01.07.2016) a zistil, že nie je miestne príslušný na konanie v predmetnej veci, ale miestne príslušným súdom je Krajský súd v Trnave. 9. Príslušnosť správneho súdu na konanie a rozhodovanie v správnom súdnictve je upravená v § 13 SSP, pričom z dikcie ustanovenia § 13 ods. 1 vyplýva, že miestne príslušným je krajský súd, v ktorého obvode má sídlo orgán verejnej správy, ktorý rozhodol v prvom stupni, ak tento zákon neustanovuje inak. Žalobca správnou žalobou napáda rozhodnutie Riaditeľstva hraničnej a cudzineckej polície Bratislava č. PPZ-HCP-BA2-2018/030247-003 zo dňa 09.07.2018, ktorý rozhodol o odvolaní podanom žalobcom proti rozhodnutiu Oddelenia cudzineckej polície PZ Dunajská Streda č. PPZ-HCP-BA8-1116-011/2018- Ž zo dňa 07.03.2018 tak, že rozhodnutie prvostupňového správneho orgánu potvrdil. Z uvedeného je zrejmé, že v prvom stupni rozhodovalo Oddelenie cudzineckej polície PZ Dunajská Streda, preto je podľa § 13 ods. 1 SSP miestne príslušným v tejto veci Krajský súd v Trnave. 10. V zmysle uvedeného Krajský súd v Bratislave nie je miestne príslušný pre toto konanie, preto podľa § 18 ods. 2 prvej vety SSP vec bude po právoplatnosti tohto uznesenia postúpená súdu vecne a miestne príslušnému na konanie, t.j. Krajskému súdu v Trnave. 11. Právne účinky spojené s podaním žaloby alebo iného podania zostávajú zachované (§ 18 ods. 5 SSP). Poučenie: Proti tomuto uzneseniu nie je prípustná kasačná sťažnosť (§ 439 ods. 2 písm. d) SSP).</w:t>
      </w:r>
    </w:p>
    <w:p/>
    <w:p>
      <w:r>
        <w:t>Zdroj: KAUZIS.SK – https://www.kauzis.sk/judikatura/r/ECLI:SK:KSBA:2018:1018201348.1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