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6Sa/79/2018 z 18. 11. 2018</w:t>
      </w:r>
    </w:p>
    <w:p>
      <w:r>
        <w:t>Uznesenie Krajského súdu Bratislava z 18. novembra 2018, sp. zn. 6Sa/79/2018, ECLI:SK:KSBA:2018:1018201448.1</w:t>
      </w:r>
    </w:p>
    <w:p>
      <w:r>
        <w:t>Súd: Krajský súd Bratislava</w:t>
      </w:r>
    </w:p>
    <w:p>
      <w:r>
        <w:t>Spisová značka: 6Sa/79/2018</w:t>
      </w:r>
    </w:p>
    <w:p>
      <w:r>
        <w:t>ECLI: ECLI:SK:KSBA:2018:1018201448.1</w:t>
      </w:r>
    </w:p>
    <w:p>
      <w:r>
        <w:t>Dátum vydania: 18.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6Sa/79/2018 Identifikačné číslo súdneho spisu: 1018201448 Dátum vydania rozhodnutia: 19. 11. 2018 Meno a priezvisko sudcu, VSÚ: JUDr. Marta Barková ECLI: ECLI:SK:KSBA:2018:1018201448.1 Uznesenie Krajský súd v Bratislave v právnej veci žalobcu: Š. R., O. X. V. XXX/XX, XXX XX P., zastúpený: Beňo &amp; partners advokátska kancelária s.r.o., so sídlom Námestie sv. Egídia 93, 058 01 Poprad, proti žalovanej: Sociálna poisťovňa, ústredie, so sídlom Ul. 29. augusta 8, Bratislava, o správnej žalobe v sociálnych veciach, o preskúmanie zákonnosti rozhodnutia žalovanej číslo 33523-9/2018-BA zo dňa 02.08.2018, takto r o z h o d o l : Krajský súd v Bratislave p o s t u p u j e vec miestne príslušnému Krajskému súdu v Prešove. o d ô v o d n e n i e : 1. Dňa 08.10.2018 bola konajúcemu Krajskému súdu v Bratislave doručená správna žaloba v sociálnych veciach, ktorou sa žalobca domáhal preskúmania zákonnosti rozhodnutia žalovanej číslo 33523-9/2018- BA zo dňa 02.08.2018 v spojení s rozhodnutím Sociálnej poisťovne, pobočka Bratislava, číslo 27898-42/2017-BAM zo dňa 23.11.2017. Napadnutým rozhodnutím žalovaná odvolanie žalobcu proti rozhodnutiu Sociálnej poisťovne, pobočka Bratislava, číslo 27898-42/2017-BAM zo dňa 23.11.2017, vo veci priznania nároku na náhradu za sťaženie spoločenského uplatnenia v sume 18.764,- Eur v dôsledku pracovného úrazu zo dňa 12.01.2015, zamietla v celom rozsahu a napadnuté rozhodnutie potvrdila. 2. Podľa § 6 ods. 1 zákona č. 162/2015 Z. 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žalobca má adresu trvalého pobytu V. XXX/XX, XXX XX P., ktorý sa nachádza v územnom obvode okresu Poprad. Vzhľadom k tomu, že na konanie o správnej žalobe v sociálnych veciach je podľa § 13 ods. 3 SSP miestne príslušný Krajský súd v Prešove, súd postúpil vec podľa § 18 ods. 2 SSP miestne príslušnému súdu, ktorý správnu žalobu v sociálnych veciach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https://www.kauzis.sk/judikatura/r/ECLI:SK:KSBA:2018:1018201448.1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