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6S/179/2018 z 12. 12. 2018</w:t>
      </w:r>
    </w:p>
    <w:p>
      <w:r>
        <w:t>Uznesenie Krajského súdu Bratislava z 12. decembra 2018, sp. zn. 6S/179/2018, ECLI:SK:KSBA:2018:1018201503.1</w:t>
      </w:r>
    </w:p>
    <w:p>
      <w:r>
        <w:t>Súd: Krajský súd Bratislava</w:t>
      </w:r>
    </w:p>
    <w:p>
      <w:r>
        <w:t>Spisová značka: 6S/179/2018</w:t>
      </w:r>
    </w:p>
    <w:p>
      <w:r>
        <w:t>ECLI: ECLI:SK:KSBA:2018:1018201503.1</w:t>
      </w:r>
    </w:p>
    <w:p>
      <w:r>
        <w:t>Dátum vydania: 12. 12. 2018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6S/179/2018 Identifikačné číslo súdneho spisu: 1018201503 Dátum vydania rozhodnutia: 13. 12. 2018 Meno a priezvisko sudcu, VSÚ: JUDr. Andrea Krišková ECLI: ECLI:SK:KSBA:2018:1018201503.1 Uznesenie Krajský súd v Bratislave, ako správny súd, v právnej veci žalobkýň: 1/ Q.. G. X., L.., bytom G.. F. XX, XXXX Y., C., 2/ M.. D. L., bytom N. XX, XXXX M., C., 3/ M.. D. L., bytom O. XX, XXXX B., C., všetky zastúpené advokátkou JUDr. Lenkou Senčákovou, so sídlom Európska trieda 9, 040 13 Košice, proti žalovanému: Ministerstvo dopravy a výstavby Slovenskej republiky, so sídlom Námestie slobody 6, 810 05 Bratislava, v konaní o preskúmanie zákonnosti rozhodnutia žalovaného č. 20214/2018/SV/52515 zo dňa 16.08.2018, takto r o z h o d o l : Krajský súd v Bratislave p o s t u p u j e vec Krajskému súdu v Žiline. o d ô v o d n e n i e : 1. Žalobkyne sa žalobou zo dňa 19.10.2018, doručenou Krajskému súdu v Bratislave dňa 19.10.2018, domáhajú preskúmania a zrušenia rozhodnutia žalovaného č. 20214/2018/SV/52515 zo dňa 16.08.2018, ktorým zmenil rozhodnutie Okresného úradu Žilina, odbor výstavby a bytovej politiky č. OU-ZA-OVBP2-2018/003010/Kod zo dňa 28.03.2018 tak, že protestu prokurátora Okresnej prokuratúry Žilina č. Pd 215/17/5511-5 zo dňa 28.11.2017 vyhovel a protestom prokurátora napadnuté procesné rozhodnutie stavebného úradu mesta Žilina č.s. 9333/2017-39961/2017-OSP-VL zo dňa 28.08.2017 zrušil. 2. Podľa § 6 ods. 1 zákona č. 162/2015 Z.z. Správny súdny poriadok (ďalej len „SSP“), správne súdy v správnom súdnictve preskúmavajú na základe žalôb zákonnosť rozhodnutí orgánov verejnej správy, opatrení orgánov verejnej správy a iných zásahov orgánov verejnej správy, poskytujú ochranu pred nečinnosťou orgánov verejnej správy a rozhodujú v ďalších veciach ustanovených týmto zákonom. 3. Podľa § 6 ods. 2 písm. a) SSP, správne súdy rozhodujú v konaniach o správnych žalobách. 4. Podľa 9 ods. 1 SSP, konanie sa uskutočňuje na tom správnom súde, ktorý je vecne, miestne a kauzálne príslušný. Príslušnosť sa určuje podľa okolností existujúcich v čase začatia konania a trvá až do jeho skončenia. 5. Podľa § 10 SSP, na konanie a rozhodovanie v správnom súdnictve sú vecne príslušné krajské súdy, ak tento zákon neustanovuje inak. 6. Podľa § 13 ods. 1 SSP, miestne príslušným je krajský súd, v ktorého obvode má sídlo orgán verejnej správy, ktorý rozhodol v prvom stupni, ak tento zákon neustanovuje inak. 7. Podľa § 18 ods. 2 SSP, ak správny súd zistí, že nie je vecne, miestne alebo kauzálne príslušný, postúpi vec uznesením príslušnému správnemu súdu. Nižší správny súd je postúpením veci vyšším správnym súdom viazaný. 8. Podľa § 18 ods. 5 SSP, právne účinky spojené s podaním žaloby alebo iného podania zostávajú pri postúpení veci zachované. 9. Podľa § 97 SSP, ak tento zákon neustanovuje inak, správny súd kedykoľvek počas konania prihliada na to, či sú splnené podmienky, za ktorých môže správny súd konať a rozhodnúť (ďalej len "procesné podmienky"). 10. Príslušnosť je procesnou podmienkou konania správneho súdu. Na príslušnosť sa vzťahuje zásada “perpetuatio fori“, podľa ktorej sa skutkové okolnosti významné pre príslušnosť zisťujú z návrhu na začatie konania k momentu začatia konania a trvajú až do skončenia konania. 11. Krajský súd v Bratislave pred vecným vybavením žaloby, skúmal svoju vecnú a miestnu príslušnosť na konanie podľa § 10 a § 13 ods. 1 SSP (účinného od 01.07.2016) a zistil, že nie je miestne príslušný na konanie v predmetnej veci a vec postúpil na ďalšie konanie miestne príslušnému súdu, Krajskému súdu v Žiline. 12. Príslušnosť správneho súdu na konanie a rozhodovanie v správnom súdnictve je upravená v § 13 SSP, pričom z dikcie ustanovenia § 13 ods. 1 vyplýva, že miestne príslušným je krajský súd, v ktorého obvode má sídlo orgán verejnej správy, ktorý rozhodol v prvom stupni, ak tento zákon neustanovuje inak. Žalobkyne správnou žalobou napádajú rozhodnutie Ministerstva dopravy a výstavby Slovenskej republiky č. 20214/2018/SV/52515 zo dňa 16.08.2018, ktorým zmenil rozhodnutie Okresného úradu Žilina, odbor výstavby a bytovej politiky č. OU-ZA-OVBP2-2018/003010/Kod zo dňa 28.03.2018 tak, že protestu prokurátora vyhovel a protestom napadnuté rozhodnutie stavebného úradu mesta Žilina zrušil. Z uvedeného je zrejmé, že v prvom stupni rozhodoval stavebný úrad so sídlom v Žiline, preto je podľa § 13 ods. 1 SSP miestne príslušným v tejto veci Krajský súd v Žiline. 13. V zmysle uvedeného Krajský súd v Bratislave nie je miestne príslušný pre toto konanie, preto podľa § 18 ods. 2 prvej vety SSP vec bude po právoplatnosti tohto uznesenia postúpená súdu vecne a miestne príslušnému na konanie, t.j. Krajskému súdu v Žiline. 14. Právne účinky spojené s podaním žaloby alebo iného podania zostávajú zachované (§ 18 ods. 5 SSP). Poučenie: Proti tomuto uzneseniu kasačná sťažnosť nie je prípustná (§ 439 ods. 2 písm. d) SSP).</w:t>
      </w:r>
    </w:p>
    <w:p/>
    <w:p>
      <w:r>
        <w:t>Zdroj: KAUZIS.SK – https://www.kauzis.sk/judikatura/r/ECLI:SK:KSBA:2018:1018201503.1 (dáta aktuálne k 2.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