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7Sa/102/2018 z 12. 11. 2018</w:t>
      </w:r>
    </w:p>
    <w:p>
      <w:r>
        <w:t>Uznesenie Krajského súdu Bratislava z 12. novembra 2018, sp. zn. 7Sa/102/2018, ECLI:SK:KSBA:2018:1018201576.1</w:t>
      </w:r>
    </w:p>
    <w:p>
      <w:r>
        <w:t>Súd: Krajský súd Bratislava</w:t>
      </w:r>
    </w:p>
    <w:p>
      <w:r>
        <w:t>Spisová značka: 7Sa/102/2018</w:t>
      </w:r>
    </w:p>
    <w:p>
      <w:r>
        <w:t>ECLI: ECLI:SK:KSBA:2018:1018201576.1</w:t>
      </w:r>
    </w:p>
    <w:p>
      <w:r>
        <w:t>Dátum vydania: 12. 11. 2018</w:t>
      </w:r>
    </w:p>
    <w:p>
      <w:r>
        <w:t>Forma: Uznesenie</w:t>
      </w:r>
    </w:p>
    <w:p>
      <w:pPr>
        <w:pStyle w:val="Heading2"/>
      </w:pPr>
      <w:r>
        <w:t>Text rozhodnutia</w:t>
      </w:r>
    </w:p>
    <w:p>
      <w:r>
        <w:t>Súd: Krajský súd Bratislava Spisová značka: 7Sa/102/2018 Identifikačné číslo súdneho spisu: 1018201576 Dátum vydania rozhodnutia: 13. 11. 2018 Meno a priezvisko sudcu, VSÚ: JUDr. Beata Jurgošová ECLI: ECLI:SK:KSBA:2018:1018201576.1 Uznesenie Krajský súd v Bratislave v právnej veci žalobcu: Š. N., R. P. XX, XXX XX R., zast. URBAN FALATH GAŠPEREC BOŠANSKÝ, s.r.o., advokátska kancelária, so sídlom Havlíčkova 16, 811 04 Bratislava, IČO: 47 244 895 proti žalovanému: Sociálna poisťovňa ústredie, Ul. 29. augusta 8-10, Bratislava, o preskúmanie rozhodnutia žalovaného č.: XXX XXX XXXX X zo dňa 24.09.2018, takto r o z h o d o l : Krajský súd v Bratislave p o s t u p u j e vec miestne príslušnému Krajskému súdu v Košiciach. o d ô v o d n e n i e : Dňa 12.11.2018 bola konajúcemu Krajskému súdu v Bratislave ako správnemu súdu (ďalej len správny súd) doručená správna žaloba žalobcu na preskúmanie rozhodnutia žalovaného č.: XXX XXX XXXX X zo dňa 24.09.2018. Z obsahu spisu vyplýva, že žalobca má trvalé bydlisko na adrese R. P. XX, XXX XX R..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R. P. XX, R., nie je daná miestna príslušnosť Krajského súdu v Bratislave a správny súd rozhodol, že na konanie o tejto žalobe je miestne príslušný Krajský súd v Košiciach. Po právoplatnosti uznesenia bude spis zaslaný miestne príslušnému Krajskému súdu v Košiciach na ďalšie konanie. Poučenie: Proti tomuto uzneseniu kasačná sťažnosť nie je prípustná. (§ 439 ods.2 písm. a) SSP)</w:t>
      </w:r>
    </w:p>
    <w:p/>
    <w:p>
      <w:r>
        <w:t>Zdroj: KAUZIS.SK – https://www.kauzis.sk/judikatura/r/ECLI:SK:KSBA:2018:1018201576.1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