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8Sa/106/2018 z 29. 11. 2018</w:t>
      </w:r>
    </w:p>
    <w:p>
      <w:r>
        <w:t>Rozsudok Krajského súdu Bratislava z 29. novembra 2018, sp. zn. 8Sa/106/2018, ECLI:SK:KSBA:2018:1018201651.1</w:t>
      </w:r>
    </w:p>
    <w:p>
      <w:r>
        <w:t>Súd: Krajský súd Bratislava</w:t>
      </w:r>
    </w:p>
    <w:p>
      <w:r>
        <w:t>Spisová značka: 8Sa/106/2018</w:t>
      </w:r>
    </w:p>
    <w:p>
      <w:r>
        <w:t>ECLI: ECLI:SK:KSBA:2018:1018201651.1</w:t>
      </w:r>
    </w:p>
    <w:p>
      <w:r>
        <w:t>Dátum vydania: 29. 11. 2018</w:t>
      </w:r>
    </w:p>
    <w:p>
      <w:r>
        <w:t>Forma: Rozsudok</w:t>
      </w:r>
    </w:p>
    <w:p>
      <w:r>
        <w:t>Oblasť práva: Správne právo</w:t>
      </w:r>
    </w:p>
    <w:p>
      <w:pPr>
        <w:pStyle w:val="Heading2"/>
      </w:pPr>
      <w:r>
        <w:t>Text rozhodnutia</w:t>
      </w:r>
    </w:p>
    <w:p>
      <w:r>
        <w:t>Súd: Krajský súd Bratislava Spisová značka: 8Sa/106/2018 Identifikačné číslo súdneho spisu: 1018201651 Dátum vydania rozhodnutia: 30. 11. 2018 Meno a priezvisko sudcu, VSÚ: JUDr. Blanka Malichová ECLI: ECLI:SK:KSBA:2018:1018201651.1 ROZSUDOK V MENE SLOVENSKEJ REPUBLIKY Krajský súd v Bratislave v konaní pred sudkyňou JUDr. Blankou Malichovou, v právnej veci žalobcu: C. L., nar. XX.XX.XXXX, štátny príslušník B. islamskej republiky, bytom D. F., provincia W. D. Q., B. islamská republika,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Útvar policajného zaistenie pre cudzincov Medveďov, o správnej žalobe žalobcu vo veci predĺženia zaistenia zo dňa 16.11.2018, podanej proti rozhodnutiu žalovaného č. PPZ-HCP- ME-130-017/2018-U zo dňa 04.10.2018, takto r o z h o d o l : Žalobu z a m i e t a. Žalobcovi právo na náhradu trov konania n e p r i z n á v a. o d ô v o d n e n i e : 1. Včas podanou žalobou zo dňa 16.11.2018, procesne podriadenou ust. § 226 ods. 1, S.s.p., doručenou dňa 22.11.2018 (§ 71 ods. 2 S.s.p.) Krajskému súdu v Bratislave, ako súdu vecne a miestne príslušnému na konanie, sa postupom podľa ust. § 221 ods. 1, zák. č. 162/2015 Z.z. Správny súdny poriadok (ďalej len „S.s.p.“) žalobca domáhal zrušenia napadnutého rozhodnutia. Právne svoje dôvody založil na porušení, ust. § 88 ods. 4, zákona č. 404/2011 Z.z. o pobyte cudzincov (ďalej len „ZoPC“) a článku 5 ods. 1 pís. f/ Dohovoru o ochrane ľudských práv a slobôd. Vecnú stránku nachádzal v riadnom neodôvodnení účelnosti a efektívnosti predĺženej doby zaistenia konkrétnymi skutkovými okolnosťami z pohľadu reálnej vyhostiteľnosti žalobcu a žalovanému vytkol, že z jeho rozhodnutia nevyplýva, kedy by mu zastupiteľský úrad Pakistanskej islamskej republiky mohol cestovný pas vydať a že by k jeho vydaniu mohlo dôjsť v najbližšom čase, neuviedol od čoho závisí reálny predpoklad jeho vydania, ale len konštatoval, že takýto predpoklad existuje a podotkol, že v rozhodnutí malo byť prinajmenšom uvedené, že doklad bude vydaný v dohľadnej dobe. Na doplnenie citoval z rozsudku NS SR sp.zn. 1Sža 55/2011, podľa ktorého „logickým predpokladom zaistenia cudzinca je, že jeho účel bude môcť byť naplnený. Preto je potrebné pri rozhodovaní o zaistení cudzinca zvážiť, či je výkon správneho vyhostenia aspoň potenciálne možný.“ Do pozornosti dal nález Ústavného súdu SR č.k. II.ÚS 264/09-81 zo dňa 09.10.2010 a poukázal na to, že žalovaný je okrem uvedených námietok povinný odôvodniť tiež dĺžku doby zaistenia a takéto pochybenie je podstatnou vadou ovplyvňujúcou zákonnosť rozhodnutia, pričom poukázal na rozsudok Mestského súdu v Prahe sp.zn. 7AA/50/2011 zo dňa 14.03.2011 rozsudky NS SR sp.zn. 10Sza/4/2012 a sp.zn. 1Sza/4/2015. Skonštatoval, že zaistený je od 06.04.2018 a do dnešného dňa nie je jasné, či mu v dohľadnej dobe bude najmä vzhľadom na prieťahy zo strany zastupiteľského úradu cestovný pas vydaný a vzhľadom na uvedené ako aj maximálnu dobu zaistenia stanovenú zákonom, nemožno dospieť k záveru, že akékoľvek jeho ďalšie zaistenie je efektívne, keďže problémy s vydaním náhradného cestovného dokladu môžu aj napriek snahe ÚPZC Medveďov trvať dlhší čas a nemožno vylúčiť, že budú trvať dlhšie ako je zákonom určená maximálna možná dĺžka doby zaistenia. Podotkol, že zjavná nemožnosť jeho administratívneho vyhostenia znamená, že neexistuje účel zaistenia a poukázal na nezákonnosť a nepreskúmateľnosť napadnutého rozhodnutia vyplývajúcu z nesprávne právne posúdeného skutkového stavu veci ako aj zo strohého a skutkovo nepodloženého blanketným spôsobom vyhotoveného rozhodnutia. 2. Žalovaný vo vyjadrení zo dňa 21.11.2018 vzniesol námietku oneskoreného podania správnej žaloby na základe čoho žiadal, aby Krajský súd v Bratislave správnu žalobu odmietol. 3. Žalobca k vyjadreniu žalovaného vyjadrenie nepodal. 4. Krajský súd v Bratislave (ďalej len „súd“) ako vecne a miestne príslušný (§ 10 a § 13 ods. 3 S.s.p.) preskúmal vec postupom podľa druhého dielu štvrtej hlavy S.s.p. v rozsahu a medziach dôvodov podanej žaloby, a riadiac sa ust. prvej vety § 228 S.s.p., do sedem dní nariadil vo veci pojednávanie, na ktorom po preskúmaní napadnutého rozhodnutia a postupu žalovaného v rozsahu náležitostí a dôvodov podanej žaloby (ust. § 226 S.s.p.) dospel k záveru že správna žaloba nie je dôvodná a preto ju zamietol (ust. § 229 S.s.p.). 5. Podľa § 206 ods. 2, S.s.p. žalobca môže byť okrem advokáta zastúpený aj mimovládnou organizáciou uvedenou v § 50 ods.2. 6. Podľa § 206 ods. 3 S.s.p. správny súd posudzuje správnu žalobu neformálne a nie je pri svojom rozhodovaní viazaný žalobnými bodmi. 7. Podľa § 206 ods. 4 S.s.p. pre správny súd je rozhodujúci stav veci v čase vyhlásenia alebo v čase vydania jeho rozhodnutia. 8. Podľa § 206 ods. 5 S.s.p. správny súd môže zrušiť napadnuté rozhodnutie orgánu verejnej správy alebo opatrenie orgánu verejnej správy aj vtedy, ak dospel k záveru, že od jeho vydania sa podstatne zmenili okolnosti veci. 9. Podľa § 206 ods. 6 S.s.p. ak nie je v tejto hlave ustanovené inak, použijú sa na konanie o správnej žalobe vo veciach azylu, zaistenia a administratívneho vyhostenia ustanovenia o konaní o všeobecnej správnej žalobe. 10.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11. Podľa § 221 ods. 2 S.s.p. žalobca sa môže správnou žalobou domáhať prepustenia zo zaistenia vykonaného podľa osobitného predpisu. 12. Podľa § 225 ods. 1 S.s.p. správna žaloba podľa § 221 ods. 1 musí byť podaná v lehote siedmich dní od doručenia rozhodnutia o zaistení, rozhodnutia o predĺžení zaistenia alebo rozhodnutia o predĺžení lehoty zaistenia. 13. Podľa § 227 S.s.p. ods. 1 žalovaný je povinný predložiť správnu žalobu do piatich pracovných dni od jej podania správnemu súdu spolu so svojím vyjadrením k nej a s administratívnym spisom. 14. Podľa § 229 S.s.p. ak správny súd po preskúmaní zistí, že správna žaloba nie je dôvodná, rozsudkom ju zamietne. 15. Napadnutým rozhodnutím zo dňa 04.10.2018, č. PPZ-HCP-ME-130-017/2018-U, právne odôvodneným ust. § 88 ods. 4, § 89 ods. 1 pís. a/ a b/, § 90 písm. d/ zákona o pobyte cudzincov a článku 5 ods. 1 písm. f/ Dohovoru o ochrane ľudských práv a slobôd, žalovaný skutkovo svoje rozhodnutie odôvodnil vydaním rozhodnutia o zaistení č. PPZ-HCP-BB5-17-012/2018-AV zo dňa 06.04.2018 Oddelením cudzineckej polície PZ Banská Bystrica, na základe ktorého bol žalobca od toho istého dňa zaistený a umiestnený do ÚPZC Medveďov. Rozhodnutie bolo vydané na základe predchádzajúceho rozhodnutia PZ Banská Bystrica, č. PPZ-HCP-BB5-17-011/2018-AV o administratívnom vyhostení, z dôvodu neoprávneného pobytu žalobcu na území SR, pričom v tomto rozhodnutí mu nebola určená lehota na vycestovanie. Dňa 12.04.2018 žalobca požiadal o udelenie azylu na území SR na základe čoho bol dňa 12.06.2018 rozhodnutím o zaistení č. PPZ-HCP-ME-96-005/2018-AV zaistený a umiestnený v ÚPZC Medveďov ako žiadateľ o udelenie azylu s určením lehoty zaistenia do 12.09.2018. Žiadosť žalobcu o udelenie azylu na území SR bola rozhodnutím zo dňa 06.06.2018 zamietnutá ako zjavne neopodstatnená a dňa 09.07.2018 bolo konanie o udelenie azylu právoplatne ukončené. Dňa 17.08.2018 bol žalobca podľa ust. § 88 ods. 1 písm. b/, rozhodnutím č. PPZ-HCP-ME-130-005/2018-U zaistený z dôvodu reálneho predpokladu vydania náhradného cestovného dokladu. 16. Ku konštatovaniu žalovaného, že žalobca nepodal žalobu v zákonnej lehote určenej ust. § 225 ods. 1 S.s.p., súd odkazuje na ust. § 71 ods. 2 S.s.p.,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04.10.2018, Centrum právnej pomoci, Kanceláriu Bratislava požiadal o poskytnutie právnej pomoci dňa 05.10.2018, rozhodnutie o priznaní nároku na poskytnutie právnej pomoci nadobudlo právoplatnosť dňa 12.11.2018 a správna žaloba bola doručená žalovanému dňa 19.11.2018, tzn. včas. 17.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M., v ktorých sa venoval vzťahu medzi zaistením a jeho účelom. 18.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tvrdenia zaisteného alebo aspoň s takou mierou pravdepodobnosti, ktorá nevyvoláva zásadné pochybnosti o správnosti úsudku správneho orgánu. 19.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potrebných náležitostí potrebných na riadne dodržanie postupu, ktoré upravujú medzinárodné dohody, ktorými sú dotknuté krajiny signatármi. 20. Pri preskúmavaní zákonnosti rozhodnutia je pre súd rozhodujúci skutkový stav, ktorý tu bol v čase vydania napadnutého rozhodnutia a podstatným pre posúdenie veci, či boli dané dôvody zaistenia, vrátane jeho dĺžky. Z obsahu administratívneho spisu i z napadnutého rozhodnutia žalovaného je preukázané, že žalovaný postupoval v súlade s ust. § 2 ods. 1 písm. f/ a § 88 ods. 1 písm. b/ ZoPC, vzhľadom na skutočnosť, že žalobca má byť na základe jeho rozhodnutia z územia Slovenskej republiky vyhostený. Vyhostenie by sa v tomto prípade nemohlo realizovať bez zaistenia žalobcu z dôvodu, že cieľovou krajinou žalobcu nie je Slovenská republika a jeho útek z krajiny pôvodu nasvedčuje tomu, že bez kontroly a dispozície s cestovným dokladom, prechádzal hraničné priechody EÚ bez jeho legalizácie v ďalších krajinách EÚ. Žalovaný v rozhodnutí argumentoval minimálnou šancou na vykonanie opatrení a účelom zabezpečenia dodržiavania všeobecne záväzných právnych predpisov platných na území členských štátov schengenského priestoru, bez zaistenia žalobcu. Ak teda žalobca vo svojej žalobnej argumentácii namietol neúčelnosť a neefektívnosť predĺženej doby zaistenia konkrétnymi skutkovými okolnosťami z pohľadu jeho reálnej vyhostiteľnosti, uviedol že z rozhodnutia žalovaného nevyplýva lehota vydania náhradného cestovného pasu (ďalej len „NCP“) ani že by k jeho vydaniu mohlo dôjsť v najbližšom čase, ani od čoho závisí reálny predpoklad jeho vydania, len takýto predpoklad konštatoval, súd poukazuje na výpoveď zástupcu správneho orgánu na pojednávaní súdu, z ktorej vyplýva, že listom zo dňa 28.11.2011 bola Zastupiteľským úradom Pakistanskej islamskej republiky vo Viedni potvrdená identita žalobcu, pod menom C., je pre neho pripravený náhradný cestovný doklad. Z uvedeného tak vyplýva, že konštatovanie žalovaného o reálnom predpoklade vydania NCD v lehote pokrývajúcej dobu predĺženia zaistenia žalobcu od 04.10.2018 do 04.04.2019 bolo potvrdené a jeho žalobné námietky o neúčelnosti naplnenia predĺženej doby zaistenia a zjavnej nemožnosti jeho vyhostenia zostali v rovine jeho úvah. 21.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korešpondujú plne s obsahom administratívneho spisu a súd konštatuje, že preskúmavané rozhodnutie žalovaného ako aj konanie, ktoré mu predchádzalo je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22. O trovách konania žalobcu rozhodol v zmysle ust. § 167 S.s.p. s poukazom na výsledok konania, keď žalobca úspech v konaní nemal ani čiastočný. 23.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https://www.kauzis.sk/judikatura/r/ECLI:SK:KSBA:2018:1018201651.1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