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4Sa/98/2018 z 20. 12. 2018</w:t>
      </w:r>
    </w:p>
    <w:p>
      <w:r>
        <w:t>Rozsudok Krajského súdu Bratislava z 20. decembra 2018, sp. zn. 4Sa/98/2018, ECLI:SK:KSBA:2018:1018201775.1</w:t>
      </w:r>
    </w:p>
    <w:p>
      <w:r>
        <w:t>Súd: Krajský súd Bratislava</w:t>
      </w:r>
    </w:p>
    <w:p>
      <w:r>
        <w:t>Spisová značka: 4Sa/98/2018</w:t>
      </w:r>
    </w:p>
    <w:p>
      <w:r>
        <w:t>ECLI: ECLI:SK:KSBA:2018:1018201775.1</w:t>
      </w:r>
    </w:p>
    <w:p>
      <w:r>
        <w:t>Dátum vydania: 20. 12. 2018</w:t>
      </w:r>
    </w:p>
    <w:p>
      <w:r>
        <w:t>Forma: Rozsudok</w:t>
      </w:r>
    </w:p>
    <w:p>
      <w:r>
        <w:t>Oblasť práva: Správne právo</w:t>
      </w:r>
    </w:p>
    <w:p>
      <w:pPr>
        <w:pStyle w:val="Heading2"/>
      </w:pPr>
      <w:r>
        <w:t>Text rozhodnutia</w:t>
      </w:r>
    </w:p>
    <w:p>
      <w:r>
        <w:t>Súd: Krajský súd Bratislava Spisová značka: 4Sa/98/2018 Identifikačné číslo súdneho spisu: 1018201775 Dátum vydania rozhodnutia: 21. 12. 2018 Meno a priezvisko sudcu, VSÚ: JUDr. Blanka Malichová ECLI: ECLI:SK:KSBA:2018:1018201775.1 ROZSUDOK V MENE SLOVENSKEJ REPUBLIKY Krajský súd v Bratislave v konaní pred sudkyňou JUDr. Blankou Malichovou, v právnej veci žalobcu: Q. B., nar. XX.XX.XXXX, štátny príslušník Indickej republiky,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Regrútska 4, 812 72 Bratislava o správnej žalobe žalobcu zo dňa 05.12.2018, vo veci predĺženia lehoty zaistenia, podanej proti rozhodnutiu žalovaného č. PPZ-HCP-BA6-123-036/2018-AV zo dňa 24.10.2018, takto r o z h o d o l : Žalobu z a m i e t a. Žalobcovi právo na náhradu trov konania n e p r i z n á v a. o d ô v o d n e n i e : 1. Včas podanou žalobou zo dňa 05.12.2018, procesne podriadenou ust. § 226 ods. 1, S.s.p., doručenou dňa 12.12.2018 (§ 71 ods. 2 S.s.p.) Krajskému súdu v Bratislave, ako súdu vecne a miestne príslušnému na konanie, sa postupom podľa ust. § 221 ods. 1, zák. č. 162/2015 Z.z. Správny súdny poriadok (ďalej len „S.s.p.“) žalobca domáhal zrušenia napadnutého rozhodnutia a bezodkladného prepustenia zo zaistenia. Právne svoje dôvody založil na porušení ust. § 88 ods. 1 pís. b/ a ods. 4 zák. č. 404/2011 Z.z. o pobyte cudzincov (ďalej len „ZoPC“) a článku 5 ods. 1 pís. f/ Dohovoru o ochrane ľudských práv a slobôd. Vecnú stránku nachádzal v riadnom neodôvodnení účelnosti a efektívnosti predĺženej doby zaistenia konkrétnymi skutkovými okolnosťami z pohľadu jeho reálnej vyhostiteľnosti a žalovanému vytkol, že z jeho rozhodnutia nevyplýva, kedy by mu zastupiteľský úrad mohol cestovný pas vydať a že by k jeho vydaniu mohlo dôjsť v najbližšom čase, neuviedol od čoho závisí reálny predpoklad jeho vydania, ale len konštatoval, že takýto predpoklad existuje a podotkol, že v rozhodnutí malo byť prinajmenšom uvedené, že doklad bude vydaný v dohľadnej dobe a nepriblížil ani situáciu jeho nespolupráce, ktorú mu žalovaný vytýkal. Na doplnenie citoval z rozsudku NS SR sp.zn. 1Sža 55/2011, podľa ktorého „logickým predpokladom zaistenia cudzinca je, že jeho účel bude môcť byť naplnený. Preto je potrebné pri rozhodovaní o zaistení cudzinca zvážiť, či je výkon správneho vyhostenia aspoň potenciálne možný.“ Do pozornosti dal nález Ústavného súdu SR č.k. II. ÚS 264/09-81 zo dňa 09.10.2010 a poukázal na to, že žalovaný je okrem uvedených námietok povinný odôvodniť tiež dĺžku doby zaistenia a takéto pochybenie je podstatnou vadou ovplyvňujúcou zákonnosť rozhodnutia, pričom poukázal na rozsudok Mestského súdu v Prahe sp.zn. 7AA/50/2011 zo dňa 14.03.2011 a rozsudky NS SR sp.zn. 10Sza/4/2012 a sp.zn. 10Szak/19/2017. Skonštatoval, že žalovaný predlžuje dobu zaistenia len mechanicky a na maximálnu možnú dĺžku doby zaistenia a aj to len na základe tvrdenia že žalobca nespolupracuje, bez toho aby v súčasnosti mal vedomosť, kedy a či vôbec bude náhradný cestovný doklad vydaný. Žalovanému vytkol, že v podstate je zaistený od 24.04.2018 a do dnešného dňa nie je jasné, či mu v dohľadnej dobe bude najmä vzhľadom na prieťahy zo strany zastupiteľského úradu cestovný pas vydaný a vzhľadom na uvedené ako aj maximálnu dobu zaistenia stanovenú zákonom, nemožno dospieť k záveru, že akékoľvek jeho ďalšie zaistenie je efektívne, keďže problémy s vydaním náhradného cestovného dokladu môžu aj napriek snahe ÚPZC Medveďov trvať dlhší čas a nemožno vylúčiť, že budú trvať dlhšie ako je zákonom určená maximálna možná dĺžka doby zaistenia. 2. Žalovaný vo vyjadrení zo dňa 12.12.2018 vyslovil predpoklad, že samotný výkon vyhostenia žalobcu bude zrealizovaný. Žalobca predlžuje dobu zaistenia svojou nespoluprácou a opakovanými žiadosťami o udelenie azylu. Predĺžená doba zaistenia do 24.10.2019 bola stanovená na čas nevyhnutne potrebný a teda nejde o konkrétny, ale hraničný dátum doby zaistenia. Napadnuté rozhodnutie považuje za vecne správne a riadne odôvodnené v každej jeho časti. 3. Žalobca k vyjadreniu žalovaného vyjadrenie nepodal. 4. Krajský súd v Bratislave (ďalej len „súd“) ako vecne a miestne príslušný (§ 10 a § 13 ods. 3 S.s.p.) preskúmal vec postupom podľa prvého dielu štvrtej hlavy S.s.p. podľa ust. § 107 v spojení s ust. § 206 ods. 6 S.s.p., bez nariadenia ústneho pojednávania. Po preskúmaní administratívneho spisu, napadnutého rozhodnutia a postupu žalovaného v rozsahu a medziach dôvodov podanej žaloby dospel k záveru, že správna žaloba nie je dôvodná a je potrebné ju zamietnuť (ust. § 219 S.s.p.). 5. Podľa § 206 ods. 2, S.s.p. žalobca môže byť okrem advokáta zastúpený aj mimovládnou organizáciou uvedenou v § 50 ods.2. 6. Podľa § 206 ods. 3 S.s.p. správny súd posudzuje správnu žalobu neformálne a nie je pri svojom rozhodovaní viazaný žalobnými bodmi. 7. Podľa § 206 ods. 4 S.s.p. pre správny súd je rozhodujúci stav veci v čase vyhlásenia alebo v čase vydania jeho rozhodnutia. 8. Podľa § 206 ods. 5 S.s.p. správny súd môže zrušiť napadnuté rozhodnutie orgánu verejnej správy alebo opatrenie orgánu verejnej správy aj vtedy, ak dospel k záveru, že od jeho vydania sa podstatne zmenili okolnosti veci. 9. Podľa § 206 ods. 6 S.s.p. ak nie je v tejto hlave ustanovené inak, použijú sa na konanie o správnej žalobe vo veciach azylu, zaistenia a administratívneho vyhostenia ustanovenia o konaní o všeobecnej správnej žalobe. 10.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11. Podľa § 221 ods. 2 S.s.p.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227 S.s.p. ods. 1 žalovaný je povinný predložiť správnu žalobu do piatich pracovných dni od jej podania správnemu súdu spolu so svojím vyjadrením k nej a s administratívnym spisom. 14. Podľa § 229 S.s.p. ak správny súd po preskúmaní zistí, že správna žaloba nie je dôvodná, rozsudkom ju zamietne. 15. Napadnutým rozhodnutím zo dňa 24.10.2018, č. PPZ-HCP-BA6-123-036/2018-AV, právne odôvodneným ust. § 88 ods. 1 pís. b/ a ods. 4, § 89 ods. 1 písm. a/ a b/, § 90 ods. 1 písm. d/ zákona o pobyte cudzincov a článku 5 ods. 1 písm. f/ Dohovoru o ochrane ľudských práv a slobôd, žalovaný skutkovo svoje rozhodnutie odôvodnil prevzatím žalobcu zo spoločného kontaktného pracoviska Jarovce - Kittsee od štátnych orgánov Rakúskej republiky v rámci Dublinského dohovoru. Uviedol, že žalobca bol žiadateľom o udelenie azylu na území Slovenskej republiky, pričom jeho žiadosť bola zamietnutá rozhodnutím právoplatným dňa 08.11.2016. Žalobca bol po prevzatí kontrolovaný podľa § 75 ods. 2 písm. b/ zákona o pobyte cudzincov, pričom nevedel hodnoverne preukázať oprávnenosť pobytu na území Slovenskej republiky a preto bol podľa ust. § 19 ods. 1 ZOPC predvedený na správny orgán. Dňa 24.04.2018 bolo podľa § 82 ods. 1 písm. b/ ZOPC vydané rozhodnutie o administratívnom vyhostení č. PPZ-HCP-BA6-123-008/2018-AV, ktoré nadobudlo právoplatnosť dňa 09.05.2018, z dôvodu neoprávneného pobytu žalobcu na území Slovenskej republiky, bez určenia lehoty na vycestovanie. Žalobca dňa 18.06.2018 požiadal o udelenie azylu na území SR a dňa 17.08.2018 bol rozhodnutím č. PPZ-HCP-ME-131-005/2018-U podľa § 82 ods. 1 písm. c/ zákona o pobyte cudzincov zaistený ako žiadateľ o udelenie azylu, pričom Migračný úrad rozhodnutím č. MU-PO-157-11/2018-Ž zo dňa 20.09.2018, právoplatným dňa 26.09.2018, zamietol jeho žiadosť o udelenie azylu ako neprípustnú a z uvedeného dôvodu bol žalobca pre zánik účelu zaistenia, dňa 18.10.2018 zo zaistenia prepustený. Na základe potreby opätovného konania vo veci zaistenia bol žalobca dňa 18.10.2018 v čase o 18.05 hod. podľa § 79 ods. 1 ZOPC predvedený na Útvar policajného zaistenia pre cudzincov Medveďov a správny orgán toho istého dňa vydal podľa ust. § 88 ods. 1 písm. b/ ZoPC rozhodnutie o zaistení žalobcu pod č. PPZ-HCP-BA6-123-032/2018-AV za účelom výkonu administratívneho vyhostenia a žalobcu umiestnil do ÚPZC Medveďov. Dňa 18.10.2018, počas konania o zaistení bol žalobca správnym orgánom v zmysle ust. § 3 odsek 2 správneho poriadku vyzvaný, aby sa vyjadril v zápisnici o vyjadrení účastníka č. PPZ-HCP-BA6-123-029/2018-AV, v ktorej uviedol, že nedisponuje žiadnymi finančnými prostriedkami a nemá zabezpečené žiadne ubytovanie. V zápisnici mu pred vydaním rozhodnutia o zaistení bola daná možnosť podľa § 120 ods. 7 ZOPC aby sa vyjadril k jeho podkladom, k spôsobu ich zistenia, prípadne aby navrhol ich doplnenie čo nevyužil. Správny orgán počas celej doby zaistenia žalobcu skúmal či trvajú dôvody zaistenia. Dňa 22.10.2018 bola správnemu orgánu z ÚPZC Medveďov doručená žiadosť o predĺženie lehoty zaistenia zaprotokolovaná pod č. PPZ-HCP-BA6-123-034/2018- AV, v ktorej sú uvedené všetky úkony, ktoré boli so žalobcom vykonané a ktorej súčasťou je aj úradný záznam spracovaný ÚPZC Medveďov o tom, že odmieta pri potrebných úkonoch spoluprácu. Z uvedených dôvodov ako i z dôvodu toho, že žalobca nerešpektuje medzinárodné právne predpisy a zmluvy ktoré upravujú pohyb štátnych príslušníkov tretej krajiny, čoho dôkazom je jeho doterajšie konanie ako i reálneho predpokladu, že cestovný doklad pre zabezpečenie realizácie vyhostenia bude vydaný, rozhodol žalovaný o predĺžení lehoty zaistenia. Uviedol aj to, že nemôže postupovať podľa § 89 ods. 1 písm. a/ a b/ zákona o pobyte cudzincov, nakoľko žalobca nedisponuje žiadnymi finančnými prostriedkami a ani ubytovaním na území SR. Dodal, že jeho prostriedky určené na dodržiavanie podmienok pobytu cudzincov sú vymedzené tak, aby nedošlo k neprimeranému zásahu do ich základných ľudských práv a slobôd. V prípade ak by nepostupoval tak ako je uvedené vo výrokovej časti tohto rozhodnutia, žalobca by mal možnosť zdržiavať sa na neznámom mieste a tým by on mal minimálnu šancu na vykonanie opatrení za účelom zabezpečenia dodržiavania všeobecne záväzných právnych predpisov platných na území členských štátov schengenského priestoru a žalobca by mal možnosť ďalej páchať protispoločenskú činnosť, ktorou je zdržiavanie sa na území členských štátov bez potrebného oprávnenia a vyslovil, že záujem spoločnosti je potrebné jednoznačne uprednostňovať pred záujmom jednotlivca. Podľa § 88 ods. 4 ZOPC stanovuje správny orgán dĺžku doby zaistenia na čas nevyhnutne potrebný, najviac do dňa 24.10.2019, ktorá je nevyhnutná na vykonanie všetkých dostupných úkonov smerujúcich k vyhosteniu žalobcu z územia Slovenskej republiky. Presnú dobu zaistenia nie je možné predbežne určiť, pretože závisí od množstva podstatných faktorov, medzi ktoré patrí komunikácia štátnych orgánov Slovenskej republiky so štátnymi orgánmi Indickej republiky, prípadne nepredvídateľné zhoršenie zdravotného stavu žalobcu, vybavovanie prostriedkov na zabezpečenie jeho prevozu na územie Indickej republiky, komunikácia so žalobcom, jeho spolupráca ako aj vybavenie všetkých ostatných náležitostí potrebných na riadne dodržanie postupov, ktoré upravujú medzinárodné dohody, ktorými sú obe menované krajiny signatármi. Správny orgán k lehote zaistenia uviedol, že ide o hraničnú dĺžku, stanovenú zákonom o pobyte cudzincov. 16. Podľa § 88 ods. 1 písm. a/, b/, c/ zákona o pobyte cudzincov, policajt je oprávnený zaistiť štátneho príslušníka tretej krajiny v konaní o administratívnom vyhostení s cieľom zabezpečiť jeho vycestovanie do krajiny podľa § 77 ods. 1, ak 1. existuje riziko jeho úteku, alebo 2. štátny príslušník tretej krajiny sa vyhýba alebo bráni procesu prípravy výkonu jeho administratívneho vyhostenia, na účel výkonu administratívneho vyhostenia alebo výkonu trestu vyhostenia, na účel zabezpečenia prípravy alebo výkonu jeho prevozu podľa osobitného predpisu, 85) ak existuje značné riziko jeho úteku, alebopb) na účel výkonu administratívneho vyhostenia alebo výkonu trestu vyhostenia, 17.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18.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19.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20.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ktoré upravujú medzinárodné dohody, ktorými sú dotknuté krajiny signatármi. 21. Pri preskúmavaní zákonnosti rozhodnutia je pre súd rozhodujúci skutkový stav, ktorý tu bol v čase vydania napadnutého rozhodnutia a podstatným pre posúdenie veci, či boli dané dôvody zaistenia, vrátane jeho dĺžky. Z obsahu administratívneho spisu i z napadnutého rozhodnutia žalovaného je preukázané, že žalovaný postupoval v súlade s ust. § 2 ods. 1 písm. f/ a § 88 ods. 1 písm. b/ ZoPC, vzhľadom na skutočnosť, že žalobca má byť na základe jeho rozhodnutia z územia Slovenskej republiky vyhostený. Vyhostenie by sa v tomto prípade nemohlo realizovať bez zaistenia žalobcu z dôvodu, že cieľovou krajinou žalobcu nie je Slovenská republika a jeho útek z krajiny pôvodu nasvedčuje tomu, že bez kontroly a dispozície s cestovným dokladom, prechádzal hraničné priechody EÚ bez jeho legalizácie v ďalších krajinách EÚ. Žalovaný v rozhodnutí argumentoval minimálnou šancou na vykonanie opatrení a účelom zabezpečenia dodržiavania všeobecne záväzných právnych predpisov platných na území členských štátov schengenského priestoru, bez zaistenia žalobcu. 22. Vzhľadom na žalobný petit žalobcu, ktorým žiadal zrušenie napadnutého rozhodnutia a jeho okamžité prepustenie zo zaistenia, konajúci súd rozhodol na základe súčasného skutkového stavu, keď MV SR, Prezídium PZ, Úrad hraničnej a cudzineckej polície Bratislava, Oddelenie cudzineckej polície PZ Bratislava, doručilo ÚPZC Medveďov stanovisko zo dňa 18.12.2018, v ktorom oznamuje, že zaistenie žalobcu už nie je účelné a navrhlo žalobcu podľa ust. § 90 ods. 2 pís. b/ bod 1 ZoPC zo zaistenia prepustiť a umiestniť do Záchytného tábora v Humennom. Žalobca bol na základe príkazu zo dňa 18.12.2018 č. PPZ-HCP-BA6-123-042/2018-AV, na prepustenie štátneho príslušníka tretej krajiny z Útvaru policajného zaistenia pre cudzincov Medveďov zo zaistenia prepustený a dňa 20.12.2018 o 18.50 hod. bol ako žiadateľ o azyl na území SR umiestnený do Záchytného tábora v Humennom, čo vyplýva z dokladu na prepravu žiadateľa o udelenie azylu zo dňa 20.12.2018. Zaistenie v ÚPZC Medveďov bolo ukončené, predmet sporu tak odpadol, čo z procesného hľadiska vyústilo do nerealizovateľnosti petitu žaloby v obidvoch jej bodoch. 23.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podľa ktorých rozhodoval. Na základe týchto zistení, ako aj aktuálneho skutkového stavu veci, súd podľa § 229 S.s.p. žalobu ako nedôvodnú zamietol. 24. O trovách konania žalobcu rozhodol v zmysle ust. § 167 S.s.p. s poukazom na výsledok konania, keď žalobca úspech v konaní nemal ani čiastočný. 25.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https://www.kauzis.sk/judikatura/r/ECLI:SK:KSBA:2018:1018201775.1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