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2Z38CB/487/1995 z 27. 8. 2018</w:t>
      </w:r>
    </w:p>
    <w:p>
      <w:r>
        <w:t>Uznesenie Krajského súdu Bratislava z 27. augusta 2018, sp. zn. 2Z38CB/487/1995, ECLI:SK:KSBA:2018:1095899167.21</w:t>
      </w:r>
    </w:p>
    <w:p>
      <w:r>
        <w:t>Súd: Krajský súd Bratislava</w:t>
      </w:r>
    </w:p>
    <w:p>
      <w:r>
        <w:t>Spisová značka: 2Z38CB/487/1995</w:t>
      </w:r>
    </w:p>
    <w:p>
      <w:r>
        <w:t>ECLI: ECLI:SK:KSBA:2018:1095899167.21</w:t>
      </w:r>
    </w:p>
    <w:p>
      <w:r>
        <w:t>Dátum vydania: 27.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2Z38CB/487/1995 Identifikačné číslo súdneho spisu: 1095899167 Dátum vydania rozhodnutia: 28. 08. 2018 Meno a priezvisko sudcu, VSÚ: Mgr. Dáša Štefániková ECLI: ECLI:SK:KSBA:2018:1095899167.21 Uznesenie Krajský súd v Bratislave, v právnej veci žalobcu: P. C., B.. XX.X.XXXX, Z.. XX.XX.XXXX, B. X. XXX XX C. Č.. XXX, zast. JUDr. Bohuslavom Majchrákom, advokátom, so sídlom Nová Bystrica 850, 023 05 Nová Bystrica, proti žalovanému: G. W., B.. XX.XX.XXXX, X. J. G. XX, XXX XX X., zast. JUDr. Igorom Gažíkom, advokátom, so sídlom Bojnická cesta 7, 971 01 Prievidza, o zaplatenie 18.800,17 Eur s príslušenstvom, o náhrade trov konania o sťažnosti, takto r o z h o d o l : Žalobca je p o v i n n ý zaplatiť žalovanému náhradu trov konania o sťažnosti v sume 185,98 eur k rukám právneho zástupcu žalovaného, a to všetko do 3 dní od právoplatnosti rozhodnutia. o d ô v o d n e n i e : 1. Vyšší súdny úradník uznesením č.k. Z-2-38Cb/487/1995-698 zo dňa 14.12.2016 rozhodol, že žalovaný je povinný nahradiť žalobcovi trovy konania v celkovej výške 1.148,88 eur a žalobcovi nepriznal náhradu trov odvolacieho konania. Proti uvedenému rozhodnutiu podal v zákonom stanovenej lehote žalovaný sťažnosť. 2. Krajský súd v Bratislave uznesením č. k. Z-2-38Cb/487/1995-725 zo dňa 06.03.2017 zmenil uznesenie vyššieho súdneho úradníka tak, že žalovaný je povinný zaplatiť žalobcovi trovy konania vo výške 1.122,19 eur na účet právneho zástupcu žalovaného, a to do troch dní od právoplatnosti uznesenia. Zároveň určil, že žalovaný má nárok na náhradu trov konania o sťažnosti v plnom rozsahu. 3. Podľa § 255 CSP, súd prizná strane náhradu trov konania podľa pomeru úspechu vo veci. 4. Podľa § 262 ods. 2 CSP, o výške náhrady trov konania rozhodne súd prvej inštancie po právoplatnosti rozhodnutia, ktorým sa konanie končí, samostatným uznesením, ktoré vydá súdny úradník. 5. Podľa § 263 ods. 1 CSP, ak bola v konaní úspešná strana zastúpená advokátom, súd uvedie v uznesení o výške náhrady trov konania ako prijímateľa náhrady trov konania advokáta. 6. Trovy konania žalovaného o sťažnosti predstavujú: - sťažnosť zo dňa 05.01.2017 proti uzneseniu č.k. Z-2-38Cb/487/1995-698 zo dňa 14.12.2016 v zmysle § 10 ods. 1 v spojení s § 16 ods. 3 a § 13a ods. 2 písm. b) vyhl. 655/2004 Z.z. (základná sadzba tarifnej odmeny za jeden úkon právnej služby z tarifnej hodnoty 18.800,17 eur je 353,40 eur, pričom polovica z tejto sadzby je 176,77 eur + režijný paušál za rok 2018 vo výške 9,21 eur) v celkovej výške 185,98 eur 7. Podľa § 13a ods. 5 vyhl. 655/2004 Z.z. za úkony právnej služby, ktoré nie sú uvedené v ods. 1 a 2, patrí odmena ako za úkony, ktoré sú im svojou povahou a účelom najbližšie. 8. Podľa § 13a ods. 2 písm. b) vyhl. 655/2004 Z.z. odmena vo výške jednej polovice základnej sadzby tarifnej odmeny patrí za odvolanie proti rozhodnutiu, ak nejde o rozhodnutie vo veci samej, a vyjadrenie k takému odvolaniu. 9. Nakoľko vyhl. 655/2004 Z.z. neupravuje právny úkon náhrady trov konania vo veci sťažnosti, vyšší súdny úradník rozhodol o sťažnosti ako o právnom úkone v zmysle § 13a ods. 2 písm. b), nakoľko mu je svojou povahou a účelom najbližšie. 10. Nakoľko má žalovaný v zmysle rozhodnutia tunajšieho súdu č.k. Z-2-38Cb/487/1995-725 zo dňa 06.03.2017 nárok na náhradu trov konania o sťažnosti v plnom rozsahu, vyšší súdny úradník zaviazal žalobcu na nahradenie týchto trov, a to k rukám jeho právneho zástupcu. 11. Na základe týchto skutočností a citovaných zákonných ustanovení vyšší súdny úradník rozhodol tak, ako je uvedené vo výroku tohto uznesenia, žalobcu zaviazal na náhradu účelne vynaložených trov konania žalovaného o sťažnosti. Poučenie: Proti tomuto uzneseniu nie je prípustné odvolanie ani dovolanie.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</w:t>
      </w:r>
    </w:p>
    <w:p/>
    <w:p>
      <w:r>
        <w:t>Zdroj: KAUZIS.SK – https://www.kauzis.sk/judikatura/r/ECLI:SK:KSBA:2018:1095899167.21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