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3Cob/295/2016 z 30. 7. 2018</w:t>
      </w:r>
    </w:p>
    <w:p>
      <w:r>
        <w:t>Opravné uznesenie Krajského súdu Bratislava z 30. júla 2018, sp. zn. 3Cob/295/2016, ECLI:SK:KSBA:2018:1108242848.4</w:t>
      </w:r>
    </w:p>
    <w:p>
      <w:r>
        <w:t>Súd: Krajský súd Bratislava</w:t>
      </w:r>
    </w:p>
    <w:p>
      <w:r>
        <w:t>Spisová značka: 3Cob/295/2016</w:t>
      </w:r>
    </w:p>
    <w:p>
      <w:r>
        <w:t>ECLI: ECLI:SK:KSBA:2018:1108242848.4</w:t>
      </w:r>
    </w:p>
    <w:p>
      <w:r>
        <w:t>Dátum vydania: 30. 7. 2018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3Cob/295/2016 Identifikačné číslo súdneho spisu: 1108242848 Dátum vydania rozhodnutia: 31. 07. 2018 Meno a priezvisko sudcu, VSÚ: JUDr. Elena Ondrišová ECLI: ECLI:SK:KSBA:2018:1108242848.4 Opravné uznesenie Krajský súd v Bratislave v senáte zloženom z predsedníčky senátu JUDr. Eleny Ondrišovej a sudcov Mgr. Štefana Zelenáka a JUDr Ivony Hrčekovej v právnej veci žalobcu Antares Slovakia s.r.o., Hurbanova 42, Trenčín, IČO: 36 334 944, práv. zast. Mgr. Karolom Vlasákom, advokátom, Jilemnického 2, Trenčín, proti žalovanému KOOPERATIVA poisťovňa, a.s. Vienna Insurance Group, Štefanovičova 4, Bratislava, IČO: 00 585 441 o zaplatenie 43.223,28 EUR s príslušenstvom a o odvolaní žalovaného proti rozsudku Okresného súdu Bratislava I v Bratislave č.k. 33Cb/364/2008-452 zo dňa 26.5.2016, jednohlasne takto r o z h o d o l : Odvolací súd rozsudok Krajského súdu v Bratislave č.k. 3Cob/295/2016-483 zo dňa 26.4.2017 o p r a v u j e v jeho záhlaví v označení sporu tak, že správne má znieť: o zaplatenie 43.223,28 EUR s príslušenstvom. o d ô v o d n e n i e : 1. Vo výroku uvedeným rozsudkom odvolací súd potvrdil rozsudok súdu prvej inštancie. 2. V záhlaví uvedených rozsudkov odvolací súd i súd prvej inštancie nedopatrením opomenul uviesť správne označenie prejednávaného sporu, nakoľko žalobca v priebehu konania zmenil žalobný petit. Proti rozsudku odvolacieho súdu podal žalovaný dovolanie a dovolací súd vrátil spis súdu prvej inštancie i odvolaciemu súdu na vykonanie nápravy vydaním opravných uznesení. Sud prvej inštancie vykonal opravu uznesením zo dňa 22.5.2018, ktoré nadobudlo právoplatnosť dňa 12.6.2018. 3. Podľa § 224 C.s.p. súd kedykoľvek aj bez návrhu opraví v rozsudku chyby v písaní a počítaní, ako aj iné zrejmé nesprávnosti. 4. Odvolací súd na základe uvedeného vykonal opravu svojho odvolacieho rozhodnutia tak, ako je uvedené vo výroku tohoto uznesenia. Poučenie: Proti tomuto uzneseniu dovolanie nie je prípustné.</w:t>
      </w:r>
    </w:p>
    <w:p/>
    <w:p>
      <w:r>
        <w:t>Zdroj: KAUZIS.SK – https://www.kauzis.sk/judikatura/r/ECLI:SK:KSBA:2018:1108242848.4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