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2Co/684/2014 z 30. 10. 2018</w:t>
      </w:r>
    </w:p>
    <w:p>
      <w:r>
        <w:t>Rozsudok Krajského súdu Bratislava z 30. októbra 2018, sp. zn. 2Co/684/2014, ECLI:SK:KSBA:2018:1109209916.3</w:t>
      </w:r>
    </w:p>
    <w:p>
      <w:r>
        <w:t>Súd: Krajský súd Bratislava</w:t>
      </w:r>
    </w:p>
    <w:p>
      <w:r>
        <w:t>Spisová značka: 2Co/684/2014</w:t>
      </w:r>
    </w:p>
    <w:p>
      <w:r>
        <w:t>ECLI: ECLI:SK:KSBA:2018:1109209916.3</w:t>
      </w:r>
    </w:p>
    <w:p>
      <w:r>
        <w:t>Dátum vydania: 30. 10. 2018</w:t>
      </w:r>
    </w:p>
    <w:p>
      <w:r>
        <w:t>Forma: Rozsudok</w:t>
      </w:r>
    </w:p>
    <w:p>
      <w:r>
        <w:t>Oblasť práva: Občianske právo</w:t>
      </w:r>
    </w:p>
    <w:p>
      <w:pPr>
        <w:pStyle w:val="Heading2"/>
      </w:pPr>
      <w:r>
        <w:t>Text rozhodnutia</w:t>
      </w:r>
    </w:p>
    <w:p>
      <w:r>
        <w:t>Súd: Krajský súd Bratislava Spisová značka: 2Co/684/2014 Identifikačné číslo súdneho spisu: 1109209916 Dátum vydania rozhodnutia: 31. 10. 2018 Meno a priezvisko sudcu, VSÚ: JUDr. Mária Hajdínová ECLI: ECLI:SK:KSBA:2018:1109209916.3 ROZSUDOK V MENE SLOVENSKEJ REPUBLIKY Krajský súd v Bratislave v senáte zloženom z predsedníčky senátu JUDr. Márie Hajdínovej a členov senátu JUDr. Silvie Walterovej a JUDr. Evy Mészárosovej v právnej veci žalobcu: E. S. , narodený dňa XX.XX.XXXX, trvale bytom P., M. č. XXX, zastúpený JUDr. Evou Borovskou, advokátkou, Bratislava, Štefánikova č. 7, proti žalovanému: KOOPERATIVA poisťovňa, a.s. Vienna Insurance Group, IČO: 00 585 441, Bratislava, Štefanovičova č. 4, o zaplatenie sumy 33.665,86 € s príslušenstvom, na odvolanie žalobcu a žalovaného proti rozsudku Okresného súdu Bratislava I. zo dňa 21. júla 2014, č.k. 16 C 97/2009-519, takto r o z h o d o l : I. Rozsudok Okresného súdu Bratislava I. zo dňa 21. júla 2014, č.k. 16 C 97/2009-519, - vo výroku, ktorým uložil žalovanému povinnosť zaplatiť žalobcovi sumu 10.718,38 € m e n í tak, že žalovaný je p o v i n n ý zaplatiť žalobcovi sumu 7.130,05 € do troch dní od právoplatnosti rozsudku; - vo výroku, ktorým žalovanému uložil povinnosť zaplatiť žalobcovi úroky z omeškania vo výške 8,75 % zo sumy 3.588,33 € od 20.4.2013 do zaplatenia m e n í tak, že žalobu z a m i e t a a vo zvyšku priznaných úrokov z omeškania napadnutý rozsudok súdu prvej inštancie p o t v r d z u j e ; - vo výroku, ktorým si súd vymienil, že o trovách konania rozhodne do 30 dní po právoplatnosti rozhodnutia m e n í tak, že žalovanému p r i z n á v a náhradu trov prvoinštančného konania v rozsahu 36,32 %. II. Žalovanému p r i z n á v a náhradu trov odvolacieho konania v rozsahu 57,64 %. o d ô v o d n e n i e : 1. Okresný súd Bratislava I. rozsudkom zo dňa 21.7.2014, č.k. 16 C 97/2009-519, uložil žalovanému povinnosť zaplatiť žalobcovi sumu 10.718,38 € spolu s úrokom z omeškania vo výške 9,5 % ročne zo sumy 1.856,67 € odo dňa 20.5.2009 do zaplatenia, vo výške 9 % zo sumy 348,53 € odo dňa 22.4.2010 do zaplatenia, vo výške 9 % zo sumy 111,87 € odo dňa 4.6.2010 do zaplatenia, vo výške 9 % zo sumy 107,60 € odo dňa 5.4.2011 do 2.6.2011, vo výške 8,75 % zo sumy 4.466,32 € odo dňa 20.4.2013 do zaplatenia, vo výške 8,25 % zo sumy 450,55 € odo dňa 10.3.2014 do zaplatenia, všetko do troch dní odo dňa právoplatnosti rozsudku; vo zvyšku žalobu zamietol; o trovách konania rozhodol tak, že o nich rozhodne do 30 dní po právoplatnosti rozhodnutia vo veci samej. Vychádzal zo žaloby doručenej súdu dňa XX.X.XXXX, ktorou sa žalobca domáhal od žalovaného zaplatenia sumy 4.336,49 € s príslušenstvom titulom náhrady škody. Žalobca žalobu dôvodil tým, že pri dopravnej nehode, ku ktorej došlo dňa XX.X.XXXX v T. vo M., ako spolujazdec v osobnom motorovom vozidle zn. R. M., EČ BY-XXX AE, utrpel ťažké poškodenia zdravia. Následkom úrazu, ktorý utrpel, bol práceneschopný až do dňa 7.9.2002 a od 8.9.2002 mu bol rozhodnutím Sociálnej poisťovne priznaný invalidný dôchodok. Na uvedené motorové vozidlo bolo uzatvorené povinné zmluvné poistenie u žalovaného na rok 2002 pod číslom poistnej zmluvy XXXXXXXXXX, poistná udalosť zo dňa XX.X.XXXX bola u žalovaného registrovaná pod číslom XXXXXXXXXX. Žiadal od žalovaného titulom kompenzácie zvýšených výdavkov súvisiacich s hygienou, opotrebovaním šatstva, bielizne, obuvi a bytového zariadenia sumu vo výške 16,60 € (500,- Sk) mesačne za obdobie od 1.9.2007 do 28.2.2009, spolu sumu 298,80 € (18 x 16,60 €). Titulom kompenzácie zvýšených výdavkov súvisiacich so zabezpečením prevádzky osobného motorového vozidla si uplatnil sumu 29,87 € (900,- Sk) mesačne za obdobie od 1.9.2007 do 28.2.2009, t.j. sumu 537,66 € (18 x 29,87 €) a z titulu rozdielu medzi nadobúdacou cenou zakúpeného motorového vozidla 465.000,- Sk a poskytnutím peňažného príspevku vo výške 200.000,- Sk, sumu 8.796,39 € (265.000,- Sk). Titulom vyplateného obcou stanoveného poplatku za opatrovateľskú službu a náhradu nákladov liečenia, ktoré mu vznikli uhradením liekov spolu v sume 1.342,42 € (40.441,70 Sk). Od sumy 10.975,27 € odpočítal sumu 6.638,78 € (200.000,- Sk), ktorú mu žalovaný poskytol ako zálohu. Pred začatím konania vo veci samej podaním doručeným súdu dňa 13.4.2010 rozšíril žalobu o zaplatenie sumy 697,05 € titulom nároku na náhradu zvýšených výdavkov súvisiacich s hygienou, opotrebovaním šatstva, bielizne, obuvi a bytového zariadenia za obdobie od 1.3.2009 do 31.5.2010 (15 mesiacov) a 16,60 €/mesiac, t.j. sumu 249,- €, a o náhradu zvýšených výdavkov súvisiacich so zabezpečením prevádzky osobného motorového vozidla za obdobie od 1.3.2009 do 31.5.2010 (15 mesiacov) a 29,87 €, t.j. sumu 448,05 €; zároveň zmenil petit žaloby aj v časti príslušenstva. Uznesením zo dňa 15.4.2010, č.k. 16 C 97/2009-103, bola požadovaná zmena petitu podľa § 95 ods. 1 O.s.p. súdom prvej inštancie pripustená. Podaním doručeným súdu dňa 3.6.2010 žalobca rozšíril petit žaloby o zaplatenie sumy 223,74 € s príslušenstvom titulom náhrady nákladov liečenia, ktoré mu vznikli v roku 2009, a ktoré predstavujú poplatky za nákup liekov v sume 95,60 €, ortopedickej obuvi v sume 23,41 € a úhradu za opatrovateľskú službu v sume 104,73 €; uznesením zo dňa 14.6.2010, č.k. 16 C 97/2009-123, prvoinštančný súd túto zmenu žaloby podľa § 95 ods. 1 O.s.p. pripustil. Ďalším podaním doručeným súdu dňa 25.3.2011 žalobca rozšíril žalobu o zaplatenie sumy 215,19 € s príslušenstvom titulom náhrady nákladov na kúpu liekov a opatrovateľskej služby, uznesením zo dňa 28.3.2011, č.k. 16 C 97/2009-157, bola požadovaná zmena žaloby súdom prvej inštancie pripustená. Po začatí konania vo veci samej podaním doručeným súdu dňa 27.3.2012 vzal žalobca žalobu v časti o zaplatenie sumy 107,60 € späť z dôvodu, že žalovaný mu dňa 2.6.2011 túto sumu uhradil a zároveň zmenil petit žaloby tak, aby súd uložil žalovanému povinnosť zaplatiť mu sumu 5.629,15 € spolu s uplatneným príslušenstvom, ktoré rozšíril o úrok z omeškania vo výške 9 % ročne zo sumy 107,59 € od 15.4.2011 do 2.6.2011, zo sumy 107,59 € od 15.4.2011 do zaplatenia, zo sumy 264,28 € od 23.3.2012 do zaplatenia. Súd prvej inštancie uznesením zo dňa 18.4.2012, č.k. 16 C 97/2009-182, konanie v časti o zaplatenie sumy 107,60 € zastavil a žalobcom požadovanú zmenu petitu pripustil. Podaním doručeným súdu dňa 11.4.2013 žalobca rozšíril petit žaloby o sumu 27.135,62 € (597,39 € + 1.075,35 € + 83,23 € + 25.379,65 €) a žiadal, aby súd uložil žalovanému povinnosť zaplatiť mu sumu 32.764,77 € s uplatneným príslušenstvom z dôvodu, že si voči žalovanému uplatnil nárok i za ďalšie obdobie od 1.6.2010 do 31.3.2013 titulom: náhrady zvýšených výdavkov súvisiacich s hygienou, opotrebovaním šatstva, bielizne, obuvi a bytového zariadenia v sume 597,39 € [od 1.6.2010 do 30.6.2010 sumu 17,10 €, od 1.7.2010 do 30.6.2011 (12 mesiacov) a 17,20 € mesačne, t.j. sumu 206,40 €, od 1.7.2011 do 30.6.2012 (12 mesiacov) a 17,62 € mesačne, t.j. sumu 211,44 €, od 1.7.2012 do 31.3.2013 (9 mesiacov) a 18,05 € mesačne, t.j. sumu 162,45 €]; náhrady zvýšených výdavkov súvisiacich so zabezpečením prevádzky osobného motorového vozidla v sume 1.075,35 € [od 1.6.2010 do 30.6.2010 sumu 30,93 €, od 1.7.2010 do 30.6.2011 (12 mesiacov) a 30,96 € mesačne, t.j. sumu 371,52 €, od 1.7.2011 do 30.6.2012 (12 mesiacov) a 31,70 € mesačne, t.j. sumu 380,40 €, od 1.7.2012 do 31.3.2013 (9 mesiacov) a 32,50 € mesačne, t.j. sumu 292,50 €], náhrady nákladov liečenia, ktoré mu vznikli uhradením liekov v roku 2012 v sume 83,23 €. Zároveň žiadal o zaplatenie sumy 25.379,65 € titulom náhrady nákladov, ktoré vynaložil ako účelne vynaložené náklady spojené s právnym zastúpením pri uplatňovaní svojich nárokov, čo dôvodil tým, že samostatnou žalobou sa domáhal náhrady škody z tej istej dopravnej nehody, ktorá sa viedla na Okresnom súde Bratislava I. pod sp.zn. 12 C 74/2005. V tomto konaní si uplatnil škodu na zdraví podľa § 444 Občianskeho zákonníka, keďže žalovaný si nesplnil povinnosti, ktoré mu vyplývajú z § 11 ods. 6 písm. a/ zákona č. 381/2001 Z.z., v dôsledku čoho musel viesť súdny spor, v ktorom bol zastúpený advokátom. V spore bol úspešný, bola mu priznaná náhrada škody a svojmu advokátovi uhradil náklady spojené s právnym zastúpením vo výške 25.379,65 €. Zároveň zmenil petit žaloby i v časti príslušenstva. Súd prvej inštancie uznesením zo dňa 16.4.2013, č.k. 16 C 97/2009-220, uvedenú zmenu žaloby pripustil. Žalobca ďalším podaním doručeným súdu dňa 6.6.2014 rozšíril petit žaloby o sumu 901,09 € (274,71 € + 495,42 € + 130,96 €) a žiadal, aby súd uložil žalovanému povinnosť zaplatiť mu sumu 33.665,86 €, ktorá bude zvýšená o splátky za mesiace od 1.7.2014 v sume 51,54 €, ktoré sa upravia o prípadné zvýšenie na základe opatrení Ministerstva práce, sociálnych vecí a rodiny Slovenskej republiky ku dňu vyhlásenia rozsudku spolu s uplatneným príslušenstvom a uplatnil si voči žalovanému nárok i za ďalšie obdobie od 1.4.2013 do 30.6.2014 titulom: náhrady zvýšených výdavkov súvisiacich s hygienou, opotrebovaním šatstva, bielizne spolu v sume 274,71 € [od 1.4.2013 do 30.06.2013 a 18,05 € mesačne, t.j. 54,15 €, od 1.7.2013 do 30.6.2014 a 18,38 € mesačne, t.j. 220,56 €], náhrady zvýšených výdavkov súvisiacich so zabezpečením prevádzky osobného motorového vozidla spolu v sume 495,42 € [od 1.4.2013 do 30.6.2013 a 32,50 € mesačne, t.j. 97,50 €, od 1.7.2013 do 30.6.2014 a 33,16 € mesačne, t.j. 397,92 €], náhrady nákladov liečenia, ktoré mu vznikli uhradením liekov od februára 2013 do 31.12.2013, spolu v sume 130,96 €. Prvoinštančný súd uznesením zo dňa 11.6.2014, č.k. 16 C 97/2009-507, vyššie uvedenú žalobcom požadovanú zmenu žaloby pripustil. 2. Súd prvej inštancie vykonal dokazovanie vyjadreniami právnej zástupkyne žalobcu, zástupcu žalovaného, oboznámením sa s listinnými dôkazmi založenými v spise, na základe čoho zistil nasledovný skutkový stav veci. Dňa XX.X.XXXX došlo na ceste č. RD XXX vo M., v T. k dopravnej nehode osobného motorového vozidla zn. R. M., EČ BY XXX AE, tak, že vodič motorového vozidla R. R. neprispôsobil rýchlosť vozidla stavu vozovky, ťažkostiam v premávke a narazil do betónového premostenia vedľa cesty. Vodič motorového vozidla R. R. bol rozsudkom prvoinštančného súdu v J. zo dňa XX.XX.XXXX, č. M XXXX/XX, uznaný vinným za činy, z ktorých bol obvinený a bol odsúdený na trest štyroch mesiacov odňatia slobody, pričom výkon trestu mu bol odložený, bola mu uložená pokuta 300,- € a 100,- € za priestupok nedostatočného zvládnutia šoférovania svojho auta. Z uvedeného rozsudku vyplýva, že vodič R. R. bol obžalovaný z toho, že dňa XX.X.XXXX v T. zapríčinil pri šoférovaní vozidla svojou neobratnosťou, neopatrnosťou, nepozornosťou, zanedbaním alebo nedodržaním bezpečnostných opatrení, ku ktorým zaväzuje zákon alebo nariadenie, žalobcovi zranenia na celom tele, následkom čoho bol žalobca úplne práceneschopný šesť týždňov a navyše bol R. R. pod vplyvom alkoholu, keďže mu bol zistený obsah alkoholu v krvi X,XX promile. V čase dopravnej nehody bol žalobca spolujazdcom v uvedenom motorovom vozidle a pri dopravnej nehode utrpel tieto zranenia: poranenie srdca, zlomeninu sánky s posunom úlomkov, poškodenie hlasiviek spôsobené úderom, tracheotómiu, zlomeninu jedného rebra, poúrazové krvácanie do hrudníka riešené operačne, zlomeninu acetabula centrálnym vytknutím stehennej kosti, zlomeninu píšťaly liečenú operačne, roztrieštenú vnútrokĺbnu zlomeninu distálnej epifýzi píšťaly, zlomeninu členkovej kosti komplikovanú nekrózou kladky, otras mozgu ťažkého stupňa, poranenie dôležitého periférneho nervu, traumatický šok ťažkého stupňa. Žalobca bol po nehode privezený do F. K. U. vo M. v komatóznom stave s hemoragickým šokom, dňa 7.9.2002 bol preložený na kliniku úrazovej chirurgie NsP Dérera na Kramároch v Bratislave a následne opakovane hospitalizovaný pre somatické poškodenia a korekčné operácie, od 1.10.2002 do 15.10.2002 vo FBLR Dérera Bratislava, od 15.10.2002 do 28.10.2002 KÚCH Kramáre Bratislava, od 7.11.2002 do 4.12.2002 FBLR Dérera Bratislava, od 27.12.2002 do 15.1.2003 traumatologické oddelenie NsP Žilina, od 4.12.2002 do 20.1.2003 NRC Kováčová, od 30.7.2003 do 1.8.2003 traumatologické oddelenie NsP Žilina, od 25.8.2005 do 14.9.2005 traumatologické oddelenie NsP Žilina. Na motorové vozidlo zn. R. M. EČ: BY XXX AE bolo u žalovaného uzavreté povinné zmluvné poistenie na rok 2002 pod číslom poistnej zmluvy XXXXXXXXXX; vodič R. R. oznámil žalovanému poistnú udalosť dňa 24.5.2004 a ako príčinu nehody uviedol, že zaspal za volantom; poistná udalosť u žalovaného bola registrovaná pod číslom XXXXXXXXXX. Žalovaný likvidačnou správou zo dňa 13.9.2004 priznal žalobcovi plnenie zo zákonného poistenia zodpovednosti za škodu spôsobenú prevádzkou uvedeného motorového vozidla k poistnej udalosti číslo XXXXXXXXXX, a to bolestné v maximálnej výške 72.000,- Sk a sťaženie spoločenského uplatnenia vo výške 79.500,- Sk, t.j. spolu poskytol žalobcovi plnenie vo výške 151.500,- Sk, pričom z likvidačnej správy vyplýva, že žalovaný plnenie o spoluvinu žalobcu ako poškodeného nekrátil. Žalovaný likvidačnou správou zo dňa 13.5.2005 priznal žalobcovi plnenie zo zákonného poistenia zodpovednosti za škodu spôsobenú prevádzkou predmetného motorového vozidla k poistnej udalosti číslo XXXXXXXXXX, a to stratu na zárobku počas práceneschopnosti spolu vo výške 85.211,- Sk, keď z likvidačnej správy vyplýva, že žalovaný plnenie o spoluvinu žalobcu ako poškodeného nekrátil. Žalovaný likvidačnou správou zo dňa 9.6.2005 priznal žalobcovi plnenie zo zákonného poistenia zodpovednosti za škodu spôsobenú prevádzkou uvedeného motorového vozidla k uvedenej poistnej udalosti, stratu na zárobku pri invalidite spolu vo výške 9.144,- Sk a ako vyplýva z likvidačnej správy, ani tu žalovaný plnenie o spoluvinu žalobcu ako poškodeného nekrátil. Likvidačnou správou zo dňa 19.3.2008 žalovaný priznal žalobcovi zo zákonného poistenia zodpovednosti za škodu spôsobenú prevádzkou predmetného motorového vozidla k uvedenej poistnej udalosti zálohu v sume 300.000,- Sk bez špecifikácie predmetu plnenia, na ktorý sa záloha poskytuje, pričom žalovaný podľa likvidačnej správy plnenie o spoluvinu žalobcu ako poškodeného nekrátil. Okresný úrad v Bytči, odbor sociálnych vecí, rozhodnutím zo dňa 25.8.2003, číslo I PT XX/XXXX-R, určil mieru funkčnej poruchy žalobcu 80 %, z dôvodu ktorého sa žalobca považuje za občana s ťažkým zdravotným postihnutím a vydal mu preukaz občana s ťažkým zdravotným postihnutím, u ktorého je potrebný sprievodca. Úrad práce, sociálnych vecí a rodiny Žilina, oddelenie posudkových činností, vydal posudok číslo PO BY XXXX/XXXX/XX Rj zo dňa XX.XX.XXXX, ktorým stanovil mieru funkčnej poruchy žalobcu 50 % a rozhodol, že sa žalobca považuje podľa § 51 zákona o sociálnej pomoci za občana s ťažkým zdravotným postihnutím. Z uvedeného posudku vyplýva, že žalobca v oblasti mobility a orientácie má zníženú pohybovú schopnosť, pretrvávajú u neho silné bolesti chrbtice a oboch dolných končatín, pohybuje sa ťažko a to len s pomocou dvoch francúzskych bariel, potrebuje pomoc druhej osoby, je odkázaný na individuálnu prepravu osobným motorovým vozidlom, potrebuje pomoc inej osoby, a to v kontakte so spoločenským prostredím, pri nevyhnutných životných úkonoch a nevyhnutných domácich prácach, nakoľko má obmedzenú schopnosť vykonávať niektoré nevyhnutné úkony, má zvýšené výdavky súvisiace s opotrebovaním šatstva a so zabezpečením prevádzky motorového vozidla. Úrad práce, sociálnych vecí a rodiny Žilina, odbor sociálnych vecí a rodiny, oddelenie posudkových činností, vydal komplexný posudok číslo záznamu: C/XXXX/XXXXX, číslo spisu: W BY PO XXXX/XXXX/ Mi, zo dňa 21.1.2013, ktorým stanovil mieru funkčnej poruchy žalobcu 60 % a rozhodol, že sa považuje za fyzickú osobu s ťažkým zdravotným postihnutím, pričom z tohto posudku vyplýva, že žalobca v oblasti mobility a orientácie má zníženú pohybovú schopnosť, pretrvávajú u neho silné bolesti chrbtice a oboch dolných končatín, pohybuje sa ťažko, a to len s pomocou dvoch francúzskych bariel, potrebuje pomoc druhej osoby, je odkázaný na individuálnu prepravu osobným motorovým vozidlom, potrebuje pomoc inej osoby, a to v kontakte so spoločenským prostredím, pri nevyhnutných životných úkonoch a nevyhnutných domácich prácach, nakoľko má obmedzenú schopnosť vykonávať niektoré nevyhnutné úkony, má zvýšené výdavky súvisiace s opotrebovaním šatstva a so zabezpečením prevádzky motorového vozidla. Rozhodnutím Úradu práce, sociálnych vecí a rodiny Žilina, detašované pracovisko Bytča, č. spisu A XXXX/XXXXX, zo dňa 20.4.2006, bol žalobcovi v zmysle § 64 ods. 1 písm. b/1, prílohy č. 12 zákona č. 195/1998 Z.z. o sociálnej pomoci priznaný peňažný príspevok na kompenzáciu zvýšených výdavkov súvisiacich s hygienou alebo opotrebovaním šatstva, bielizne, obuvi a bytového zariadenia v mesačnej sume 500,- Sk s účinnosťou od 1.12.2004 a posudkom Ústredia práce, sociálnych vecí a rodiny Žilina zo dňa 13.3.2006 bol žalobca posúdený s mierou funkčnej poruchy 50 % s konštatovaním, že v oblasti mobility pri chôdzi používa francúzske barle, z dôvodu ochorenia srdca, chronickej osteomyelitídy pätovej kosti vľavo, znehybnenie ľavého členka, následkom čoho je poškodený stereotyp chôdze, čím dochádza k nadmernému opotrebovaniu šatstva, bielizne, obuvi a bytového zariadenia. Rozhodnutím Úradu práce, sociálnych vecí a rodiny Žilina, detašované pracovisko Bytča, č. spisu A XXXX/XXXXX zo dňa 10.9.2007, bol žalobcovi odňatý peňažný príspevok na kompenzáciu zvýšených výdavkov súvisiacich s hygienou alebo opotrebovaním šatstva, bielizne, obuvi a bytového zariadenia dňom 1.9.2007 v sume 500,- Sk z dôvodu, že jeho príjem za rok 2006 presiahol dvojnásobok sumy životného minima. Rozhodnutím Úradu práce, sociálnych vecí a rodiny Žilina, detašované pracovisko Bytča, č. spisu A XXXX/XXXXX zo dňa 23.6.2005, bol žalobcovi priznaný peňažný príspevok na kompenzáciu zvýšených výdavkov súvisiacich so zabezpečením prevádzky osobného motorového vozidla v sume 900,- Sk mesačne s účinnosťou od 1.12.2004 do doby trvania podmienok. Rozhodnutím Úradu práce, sociálnych vecí a rodiny Žilina, detašované pracovisko Bytča, č. spisu A XXXX/XXXXX A zo dňa 10.9.2007, bol žalobcovi odňatý peňažný príspevok na kompenzáciu zvýšených výdavkov súvisiacich so zabezpečením prevádzky osobného motorového vozidla v sume 900,- Sk mesačne dňom 1.9.2007 v sume 900,- Sk z dôvodu, že jeho príjem za rok 2006 presiahol dvojnásobok sumy životného minima. Rozhodnutím Úradu práce, sociálnych vecí a rodiny Žilina, detašované pracovisko Bytča, č. spisu A XXXX/XXXXX zo dňa 19.3.2008, bol žalobcovi priznaný peňažný príspevok na kúpu osobného motorového vozidla vo výške 85 % z ceny osobného motorového vozidla vo výške 200.000,- Sk podľa predloženého dokladu o cene - predfaktúry č. XX/XXXX zo dňa 28.1.2008, z ktorého odôvodnenia vyplýva, že žalobca bol posudkom ÚPSVaR Žilina zo dňa 19.12.2007, č. PO BY XXXX/XXXX/XX Rj, posúdený ako občan s ťažkým zdravotným postihnutím s mierou funkčnej poruchy 50 %, ktorému bola v oblasti mobility a orientácie navrhnutá požadovaná forma kompenzácie. Posudkovým lekárom bol peňažný príspevok na kúpu motorového vozidla odporučený vzhľadom na charakter postihnutia i druhu aktivít klienta. Rozhodnutím Obecného úradu Kolárovice číslo OS: X/XX, X/XXXX-KOL zo dňa 20.2.2008 bola žalobcovi priznaná opatrovateľská služba od 3.3.2008, ktorou sa budú vykonávať úkony - pomoc pri obliekaní, vyzliekaní, pri kúpaní, sprievod na lekárske vyšetrenia, pri vybavovaní úradných záležitostí a na kultúrne, telovýchovné a iné podujatia s tým, že bude na úhradu nákladov spojených s opatrovateľskou službou prispievať 315,- Sk (priemerne za 22 pracovných dní). Obec Kolárovice, Obecný úrad, vydal dňa 29.12.2010 pod č. OS XX/ XXXX-Kol, posudok o odkázanosti fyzickej osoby na sociálnu službu a stanovil II. stupeň odkázanosti, keď znevýhodnenie žalobcu ako fyzickej osoby s ťažkým zdravotným postihnutím a nepriaznivým zdravotným stavom je v oblasti sebaobslužných úkonov - celkový kúpeľ, mobilita a motorika, pri úkonoch starostlivosti o svoju domácnosť - príprava jedla, varenie, bežné upratovanie, starostlivosť o bielizeň a pri základných sociálnych aktivitách - sprievod na lekárske vyšetrenie a na vybavovanie úradných záležitostí; termín opätovného posúdenia zdravotného stavu nestanovil, pretože zdravotný stav je chronický s trvalým poškodením a nemožno očakávať zlepšenie. Obec Kolárovice, Obecný úrad, rozhodnutím zo dňa 29.12.2010, č.j. XX/XXXX-Kol, rozhodol o odkázanosti žalobcu ako fyzickej osoby na poskytovanie sociálnej služby - opatrovateľskej služby. Z obsahu spisu Okresného súdu Bratislava I. vedeného pod sp.zn. 12 C 74/2005 zistil, že sa žalobca voči žalovanému (ako žalovanému v I. rade) domáha zaplatenia sumy 7.575.000,- Sk s príslušenstvom titulom mimoriadneho zvýšenia náhrady za bolesť a sťaženie spoločenského uplatnenia podľa § 7 ods. 3 vyhlášky č. 32/1965 Zb. o odškodňovaní bolesti a sťaženia spoločenského uplatnenia v súvislosti s poškodením zdravia pri dopravnej nehode, ku ktorej došlo dňa 14.7.2002 v E., na ceste č. RD XXX vo M., ktorú zavinil vodič osobného motorového vozidla zn. R. M., EČ: BY XXX AE R. R., pričom v priebehu konania žalobca rozšíril svoj nárok na náhradu škody a žiadal zaplatenie sumy 471.967,74 € (14.218.500,- Sk) s príslušenstvom titulom mimoriadneho zvýšenia bolestného a sťaženia spoločenského uplatnenia aj voči žalovanému v II. rade R. R.. Z. súd Bratislava I. po vykonanom dokazovaní vo veci rozhodol rozsudkom dňa 9.12.2009, č.k. 12 C 74/2005-206, a žalovanému v I. rade uložil povinnosť zaplatiť žalobcovi sumu 117.008,56 € (3.525.000,- Sk), vo zvyšku žalobu zamietol, žalovaným v I., II. rade náhradu trov konania nepriznal. Krajský súd v Bratislave na základe odvolania žalobcu a žalovaného v I. rade, uznesením č.k. 14 Co 97/2010-257, zo dňa 11.5.2010, uvedený rozsudok súdu prvej inštancie v spojení s doplňujúcim rozsudkom č.k. 12 C 74/2005-220, zrušil v celom rozsahu a vec vrátil súdu prvej inštancie na ďalšie konanie. Okresný súd Bratislava I. opätovne vo veci rozhodol rozsudkom dňa 11.3.2011, č.k. 12 C 74/05-334, tak, že uložil žalovanému v I. rade povinnosť zaplatiť žalobcovi sumu 140.998,31 € (4.247.715,- Sk) a trovy konania vo výške 15.524,83 €; vo zvyšku žalobu voči žalovanému v I. rade zamietol; zamietol žalobu voči žalovanému v II. rade; náhradu trov konania žalovanému v II. rade nepriznal. Krajský súd v Bratislave na základe odvolania žalobcu proti uvedenému rozsudku v časti, ktorou súd zamietol vo zvyšku žalobu voči žalovanému v I. rade, voči žalovanému v II. rade a v časti trov konania, rozhodol rozsudkom zo dňa 24.5.2012, č.k. 3 Co 275/2011-431, tak, že rozsudok súdu prvej inštancie potvrdil v časti uloženej povinnosti žalovanému v I. rade zaplatiť žalobcovi sumu 79.018,62 € (titulom sťaženia spoločenského uplatnenia), v časti zamietnutia zvyšku žaloby voči žalovanému v I. rade a v časti, ktorou zamietol žalobu voči žalovanému v II. rade, zrušil rozsudok súdu prvej inštancie v časti uloženia povinnosti žalovanému v I. rade zaplatiť žalobcovi sumu 61.979,49 € titulom bolestného, trov konania, trov štátu a v zrušenej časti vec vrátil súdu prvej inštancii na ďalšie konanie. Rozsudok Krajského súdu v Bratislave zo dňa 24.5.2012, č.k. 3 Co/275/2011-431, nadobudol právoplatnosť dňa 16.7.2012. Okresný súd Bratislava I. vo veci opätovne rozhodol rozsudkom zo dňa 16.11.2012, č.k. 12 C 74/05-451, a žalovanému v I. rade uložil povinnosť zaplatiť žalobcovi sumu 61.979,49 € titulom bolestného a náhradu trov konania v sume 18.954,84 €, pozostávajúce z trov právneho zastúpenia v sume 18.202,99 € a trov hotových výdavkov v sume 751,85 €. Z odôvodnenia tohto rozsudku vyplýva, že súd pri stanovení povinnosti žalovanému nahradiť žalobcovi škodu ustálil podľa § 441 Občianskeho zákonníka pomer spoluzavinenia žalobcu ako spolujazdca na vzniknutej škode na jeho zdraví v rozsahu 50 %, keď mal na základe vykonaného dokazovania za preukázané, že škoda na zdraví žalobcu bola spôsobená aj jeho zavinením, preto jej následky musí žalobca znášať pomerne. Spoluzavinenie žalobcu videl súd v tom, že nastúpil do motorového vozidla s vodičom, ktorý bol pod vplyvom alkoholu, t.j. mohol dopravnej nehode zabrániť tým, že by do motorového vozidla s vodičom pod vplyvom alkoholu nenastúpil, alebo by tohto vodiča od šoférovania pod vplyvom alkoholu odhovoril. Žalobca sa pre jazdu so šoférom pod vplyvom alkoholu rozhodol sám, a preto je rovnako zodpovedný za následky škody na zdraví, keďže svojím konaním prispel k vzniku škody. Žalobca sa na večierku, ktorý dopravnej nehode predchádzal, sám priviedol do stavu opitosti, čo pred súdom uznal, v dôsledku čoho nebol schopný rozumne posúdiť stav vodiča motorového vozidla, rozpoznať možné následky jazdy pod vplyvom alkoholu a hroziace nebezpečenstvo. Tvrdenia žalobcu o tom že nevedel, že vodič vozidla bol pod vplyvom alkoholu, súd s poukazom na hladinu alkoholu v krvi vodiča zistenú po dopravnej nehode t.j. 1,82 promile a žalobcovu vlastnú opitosť vyhodnotil ako účelovú, s cieľom získať vlastný prospech. Písomnými prehláseniami účastníkov večierka zo dňa 19.7.2007 a 19.6.2007 - B. T., I.-J. H. a J. D., francúzskych štátnych občanov, mal za preukázané, že žalobca, aj R. R. - vodič motorového vozidla, ktorý pod vplyvom alkoholu dopravnú nehodu zavinil, požili veľké množstvo alkoholu. Súd pomer spoluzavinenia žalobcu ako spolujazdca na vzniknutej škode na jeho zdraví, na základe uvedeného, posúdil vlastnou úvahou na 50 % a neprihliadol na námietku žalobcu, že s poukazom na článok 4 Smernice Európskeho parlamentu a rady č. 2005/14/ES z 11.5.2005, ktorou sa menia a dopĺňajú iné smernice rady a smernica Európskeho parlamentu a rady č. 2000/26/ES o poistení zodpovednosti za škodu spôsobenú prevádzkou motorového vozidla dopravného, nie je možné odpočítať jeho spoluzavinenie, pretože uvedené ustanovenie zaväzuje Slovenskú republiku vykonať a zabezpečiť opatrenia, aby zákonné alebo zmluvné ustanovenia obsiahnuté v poistení vylúčili cestujúceho z takého krytia, na základe ktorého vedel, alebo mal vedieť, že vodič vozidla v čase nehody bol pod vplyvom alkoholu alebo inej omamnej látky, ktoré nebolo premietnuté do § 441 Občianskeho zákonníka, podľa ktorého súd nárok žalobcu posudzoval. Správnosť uvedeného záveru potvrdil aj odvolací súd vo svojom rozsudku č.k. 3 Co 275/2011-431 zo dňa 24.5.2012, ktorý nadobudol právoplatnosť dňa 16.7.2012, v ktorom vyslovil právny názor, že žalobca je rovnako zodpovedný za následky spôsobenej škody, nakoľko svojím konaním prispel k vzniku škody. Odvolací súd uviedol, že hodnotil konanie žalobcu aj z hľadiska ustanovenia § 415 Občianskeho zákonníka, ktoré zakotvuje všeobecnú preventívnu povinnosť počínať si tak, aby nikomu neškodil. Táto povinnosť je vyjadrená slovami, že každý je povinný si počínať tak, aby nedochádzalo ku škodám na zdraví, majetku, na prírode a životnom prostredí. Tieto statky sú chránené aj inými ustanoveniami či už Občianskeho zákonníka alebo iných právnych predpisov, ktoré s porušením povinnosti pri ochrane týchto statkov spájajú určité zodpovednostné následky. Toto ustanovenie upravuje prípad, keď škodu síce spôsobila iná osoba (škodca - zodpovednostný subjekt), ale súčasne bola spôsobená aj zavinením poškodeného. Odvolací súd hodnotil spoluzavinenie aj z hľadiska § 441 Občianskeho zákonníka a uviedol, že bolo nesporne preukázané, že žalobca a vodič R. R. sa zúčastnili spoločne oslavy, kde obaja požívali alkoholické nápoje. Tvrdenia žalobcu, že R. R. nebude piť, zostali iba v polohe tvrdenia, túto dohodu nepreukázal, ani že si počas celého večera (celej noci) nevšimol, že by alkoholické nápoje vodič R. požíval. Ak by aj tak bolo, musel si pri nastupovaní do auta v ranných hodinách všimnúť, či alkoholické nápoje požíval alebo nie. V takomto prípade by nebolo správne, aby za škodu zodpovedal jeden alebo druhý. Odvolací súd považoval za vysokú nezodpovednosť samotného poškodeného, t.j. žalobcu, ak súhlasil s odvozom autom, ktoré riadil vodič R. potom, ako tento požil alkoholické nápoje; žalobca je rovnako zodpovedný za následky spôsobenia škody, lebo svojím zavineným konaním prispel k vzniku škody. Na základe podnetu žalobcu generálny prokurátor Slovenskej republiky podal dňa 10.6.2013 mimoriadne dovolanie proti rozsudku Okresného súdu Bratislava I. zo dňa 11.3.2011, č.k. 12 C 74/05-334, vo výroku, ktorým súd žalobu voči žalovanému v I. rade - Kooperatíva poisťovňa a.s. Vienna Insurance Group, zamietol, ako aj výroku, ktorým zamietol žalobu voči žalovanému v II. rade R. R., v spojení s rozsudkom Krajského súdu v Bratislave č.k. 3 Co 275/2011-431 zo dňa 24.5.2012 a vo výrokoch, ktorými rozsudok súdu prvej inštancie v uvedených zamietajúcich výrokoch potvrdil. Z odôvodnenia mimoriadneho dovolania týkajúceho sa krátenia nároku žalobcu z titulu spoluviny o jednu polovicu vyplýva, že súdy nesprávne aplikovali ustanovenia § 415 a § 441 Občianskeho zákonníka, pričom nedostatočne aplikovali ustanovenia týkajúce sa objektívnej zodpovednosti za škodu vyvolanú osobitnou povahou prevádzky osôb vykonávajúcich dopravu a súčasne neprihliadli na právnu úpravu Európskej únie, najmä smernice rady č. 90/232/EHS o aproximácií právnych predpisov členských štátov týkajúcich sa tejto zodpovednosti, ako aj smernice Európskeho parlamentu a Rady 2005/14/ES o poistení zodpovednosti za škodu spôsobenú prevádzkou motorového vozidla, ktorých cieľom je zahrnutie každého cestujúceho vo vozidle do poistného krytia. Tento cieľ by bol ohrozený, keby vnútroštátne právne predpisy alebo akékoľvek zmluvné ustanovenia obsiahnuté v poistnej zmluve, vylučovali cestujúcich z poistného krytia, pretože vedeli alebo museli vedieť, že vodič vozidla bol v čase nehody pod vplyvom alkoholu alebo inej omamnej látky. Cestujúci obyčajne nedokáže správne zhodnotiť hladinu intoxikácie vodiča. Nielen zákonodarca ale i súdy majú prihliadať i rešpektovať únijnú právnu úpravu, pričom na tom nič nemení skutočnosť, že ide o právnu úpravu s nepriamym účinkom. Zo smerníc Európskej únie je zrejmé, že každý cestujúci vo vozidle musí byť zahrnutý do poistného krytia a nemôže byť z neho vylúčený len preto, že vedel alebo mal vedieť, že vodič vozidla bol v čase nehody pod vplyvom alkoholu alebo inej omamnej látky. Podľa generálneho prokurátora Slovenskej republiky súd nesprávne postupoval, keď aplikoval § 415 a § 441 Občianskeho zákonníka, pretože tým porušil cieľ smernice č. 90/232/EHS, ktorá zakazuje aplikáciu ustanovení, ktoré vylučovali cestujúceho z poistného krytia na základe toho, že vedel alebo mal vedieť, že vodič vozidla bol v čase nehody pod vplyvom alkoholu. Ďalej uviedol, že zo spisu Okresného súdu Bratislava I. sp.zn. 12 C 74/2005 je zrejmé, že žalovaný uznal nárok žalobcu v celom rozsahu, keď mu v roku 2005 písomne oznámil, že vysporiadava jeho nároky titulom bolestného a sťaženia spoločenského uplatnenia a konštatoval, že spoluvina nie je žiadna, pričom skutočnosť, že žalobca i škodca boli pod vplyvom alkoholu, bolo zrejmé z trestného rozsudku už v čase uznania záväzku. Poukázal aj na skutočnosť, že nie je možné dať na rovnakú úroveň zodpovednosť vodiča, ktorý viedol vozidlo pod vplyvom alkoholu a vedel, že po požití alkoholu bude viesť vozidlo a rovnako musel mať vedomosť, že môže ohroziť seba, spolujazdcov a aj iných účastníkov cestnej premávky a zodpovednosť spolujazdca, ktorý síce požil alkohol a sadol do motorového vozidla ako spolujazdec, ale týmto konaním neporušil žiadne zákonné ustanovenia o premávke na pozemných komunikáciách; rovnako nebola naplnená požiadavka zavinenia poškodeného ako základného predpokladu pre aplikáciu § 441 Občianskeho zákonníka. Vyhodnotením rovnakej zodpovednosti žalobcu ako spolujazdca a vodiča vozidla pod vplyvom alkoholu, súdy poskytli neprimeranú ochranu vodičovi motorového vozidla na úkor žalobcu. Konanie o mimoriadnom dovolaní generálneho prokurátora Slovenskej republiky zo dňa 10.6.2013, sp.zn. VI/1 Pz 234/13-8, je vedené na Najvyššom súde Slovenskej republiky pod sp.zn. 2 M Cdo 9/2013, vec nie je doteraz rozhodnutá (v čase rozhodnutia súdu prvej inštancie napadnutým rozsudkom). 3.1. Po právnej stránke súd prvej inštancie rozsudok odôvodnil ustanoveniami § 100 ods. 1, § 106 ods. 1, ods. 2, § 415, § 427 ods. 1, ods. 2, § 441, § 449 ods. 1, § 449a, § 823, § 517 ods. 1, ods. 2, Občianskeho zákonníka, § 1 ods. 2, § 4 ods. 2 písm. c/, § 11 ods. 7, ods. 8, § 15 ods. 1, ods. 2, § 11 ods. 7, ods. 8 zákona č. 381/2001 Z.z. o povinnom zmluvnom poistení zodpovednosti za škodu spôsobenú prevádzkou motorového vozidla a o zmene a doplnení niektorých zákonov, § 50 ods. 1, ods. 2, § 64 ods. 1 písm. b/ bod 1, bod 2, ods. 4, ods. 5, ods. 8, ods. 10, § 61 ods. 8, ods. 18 zákona č. 195/1998 Z.z. o sociálnej pomoci, účinný do 31.12.2008, § 38 ods. 7, ods. 8, ods. 9, ods. 10 zákona č. 447/2008 Z.z. o peňažných príspevkoch na kompenzáciu ťažkého zdravotného postihnutia a o zmene a doplnení niektorých zákonov účinný od 1.1.2009, § 2 písm. ao/, § 3 ods. 1 zákona č. 315/1996 Z.z. o premávke na pozemných komunikáciách účinného v čase dopravnej nehody, opatreniami Ministerstva práce, sociálnych vecí a rodiny Slovenskej republiky č. 252/2009 Z.z., č. 300/2010 Z.z., č. 194/2011 Z.z., č. 181/2012 Z.z., č. 186/2013 Z.z. o úprave súm životného minima od 1.7.2009, 1.7.2010, 1.7.2011, 1.7.2012, 1.7.2013, § 2 ods. 1, ods. 2, § 7 ods. 1, ods. 2, § 8 ods. 2, § 18 ods. 1 vyhlášky č. 655/2004 Z.z. o odmenách a náhradách advokátov za poskytovanie právnych služieb, čl. 3 ods. 1 smernice Rady 72/166/EHS z 24. apríla 1972 o aproximácii právnych predpisov členských štátov týkajúcich sa poistenia zodpovednosti za škodu spôsobenú motorovými vozidlami a kontroly plnenia povinnosti poistenia tejto zodpovednosti, čl. 1 ods. 1 smernice Rady 90/232/EHS zo 14. mája 1990 o aproximácii právnych predpisov členských štátov týkajúcich sa poistenia zodpovednosti za škodu spôsobenú prevádzkou motorových vozidiel, § 3 ods. 1 nariadenia vlády Slovenskej republiky č. 87/1995 Z.z., ktorým sa vykonávajú niektoré ustanovenia Občianskeho zákonníka v znení účinnom do 31.1.2013 a od 1.2.2013, a dôvodil tým, že v prejednávanej veci neboli vznesené žiadne konkrétne argumenty, ktorými by bol spochybnený už právoplatne prijatý záver o spoluzavinení žalobcu ako poškodeného na vzniku škody, pričom ustálil zhodne spoluzavinenie žalobcu ako v konaní vedenom na Okresnom súde Bratislava I. pod sp.zn. 12 C 74/2005, v rozsahu 50 % a priznal mu náhradu škody vo výške 10.718,38 €, t.j. 50 % z preukázanej a priznanej sumy 21.436,76 €. Uviedol, že žalobca má nárok na náhradu škody voči žalovanému ako poisťovateľovi osobného motorového vozidla zn. R. M., EČ: BY XXX AE, ktorým bola spôsobená dopravná nehoda, ktorú zavinil vodič tohto vozidla R. R. dňa XX.X.XXXX vo M., v E., na ceste č. RD XXX, pri ktorej došlo k poškodeniu zdravia žalobcu, čo sporné nebolo. Žalobca sa v konaní domáhal zaplatenia škody vo výške 33.665,86 €, ktorá predstavuje súčet ním uplatnenej náhrady za kompenzáciu zvýšených výdavkov súvisiacich s hygienou, opotrebovaním šatstva, bielizne, obuvi a bytového zariadenia od 1.9.2007 do 30.6.2014; za kompenzáciu zvýšených výdavkov súvisiacich so zabezpečením prevádzky osobného motorového vozidla od 1.9.2007 do 30.6.2014; náhrady nákladov na lieky; nákup ortopedickej obuvi; nákladov za opatrovateľskú službu za roky 2006 až 2011, náhrady rozdielu nákladov medzi nadobúdacou cenou motorového vozidla a priznaným príspevkom na jeho kúpu a náhrady účelne vynaložených nákladov spojených s právnym zastúpením pri uplatňovaní jeho nároku v konaní vedenom na Okresnom súde Bratislava I. pod sp.zn. 12 C 74/2005. Žalobca si od uplatneného nároku za vyššie uvedené náhrady odpočítal sumu 6.638,78 € (200.000,00 Sk), ktorá mu bola poskytnutá žalovaným ako záloha a sumu 107,60 €, ktorú mu žalovaný po podaní žaloby uhradil. Žalovaný vznik dopravnej nehody, popis nehodového deja a žalobcom popísané poškodenia zdravia nerozporoval, ale v súvislosti s nárokom žalobcu na náhradu uplatnených nárokov, ktoré mu vznikli pred dňom 16.3.2007, vzniesol námietku premlčania, keďže žalobcovi vznikol prvýkrát nárok na náhradu nákladov liečenia a nárok vo forme kompenzácie a príspevkov v roku 2005, ale žalobu na súd podal až dňa 16.3.2009. Žalobca sa o tom, kto za vznik škody zodpovedá, dozvedel bezprostredne po jej vzniku. K nároku žalobcu na zaplatenie náhrady za kompenzáciu zvýšených výdavkov súvisiacich s hygienou, opotrebovaním šatstva, bielizne, obuvi a bytového zariadenia spolu v sume 1.419,90 € uviedol, že tento nárok považoval za dôvodný vo výške 1.419,90 €, keď mal v konaní za preukázané, že v dôsledku jeho zdravotného stavu nepochybne dochádza k ujme titulom nadmerného opotrebovania šatstva, bielizne, obuvi a bytového zariadenia a paušálne stanovená suma zodpovedá ujme, ktorá mu týmto vzniká. Je zrejmé, že v dôsledku zdravotných poškodení žalobcu, tak ako sú popísané v posudkoch vydaných Úradom práce, sociálnych vecí a rodiny Žilina, má nárok na uplatnenú náhradu, a to minimálne v zákonom stanovenom rozsahu, teda spriemerovaných bežných nákladoch, ktoré je nutné vynaložiť ako dôsledok zdravotného postihnutia na zabezpečenie životných potrieb. Aj sám žalovaný počas konania uvádzal, že tento nárok žalobcu akceptuje, žiadal ale o jeho zníženie o 50 % v dôsledku spoluviny žalobcu podľa § 415, § 441 Občianskeho zákonníka. Suma 1.419,90 € predstavuje paušálne stanovenú náhradu kompenzácie výdavkov za žalobcom uplatnené obdobie od 1.9.2007 do 31.5.2010 v sume 547,80 €, t.j. 16,60 € (500,- Sk) mesačne x 33 mesiacov; od 1.6.2010 do 30.6.2010 v sume 17,10 € (v žalobcom uplatnenej sume); od 1.7.2010 do 30.6.2011 v sume 206,44 €, t.j. 17,20 € mesačne (9,28 % zo sumy 185,38 €) x 12 mesiacov; za obdobie od 1.7.2011 do 30.6.2012 v sume 211,44 €, t.j. 17,62 € mesačne (9,28 % zo sumy 189,83 €) x 12 mesiacov; od 1.7.2012 do 30.6.2013 v sume 216,60 €, t.j. 18,05 € mesačne (9,28 % zo sumy 194,58 €) x 12 mesiacov; od 1.7.2013 do 30.6.2014 v sume 220,56 €, t.j. 18,38 € mesačne (9,28 % zo sumy 198,09 €) x 12 mesiacov. Nárok na zaplatenie náhrady za kompenzáciu zvýšených výdavkov súvisiacich so zabezpečením prevádzky osobného motorového vozidla v sume 2.556,48 € posúdil ako dôvodný vo výške 2.556,48 €, pretože v dôsledku zdravotného stavu žalobcu nepochybne dochádza k jeho ujme, keďže je odkázaný na individuálnu prepravu a používanie motorového vozidla, či už v rámci každodenného života tak aj v rámci zabezpečenia zdravotnej starostlivosti. Žalobca býva mimo sídla zdravotníckych zariadení a v prípade potreby zdravotníckej starostlivosti je odkázaný na motorové vozidlo, s používaním ktorého sú nepochybne zvýšené výdavky na jeho údržbu, poistenie a pohonné hmoty. Žalobca je zdravotne ťažko postihnutý a má výrazne zníženú pohybovú schopnosť v dôsledku ochorení - stav po polytraume s následnou léziou periférnych nervov predkolení, chronickej osteomyelitídy pätovej kosti vľavo, znehybnenie členku ľavej nohy, ťažkej lézie nervu tibialis a peroneus vpravo, ochorením srdca (defekt predsieňovej prepážky), porúch krvného tlaku stredne ťažkej formy, pretrvávajú u neho silné bolesti dolných končatín a chrbtice, ťažko sa pohybuje, aj to len s pomocou dvoch francúzskych bariel, keď nie je schopný bez pomoci inej osoby sa premiestniť k vozidlám verejnej hromadnej dopravy a má obmedzenú schopnosť nastupovať, vystupovať a udržať sa v nej počas jazdy. Žalobca má záujem i napriek svojim zdravotným ťažkostiam o integráciu do spoločnosti, zvyšovať si vzdelanie, budovať sociálne kontakty, pričom tieto skutočnosti vyplynuli z posudku Úradu práce, sociálnych vecí a rodiny, Žilina, zo dňa 19.12.2007 a dňa 21.1.2013. Žalobca má nárok na uplatnenú náhradu a to minimálne v zákonom stanovenom rozsahu, nakoľko v rámci sociálnej pomoci mu takáto náhrada už neprináleží, avšak výdavky v súvislosti s motorovým vozidlom vynakladá. Z predložených dokladov vyplynulo, že i v tomto prípade ide o náklady, ktoré sú súčasťou spôsobenej škody žalobcovi, pretože práve používaním osobného motorového vozidla kompenzuje dôsledky zdravotného postihnutia vzniknutého v dôsledku dopravnej nehody. Aj v tomto prípade vychádzal zo spriemerovaných nákladov súvisiacich so zabezpečením prevádzky osobného motorového vozidla. Suma 2.556,48 € predstavuje paušálne stanovenú náhradu kompenzácie výdavkov za obdobie od 1.9.2007 do 31.5.2010 v sume 985,71 €, t.j. 29,87 € (900,- Sk) mesačne x 33 mesiacov; obdobie od 1.6.2010 do 30.6.2010 v sume 30,93 € (v žalobcom uplatnenej sume); obdobie od 1.7.2010 do 30.6.2011 v sume 371,52 €, t.j. 30,96 € mesačne (16,70 % zo sumy 185,38 €) x 12 mesiacov; obdobie od 1.7.2011 do 30.6.2012 v sume 380,40 €, t.j. 31,70 € mesačne (16,70 % zo sumy 189,83 €) x 12 mesiacov; obdobie od 1.7.2012 do 30.6.2013 v sume 390,- €, t.j. 32,50 € mesačne (16,70 % zo sumy 194,58 €) x 12 mesiacov; obdobie od 1.7.2013 do 30.6.2014 v sume 397,92 €, t.j. 33,16 € mesačne (16,70 % zo sumy 198,09 €) x 12 mesiacov. K ďalšiemu nároku žalobcu na zaplatenie náhrady nákladov za lieky v období od roku 2005 do 31.12.2013, spolu v sume 1.231,89 €, poukázal na to, že žalobca predložil pokladničné doklady za nákup liekov a potvrdenie ošetrujúceho lekára E.. M. B., praktického lekára pre dospelých, ambulancia Kolárovce zo dňa 17.4.2013, z ktorého vyplýva, že od doby úrazu užíva pravidelne lieky a navštevuje obvodného a odborných lekárov za účelom predpisu liekov. Žalobca predložil aj kópie pokladničných dokladov preukazujúcich nákup liekov opatrených pečiatkou lekára E.. M. B., pričom z týchto dokladov je zrejmé, že žalobca uhradil za lieky a liečivá potrebné na zmiernenie následkov zranení, ochorení, bolestí a podporu zdravotného stavu spolu sumu 1.231,89 €, keď za rok 2005 to predstavovalo sumu 63,59 € (1.915,87 Sk), za rok 2006 sumu 71,67 € (2159,10 Sk), za rok 2007 sumu 338,83 € (10.207,- Sk), za rok 2008 sumu 211,10 € (6.359,50 Sk), za rok 2009 sumu 95,60 €, za rok 2010 sumu 106,04 €, za rok 2011 sumu 130,87 €, za rok 2012 sumu 83,23 € a za obdobie február 2013 až 31.12.2013 sumu 130,96 €. Žalovaný namietol, že žalobca nepreukázal príčinnú súvislosť medzi poškodením svojho zdravia v dôsledku dopravnej nehody a ním zakúpenými liekmi a liečivami, pričom konkrétne neuviedol ten-ktorý liek či liečivo, ktorý s ochorením priamo nesúvisí; následne v priebehu konania od tejto námietky upustil. Žalovaný vzniesol námietku premlčania za náklady vynaložené do 16.3.2007 a následne namietol premlčanie všetkých v tomto konaní uplatnených nárokov žalobcu z titulu nákladov liečenia, nakoľko prvýkrát vznikol žalobcovi nárok na náhradu za náklady liečenia v roku 2005, kedy už mal vedomosť o svojich nárokoch, ktoré sú predmetom sporu, keď sa o tom, kto za vznik predmetnej škody zodpovedá, dozvedel bezprostredne po jej vzniku. Nárok z titulu nákladov liečenia je premlčaný ako celok, keďže má povahu opakujúceho sa plnenia a nárok ako celok bol uplatnený po uplynutí premlčacej doby, pričom bol podaný dňa 16.3.2009. Žalobca nesúhlasil so vznesenou námietkou premlčania a poukázal na dobré mravy, pretože práve žalovaný ho mal vyzvať na uplatnenie nárokov, čo neurobil. Súd dospel k záveru, že nárok žalobcu na náhradu škody vo výške 198,72 € titulom náhrady nákladov za lieky uplatnený od roku 2005 do 16.3.2007 je premlčaný; ide o náhradu nákladov za lieky zakúpené v roku 2005 v sume 63,59 € (1.915,87 Sk), za rok 2006 v sume 71,67 € (2159,10 Sk), v období do 16.3.2007 v sume 63,46 € a dodal, že podľa § 106 Občianskeho zákonníka je premlčacia doba dva roky, odkedy sa poškodený dozvedel o škode a kto za ňu zodpovedá. V zmysle uvedeného i za stavu, že žalobca ako poškodený vedel kto za škodu zodpovedá, sa o vzniku škody dozvedel až momentom vynaloženia tých-ktorých finančných prostriedkov za lieky, a teda premlčacia doba dva roky plynie od ich zakúpenia. V prejednávanej veci bola žaloba podaná na súde dňa 16.3.2009, z dôvodu ktorého náhrady nákladov, ktorých sa žalobca domáhal do 16.3.2007, sú premlčané, nakoľko ich náhrada bola uplatnená po uplynutí zákonom stanovenej premlčacej doby. Nestotožnil sa však s tvrdením žalovaného, že v tomto prípade, t.j. v súvislosti s nárokom na náhradu nákladov za lieky, ide o nárok, ktorý má povahu opakujúceho sa plnenia. Nárok ako celok bol uplatnený po uplynutí premlčacej doby z dôvodu, že nie je možné považovať tento nárok za opakujúce sa plnenie, nárok na náhradu škody titulom náhrady nákladov za lieky prináleží až vynaložením týchto nákladov, ktoré nie je možné vyčísliť do budúcnosti. Nesúhlasil s tvrdením žalobcu, že vznesenie námietky premlčania žalovaným je v rozpore s dobrými mravmi, pretože podľa platnej judikatúry zásadne neodporuje dobrým mravom, ak niekto namieta premlčanie práva, ktoré je voči nemu uplatnené. Inštitút premlčania prispieva k istote právnych vzťahov, je zákonným inštitútom a je možné ho použiť vo vzťahu k akémukoľvek právu, ktoré sa premlčuje. Uplatnenie premlčania by sa priečilo dobrým mravom len výnimočne, a to v prípade, ak by bolo výrazom zneužitia tohto práva na úkor strany, ktorá márne uplynutie premlčacej doby nezavinila. V prejednávanej veci však o takýto prípad nešlo, pretože žalobcovi nič a nikto nebránil uplatniť si tento nárok na náhradu škody riadne a včas, pričom mal dostatok času uplatniť si nárok na náhradu škody podaním žaloby na súd. Žalovaný sa dôvodne dovolal premlčania nároku žalobcu na náhradu škody vo výške 198,72 €, a preto žalobu v tejto časti zamietol a v ostatnej časti nárok žalobcu na náhradu škody titulom náhrady nákladov vynaložených na lieky, t.j. v sume 1.033,17 € (1.231,89 € mínus 198,72 €) považoval za dôvodný. Dodal, že náklady v prisúdenej výške za lieky a liečivá žalobca vynaložil, pričom skutočnosť, že zakúpené lieky a liečivá sú v príčinnej súvislosti s poškodením jeho zdravia v dôsledku dopravnej nehody mal za preukázané potvrdením vydaným jeho ošetrujúcim lekárom E.. M. B. a vychádzal i zo skutočnosti, že žalovaný v konečnom dôsledku ten-ktorý liek či liečivo zakúpené žalobcom nerozporoval. Žalobcovi priznal nárok na náhradu nákladov vynaložených za lieky iba vo výške 925,57 €, pretože v priebehu konania žalovaný časť týchto nákladov žalobcovi v sume 107,60 € uhradil, čo nebolo medzi stranami sporu sporné. Žalobcovi priznal aj náhradu nákladov za nákup ortopedickej obuvi v sume 46,82 €, nakoľko predložil potvrdenku za nákup ortopedickej obuvi vo výške 23,41 € zo dňa 19.10.2009 vystavenú spoločnosťou Protetika a.s. a zo dňa 14.11.2011 vo výške 23,41 €, žalovaný tento nárok nijakým spôsobom nerozporoval. K ďalšiemu nároku žalobcu na zaplatenie náhrady nákladov za opatrovateľskú službu spolu v sume 939,37 € súd uviedol, že žalobca pri uplatnení tohto nároku vychádzal z toho, že v dôsledku škody na zdraví spôsobenej prevádzkou motorového vozidla bola u neho konštatovaná ťažká ujma, a tak sa považuje za občana s ťažkým zdravotným postihnutím. V dôsledku tohto jeho zdravotného stavu nastali i sociálne dôsledky v oblasti mobility, je odkázaný na opatrovateľskú službu, v oblasti nevyhnutných životných úkonov a prác v domácnosti má obmedzenú schopnosť vykonávať nevyhnutné životné úkony a práce v domácnosti, je tak odkázaný na pomoc inej osoby ako i jeho sprevádzanie inou osobou pri vybavovaní rôznych úradných či zdravotných záležitostí. Rozhodnutím Obce Kolárovice zo dňa 20.2.2008 mu bola opätovne priznaná opatrovateľská služba od 3.3.2008 s tým, že je povinný prispievať na úhradu nákladov spojených s opatrovateľskou službou v sume 315,- Sk priemerne za 22 pracovných dní, a to vždy za celý mesiac a rozhodnutím zo dňa 29.12.2010 bolo rozhodnuté o jeho odkázanosti na poskytovanie sociálnej služby - opatrovateľskej služby, keď posudzujúci lekár ho zaradil ako žiadateľa do II. stupňa odkázanosti na pomoc inej fyzickej osoby. Podľa potvrdenia Obce Kolárovice zo dňa 16.4.2014 o zaplatení vyrubeného poplatku za poskytovanie opatrovateľskej služby v rokoch 2007 až 2011 žalobca uhradil za poskytovanie opatrovateľskej služby v roku 2007 sumu 3.740,- Sk, v roku 2008 sumu 2.729,- Sk, v roku 2009 sumu 104,83 €, v roku 2010 sumu 109,15 €, v roku 2011 sumu 110,- €, výška úhrady mu bola vyrubená na základe Všeobecného záväzného nariadenia obce o podmienkach poskytovania opatrovateľskej služby, o spôsobe a výške úhrady za opatrovateľskú službu. Žalovaný uvedený nárok žalobcu nerozporoval, ale vzniesol námietku premlčania k nákladom vynaloženým do 16.3.2007. Z potvrdenia Obce Kolárovice zo dňa 5.8.2006 vyplýva, že žalobca v období od 1.8.2003 do 30.6.2006 uhradil za poskytnutie opatrovateľskej služby sumu 336,42 € (10.135,- Sk) a z potvrdeniek vystavených Obcou Kolárovice za ten-ktorý mesiac, že žalobca za poskytnutie opatrovateľskej služby uhradil za obdobie od 1.7.2006 do 31.12.2006 sumu 55,86 € (1.683,- Sk), rok 2007 sumu 132,61 € (3.995,- Sk), rok 2008 sumu 90,50 € (2.729,- Sk), rok 2009 sumu 104,83 €, rok 2010 sumu 109,15 €, rok 2011 sumu 110,00 €. Námietku premlčania vznesenú žalovaným posúdil ako dôvodnú v súvislosti s náhradou nákladov vynaložených za opatrovateľskú službu od 1.8.2003 do februára 2007, keďže tieto úhrady boli preukázateľne vykonané pred dňom 16.3.2007 (úhrada za obdobie od 1.8.2003 do 30.6.2006 v sume 336,42 €, obdobie od 1.7.2006 do 31.12.2006 v sume 55,86 €, úhrada zaplatená v sume 255,- Sk/8,46 € dňa 8.1.2007, za január 2007 bola zaplatená v sume 374,- Sk/12,41 € dňa 7.2.2007 a úhrada za február 2007 bola zaplatená v sume 340,- Sk/11,28 € dňa 7.3.2007) a v tejto súvislosti odkázal na dôvody uvedené v časti náhrady vynaložených nákladov za lieky týkajúce sa premlčania. Predmetný nárok žalobcu v sume 424,43 € považoval za premlčaný, z dôvodu ktorého v tejto sume žalobu zamietol a priznal mu za obdobie marec 2007 až december 2011 sumu 514,94 €. Z dokladov žalobcu je zrejmé, že zaplatil za obdobie od marca do decembra roku 2007 spolu sumu 100,44 € (3.026,- Sk; marec sumu 255,- Sk, apríl sumu 323,- Sk, máj sumu 357,- Sk, jún sumu 238,-Sk, júl sumu 357,- Sk, august sumu 374,- Sk, september sumu 187,- Sk, október sumu 391,- Sk, november sumu 289,- Sk, december sumu 255,- Sk); rok 2008 spolu sumu 90,59 € (2.729,- Sk; apríl sumu 285,- Sk, máj sumu 256,- Sk, jún sumu 300,- Sk, júl sumu 308,- Sk, august sumu 233, -Sk, september sumu 300,- Sk, október sumu 300,- Sk, november sumu 289,- Sk, december sumu 458,- Sk); rok 2009 spolu sumu 104,83 € (január sumu 9,60 €, február sumu 9,64 €, marec sumu 7,23 €, apríl sumu 9,64 €, máj sumu 9,40 €, jún sumu 7,23 €, júl sumu 10,36 €, august sumu 9,88 €, september sumu 5,30 €, október sumu 10,12 €, november sumu 9,64 €, december sumu 6,75 €); rok 2010 spolu sumu 109,15 € (január sumu 9,40 €, február sumu 9,64 €, marec sumu 7,47 €, apríl sumu 9,64 €, máj sumu 10,50 €, jún sumu 7,50 €, júl sumu 10,50 €, august sumu 11,- €, september sumu 10,- €, október sumu 7,- €, november sumu 10,- €, december sumu 6,50 €); rok 2011 spolu sumu 110,- € (január sumu 10,- €, február sumu 10,- €, marec sumu 8,- €, apríl sumu 9,50 €, máj sumu 11,- €, jún sumu 7,50 €, júl sumu 10,- €, august sumu 11,- €, september sumu 6,50 €, október sumu 10,50 €, november sumu 10,- €, december sumu 6,- €). Nárok žalobcu na náhradu rozdielu nákladov medzi nadobúdacou cenou osobného motorového vozidla a priznaným príspevkom na jeho kúpu vo výške 8.796,39 € (265.000,- Sk) súd považoval za dôvodný. Rozhodnutím Úradu práce, sociálnych vecí a rodiny detašované pracovisko Bytča zo dňa 19.3.2008, č. spisu: A XXXX/XXXXX, bol žalobcovi v zmysle § 61 prílohy č. 4 zákona č. 195/1998 Z.z. o sociálnej pomoci priznaný peňažný príspevok na kúpu osobného motorového vozidla vo výške 85 % z ceny osobného motorového vozidla, ktorý bolo možné poskytnúť najviac vo výške 200.000,- Sk. Z odôvodnenia tohto rozhodnutia vyplýva, že na základe žiadosti žalobcu o jeho priznanie bolo posúdené, že vzhľadom k tomu, že je občan s ťažkým zdravotným posúdením s mierou funkčnej poruchy 50 %, ktorému bola v oblasti mobility a orientácie navrhnutá táto forma kompenzácie, boli splnené zákonné podmienky na priznanie predmetného peňažného príspevku. Z faktúry zo dňa 23.5.2008, č. NVB8 18, vystavenej spoločnosťou I. spol. s r.o., zistil, že žalobcovi bol vyfakturovaný automobil R. M. za cenu 465.000,- Sk. Z odborného vyjadrenia zo dňa 3.7.2013, ZP č. XX/XXXX, vypracovaného O.. O. M. R., znalcom z odboru cestná doprava, odvetvie technický stav cestných vozidiel, nehody v cestnej doprave, odhad hodnoty cestných vozidiel, vyplýva, že v rozhodnom čase, jar roku 2008, bola situácia na trhu s továrensky novými vozidlami významne iná ako je v súčasnosti, priemerná predajná cena vozidiel typu R. M. so štandardnou výbavou bola cca 294.990,- Sk (9.792,- €) vrátane 19 % DPH. Pre invalidného človeka, ktorý má vážne poruchy zdravia (choroba srdca, problémy s vysokým tlakom) k základnej výbave vozidla nutne patrí klimatizácia vo vozidle. V rozhodnom čase najlacnejším modelom, ktorý sa dal kúpiť bez čakania viac ako pol roka na dodanie a bol vybavený mechanicky ovládanou nesektorovou klimatizáciou, bol model s obchodným názvom L., model, aký si zakúpil žalobca, pričom jeho priemerná cena bola v tom čase 15.432,- € vrátane šesť prvkov, ktoré si žalobca objednal do ním obstaraného vozidla nad rámec základnej výbavy. V tom čase predávané modely s výbavou J. a I. neboli vybavené klimatizáciou a na modely J. a I. O., ktoré boli vybavené klimatizáciou, bola neakceptovateľne dlhá čakacia doba pre invalidnú osobu s limitovaným časom na obstaranie vozidla. Podľa záverov znalca si žalobca v rozhodnom čase obstaral bežne a časovo dostupné vozidlo s primeranou technickou výbavou a primeranou obstarávacou cenou. V prípade, ak žalobca nemal v rozhodnom období k dispozícii čiastku minimálne 554.000,- Sk, tak jeho voľba aj s prihliadnutím na dostupnosť servisných a opravárenských prác, cenovej relácie za náhradné diely a hodinové sadzby za vykonané práce na vozidle, bola logická, opodstatnená a bola kompromisom medzi potrebami a možnosťami. Znalec záverom uviedol, že priemerná obstarávacia cena technicky adekvátneho vozidla potrebám, polohopisu, daným cestami vybavenému miestu bydliska a zdravotnému stavu žalobcu, t.j. najlacnejšieho terénneho vozidla v danom čase zn. J. D. bola cca 18.389,- € vrátane 19 % DPH. K tvrdeniam žalovaného, že žalobca mal možnosť zakúpiť si osobné motorové vozidlo v cene rovnajúcej sa poskytnutému peňažnému príspevku uviedol, že za stavu, keď žalovaný tvrdenia žalobcu ohľadne ním uvádzaných typov vozidiel následne nijakým spôsobom nevyvrátil a nespochybnil, mal za to, že nebolo v konaní preukázané, že žalobca mal možnosť zaobstarať si primerané vozidlo v cene nižšej ako si ho zaobstaral. Žalobca v súvislosti so žalovaným označenými vozidlami uviedol, že podľa jeho zistení vozidlo zn. A. P. sa začalo dovážať až v auguste 2008 a cena za vozidlo, ktorú uvádzal žalovaný, je predajnou cenou z roku 2012, pričom ceny vozidiel oproti roku 2008 značne klesli a vozidlo zn. C. A. 1.2 sa vo februári, ani v marci, 2008 nepredávalo, a preto si ho, i keď by bolo pre neho vhodné, nemohol zakúpiť. V tejto súvislosti za situácie absencie dôkazov zo strany žalovaného, keď jeho argumenty ostali len vo všeobecných tvrdeniach, že žalobcovi tým, že vynaložil náklady na kúpu motorového vozidla nad rámec poskytnutého peňažného príspevku, vznikla škoda v príčinnej súvislosti s jeho poškodením zdravia pri dopravnej nehode, za ktorú nesie zodpovednosť vodič R. R., má povinnosť túto škodu žalobcovi uhradiť on. Stotožnil sa s tvrdením žalobcu, že je nutné prihliadnuť i k tomu, že účelne vynaložený náklad nie je najlacnejší náklad a je nutné zvažovať hlavne v situácii, v ktorej sa nachádza, aj ďalšie okolnosti a to spotreba, možnosti dostupnosti k bydlisku, servis vozidla, cenu náhradných dielov, životnosť vozidla a v neposlednom rade i to, aby motorové vozidlo spĺňalo pre zdravotne postihnutého žalobcu nevyhnutný komfort. Tvrdenie žalovaného, že tento nárok žalobcu nie je škodou, nakoľko si ju spôsobil sám, keď si zakúpil nové motorové vozidlo a výdavky si bezdôvodne navýšil, súd považoval za irelevantné, pretože zakúpením vozidla preukázateľne žalobcovi škoda vznikla a žalovaný v konaní nepreukázal, že na strane žalobcu bolo možné zakúpiť si iné vhodné vozidlo v cene poskytnutého peňažného príspevku a nemal ani dôvod v tejto súvislosti spochybňovať závery znalca ohľadne vhodnosti a primeranosti zakúpeného motorového vozidla. Nárok žalobcu na náhradu nákladov vynaložených ako účelne vynaložené náklady spojené s právnym zastúpením pri uplatňovaní nárokov v zmysle § 4 ods. 2 písm. c/ zákona č. 381/2001 Z.z. v súvislosti s jeho nárokom uplatneným v konaní sp.zn. 12 C 74/2005 vo výške 25.379,65 €, považoval za dôvodný vo výške 7.176,66 €, t.j. vo výške rozdielu medzi preukázateľne žalobcom uhradenej sumy a súdom priznanej náhrady titulom trov právneho zastúpenia (25.379,65 € mínus 18.202,99 €). Uviedol, že v konaní vedenom pod sp.zn. 12 C 74/2005 bolo o náhrade trov právneho zastúpenia právoplatne rozhodnuté a žalobcovi bola priznaná náhrada trov právneho zastúpenia vo výške 18.202,99 €. Rozsudkom Okresného súdu Bratislava I. zo dňa 11.3.2011, č.k. 12 C 74/2005-334, v spojení s rozsudkom Krajského súdu v Bratislave zo dňa 24.5.2012, č.k. 3 Co 275/2011-431, bola uložená žalovanému povinnosť zaplatiť žalobcovi sumu 79.018,62 € titulom náhrady sťaženia spoločenského uplatnenia; rozsudkom zo dňa 16.11.2012, č.k. 12 C 74/2005-451, sumu 61.979,49 € titulom náhrady bolestného a zároveň uložil žalovanému povinnosť zaplatiť žalobcovi náhradu trov konania vo výške 18.954,84 €. Z odôvodnenia právoplatného rozsudku zo dňa 16.11.2012, č.k. 12 C 74/2005-451, vyplýva, že o trovách konania bolo rozhodnuté podľa § 142 ods. 3 O.s.p., keďže žalobca mal vo veci čiastočný úspech a rozhodnutie o výške plnenia záviselo od úvahy súdu, ktorý mu priznal náhradu trov konania z celkovej priznanej sumy 140.998,11 € (sťaženie spoločenského uplatnenia v sume 79.018,62 € a bolestné v sume 61.979,49 €); trovy konania predstavujú trovy právneho zastúpenia vo výške 18.202,99 € a náhradu hotových výdavkov vo výške 751,85 €. Poukázal na to, že je nutné rozlišovať medzi trovami vzniknutými v súvislosti so súdnym konaním na jednej strane a trovami vzniknutými v súvislosti s uplatňovaním si hmotnoprávneho nároku voči žalovanému mimo súdneho konania. Všeobecne záväzným právnym predpisom upravujúcim postup všeobecných súdov v civilnom konaní je Občiansky súdny poriadok (v čase rozhodnutia súdu napadnutým rozsudkom), takže tento právny predpis upravuje aj otázku náhrady iba tých trov konania, ktoré vznikli v bezprostrednej príčinnej súvislosti so „súdnym“ konaním, resp. konaním pred súdom. Súčasťou trov „súdneho“ konania je aj odmena advokáta zastupujúceho pred súdom účastníka konania, ktorej spôsob výpočtu je upravený vyhláškou o odmenách advokátov. V zmysle § 18 ods. 1 vyhlášky odmena advokáta, ktorej náhrada sa priznáva proti inej fyzickej osobe alebo právnickej osobe, sa určuje vždy podľa ustanovení tejto vyhlášky o tarifnej odmene, na čo je právny zástupca povinný klienta vopred upozorniť. Z uvedeného vyplýva, že náhradu trov právneho zastúpenia, ktorá sa v konaní úspešnému účastníkovi priznáva proti účastníkovi, ktorý v konaní pred súdom nemal úspech, nemožno priznať podľa iných ako o tarifnej odmene pojednávajúcich ustanovení vyhlášky o odmenách advokátov (II. ÚS 466/2011). Náklady na právne zastúpenie vynaložené žalobcom ako poškodeným v súvislosti s hmotnoprávnym uplatňovaním si jeho zákonného nároku z povinného zmluvného poistenia (§ 4 ods. 2 písm. c/ zákona č. 381/2001 Z.z.) u žalovaného ako poisťovateľa, predstavujú poistné plnenia, na zaplatenie ktorých má žalobca rovnako nárok z povinného zmluvného poistenia zodpovednosti za škodu spôsobenú prevádzkou motorového vozidla poisteného, a preto ich nemožno zahrnúť do trov občianskeho súdneho konania v konaní vedenom pod sp.zn. 12 C 74/2005 (rozhodnutie Najvyššieho súdu Slovenskej republiky sp.zn. 5 Cdo 49/2012). Žalobca preukázal, že mu vznikla škoda, t.j. že došlo k zmenšeniu jeho majetku o vynaložené náklady za jeho právne zastúpenie a preukázal, že na základe vystavených faktúr zo dňa 2.4.2013, č. 09/2013 a zo dňa 11.7.2012 č. 12/2012 jeho právnou zástupkyňou JUDr. L. T., zaplatil spolu sumu 25.379,65 € (11.156,30 € + 14.223,35 €) ako zmluvnú odmenu vo výške 15 % + 19 % DPH zo sumy 140.998,11 € (61.979,49 € + 79.018,62 €) na základe zmluvy o právnej pomoci zo dňa 9.11.2005, pričom v konaní vedenom pod sp.zn. 12 C 74/2005 mu bola titulom trov právneho zastúpenia nahradená iba časť v sume 18.202,99 €. Súd prvej inštancie v odôvodnení napadnutého rozsudku konštatoval, že na základe uvedeného, je nárok žalobcu na náhradu škody dôvodný spolu v sume 21.436,76 €, predstavujúcej náhradu za kompenzácie zvýšených výdavkov súvisiacich s hygienou, opotrebovaním šatstva, bielizne, obuvi a bytového zariadenia vo výške 1.419,90 €; kompenzácie zvýšených výdavkov súvisiacich so zabezpečením prevádzky osobného motorového vozidla vo výške 2.556,48 €; nákladov vynaložených za lieky vo výške 925,57 €; nákladov za nákup ortopedickej obuvi v sume 46,82 €; úhrady za opatrovateľskú službu v sume 514,94 €; nákladov rozdielu medzi nadobúdacou cenou osobného motorového vozidla a priznaným príspevkom na jeho kúpu vo výške 8.796,39 €; vynaložených nákladov spojených s jeho právnym zastúpením pri uplatnení nárokov v konaní vedenom na Okresnom súde Bratislava I. pod sp.zn. 12 C 74/2005 vo výške 7.176,66 €. Žalovaný počas konania žiadal z dôvodu spoluviny žalobcu ako poškodeného v zmysle § 441 Občianskeho zákonníka krátiť prípadne priznané plnenie o 50 %, čo odôvodňoval tým, že v prejednávanej veci ide o spoluzavinenie žalobcu na dopravnej nehode, pretože vedel, že vinník dopravnej nehody pred dopravnou nehodou na večierku, kde boli spolu, pil alkoholické nápoje a vodičovi nezabránil v šoférovaní a sám si k nemu ako spolujazdec prisadol a zároveň poukázal na právoplatné rozhodnutie Okresného súdu Bratislava I., sp.zn. 12 C 74/2005, v ktorom súd pri rozhodovaní o nároku žalobcu na náhradu škody titulom bolestného a sťaženia spoločenského uplatnenia, krátil jeho nárok z titulu spoluviny o 50 % z dôvodu, že žalobca svojim zavinením prispel k vzniku škody, s čím sa žalobca nestotožnil a prípadné krátenie namietal ako nedôvodné a nezákonné. Žalobca poukazoval na to, že Slovenská republika ako členský štát Európskej únie sa zaviazala dodržiavať aj predpisy, ktorými sa zjednocuje postup členských štátov, okrem iného i pri škodách spôsobených prevádzkou motorových vozidiel, na Smernicu Rady č. 90/232/EHS o aproximácii právnych predpisov členských štátov týkajúcich sa tejto zodpovednosti, na Smernicu Európskeho parlamentu a Rady 2005/14/ES o poistení zodpovednosti za škodu spôsobenú prevádzkou motorového vozidla konkrétne bod 15 všeobecných ustanovení a čl. 4 s tým, že krátenie plnenia je neprípustné, nakoľko ustanovenia, ktoré by vylučovali cestujúcich z poistného krytia na základe toho, že vedel alebo mal vedieť, že vodič vozidla bol v čase nehody pod vplyvom alkoholu, by sa považovali za neplatné. Žalobca uviedol, že je nepochybné, že ani zákon č. 381/2001 Z.z. krátenie (zníženie) plnenia neumožňuje, pričom ide o špeciálny predpis voči Občianskemu zákonníku. Pokiaľ by došlo ku kráteniu plnenia z dôvodu tvrdenej jeho spoluviny, bolo by to v príkrom rozpore so smernicou Európskeho parlamentu a so zámerom zákonodarcu, aby nezodpovední vodiči neohrozovali účastníkov cestnej premávky a nejazdili pod vplyvom alkoholu alebo omamných látok a aby bola zabezpečená ochrana slabších účastníkov cestnej premávky - chodcov, spolucestujúcich, cyklistov tak, že im je poskytnutá plná náhrada vzniknutej škody, ak dopravnú nehodu zaviní nezodpovedný vodič, ktorý jazdil pod vplyvom alkoholu alebo omamnej látky. Pokiaľ smernica zakotvuje, že akékoľvek ustanovenia zákona obsiahnuté v poistení, ktoré vylučuje cestujúceho z poistného krytia na základe toho, že vedel alebo mal vedieť, že vodič vozidla bol v čase nehody pod vplyvom alkoholu alebo inej omamnej látky, by sa považovalo za neplatné, tak potom ide o neplatnosť absolútnu, na ktorú musí súd prihliadať z úradnej povinnosti. Nie je ani možné, aby súd dal na jednu rovinu osobu vodiča - vlastníka a prevádzkovateľa motorového vozidla, ktorý sa sám priviedol do stavu opitosti, pričom dopredu vedel, že po požití alkoholu bude viesť motorové vozidlo a ohrozí všetkých účastníkov cestnej premávky, vrátane seba a spolujazdca, s osobou - spolujazdcom, ktorý síce požil alkoholické nápoje a sadol si do vozidla, ale neporušil žiadne zákonné ustanovenie o premávke na pozemných komunikáciách. Súd prvej inštancie v odôvodnení napadnutého rozsudku konštatoval, že v prejednávanej veci konkrétna právna úprava vzťahujúca sa na konanie žalobcu neexistuje, a preto vychádzal aj z ustanovenia § 415 Občianskeho zákonníka. Po oboznámení sa s vykonaným dokazovaním v konaní vedenom na Okresnom súde Bratislava I. pod sp.zn. 12 C 74/2004 zistil, že žalobca vo svojej výpovedi okrem iného uviedol, že pred dopravnou nehodou dňa 13.7.2002 bol spolu so R. R. na večierku u kamaráta, M., ktorý sa konal 20 km od miesta jeho bydliska, na večierok prišli motorovým vozidlom R. R., on nešoféroval. Na večierku bolo asi 100 ľudí, boli tam do rána, pil alkoholické nápoje, vypil asi 8 pív, aj víno, bol opitý, ale vnímal. Vodiča R. R. videl vypiť prvé pivo, nevedel koľko alkoholu vypil a pri odchode z večierka nevidel, že by bol opitý. Z večierka išli domov autom ktorým i prišli, vracali sa do svojho bydliska vo M. tak, že pred nimi, v inom aute išiel M., ktorý ich pozval na večierok, on počas jazdy spal. Vodič motorového vozidla a zároveň vinník dopravnej nehody R. R. vo výpovedi uviedol, že so žalobcom pracoval vo M. od februára 2002 a na večierok dňa 13.7.2002 išli asi 10 km od ich bytu autom, ktoré šoféroval žalobca, dohodli sa, že po akcii zostanú spať v aute, večierok sa konal v sobotu, bolo tam 20 až 25 ľudí, hrala hudba, podával sa alkohol. On i žalobca spolu pili alkoholické nápoje, najskôr pivo, potom tvrdý alkohol. Po večierku ho žalobca prehovoril, aby išli domov, že je to len kúsok, a keďže motorové vozidlo patrilo jemu, žalobca nechcel šoférovať. Stav, v ktorom sa nachádzal pred nehodou, si nepamätal, pri nehode zišiel s vozidlom z cesty do priepasti a nabúral do premostenia. Účastníci uvedeného B. T., I.-J. H. a J. D., francúzski štátni občania, v písomných prehláseniach zo dňa 19.6.2007 a 19.7.2007 potvrdili, že na predmetnom večierku sa zdržali celý čas so žalobcom a R. R., že obaja požili veľké množstvo alkoholu. V odôvodnení napadnutého rozsudku prvoinštančný súd poukázal na rozsudok Súdneho dvora (druhá komora) z 24. októbra 2013 „Povinné poistenie zodpovednosti za škodu spôsobenú prevádzkou motorových vozidiel - Smernica 72/166/EHS - Článok 3 ods. 1 - Smernica 90/232/EHS - Článok 1 - Dopravná nehoda - smrť cestujúceho - Právo partnera a maloletého dieťaťa na náhradu ujmy - nemajetková ujma - náhrada ujmy - Krytie povinným poistením“ vo veci C 22/12, podľa ktorého z odôvodnení prvej a druhej smernice vyplýva, že tieto smernice na účely účinnej realizácie spoločného trhu smerujú na jednej strane k zabezpečeniu voľného pohybu tak motorových vozidiel obvykle sa nachádzajúcich na území Únie, ako aj osôb vo vozidle a na druhej strane k zabezpečeniu porovnateľného zaobchádzania s poškodenými účastníkmi nehôd spôsobených týmito vozidlami bez ohľadu na to, kde presne na území Únie došlo k nehode (rozsudok z 23. októbra 2012, Marques Almeida, C 300/10, bod 26 a citovaná judikatúra). Prvá smernica, spresnená a doplnená druhou a treťou smernicou, teda ukladá členským štátom povinnosť zabezpečiť, aby zodpovednosť za škodu spôsobenú prevádzkou motorových vozidiel, ktoré sa obvykle nachádzajú na ich území, bola krytá poistením, a spresňuje najmä druhy škôd a okruh poškodených, tretích osôb, na ktoré sa toto poistenie musí vzťahovať (rozsudok Marques Almeida, už citovaný, bod 27 a citovaná judikatúra). Povinnosť krytia poistením zodpovednosti za škodu spôsobenú tretím osobám motorovými vozidlami sa odlišuje od rozsahu náhrady tejto škody vyplývajúcej zo zodpovednosti poisteného za škodu. Zatiaľ čo povinnosť krytia poistením je zabezpečená a definovaná právnou úpravou Únie, rozsah náhrady škody sa v zásade spravuje vnútroštátnym právom (rozsudok Marques Almeida, už citovaný, bod 28 a citovaná judikatúra). Súdny dvor už rozhodol, že z cieľa prvej, druhej a tretej smernice, ako aj z ich znenia vyplýva, že ich zámerom nie je harmonizácia režimov zodpovednosti za škodu v členských štátoch a že podľa súčasného stavu právneho poriadku Únie sú členské štáty stále oprávnené upraviť režim zodpovednosti za škodu, ktorý sa uplatňuje na dopravné nehody spôsobené prevádzkou motorových vozidiel (rozsudok Marques Almeida, bod 29 a citovaná judikatúra). V dôsledku toho a predovšetkým vzhľadom na článok 1 bod 2 prvej smernice sú za súčasného stavu právneho poriadku Únie členské štáty v zásade oprávnené v rámci svojich režimov zodpovednosti za škodu upraviť najmä škody spôsobené motorovými vozidlami, ktoré sa musia nahradiť, rozsah ich náhrady a osoby, ktoré majú na ich náhradu nárok. Súdny dvor spresnil, že členské štáty musia pri výkone svojich právomocí v tejto oblasti dodržiavať právo Únie a že ustanovenia vnútroštátneho práva, ktoré upravujú náhradu škody pri nehodách spôsobených prevádzkou motorových vozidiel, nemôžu odňať prvej, druhej a tretej smernici potrebný účinok (rozsudok Marques Almeida, bod 31 a citovaná judikatúra). Pokiaľ ide o krytie škôd spôsobených motorovými vozidlami, ktoré sa musia nahradiť podľa vnútroštátneho práva zodpovednosti za škodu, povinným poistením, článok 3 ods. 1 druhá veta prvej smernice členským štátom, ako uviedla nemecká vláda, nepochybne ponecháva právo určiť, aká škoda bude krytá a aké budú podmienky povinného poistenia zodpovednosti za škodu (pozri v tomto zmysle rozsudok z 28. marca 1996, Ruiz Bernáldez, C 129/94, Zb. s. I 1829, bod 15). Článok 1 druhej smernice s cieľom znížiť rozdiely medzi právnymi predpismi členských štátov týkajúcimi sa rozsahu povinnosti krytia poistením stanovil v oblasti zodpovednosti za škodu povinné krytie škody na majetku, ako aj ujmy na zdraví v určitých sumách. Článok 1 tretej smernice túto povinnosť rozšíril na krytie ujmy na zdraví spôsobenej všetkým cestujúcim okrem vodiča (rozsudok Ruiz Bernáldez, už citovaný, bod 16). Členské štáty sú teda povinné zabezpečiť, aby zodpovednosť za škodu spôsobenú prevádzkou motorových vozidiel, ktorá sa uplatňuje podľa ich vnútroštátneho práva, bola krytá poistením v súlade s ustanoveniami prvej, druhej a tretej smernice (rozsudok Marques Almeida, bod 30 a citovaná judikatúra). Z toho vyplýva, že sloboda členských štátov určiť, aká škoda bude krytá a aké budú podmienky povinného poistenia, bola obmedzená druhou a treťou smernicou tým, že tieto smernice stanovili povinné krytie niektorých škôd v určitých minimálnych sumách. Medzi škodami, ktoré musia byť kryté, sa v súlade s článkom 1 ods. 1 druhej smernice nachádza najmä ujma na zdraví. Z uvedeného je zrejmé, že členské štáty musia vykonávať svoje právomoci v súlade s právom Únie, a teda s článkom 3 ods. 1 prvej smernice, článkom 2 ods. 1 druhej smernice a článkom 1 tretej smernice, ktorých cieľom je zabezpečiť, aby povinné poistenie vozidiel umožnilo všetkým spolujazdcom, obetiam nehody spôsobenej vozidlom, odškodnenie za ujmu, ktorú utrpeli. Zo znenia uvedených ustanovení vyplýva, že je potrebné rozlišovať v kontexte povinného poistenia zodpovednosti za škodu spôsobenú prevádzkou motorového vozidla, medzi dvomi odlišnými právnymi inštitútmi. Na jednej strane stojí občianskoprávna zodpovednosť za škodu spôsobenú prevádzkou motorového vozidla, na druhej strane stojí pokrytie tejto zodpovednosti povinným poistením. Tieto dva právne inštitúty sú úzko spojené, ale zároveň sú upravené v práve Únie odlišným spôsobom a v odlišnom rozsahu. Ako totiž rozhodol Súdny dvor, povinnosť poistného krytia cestujúcich, pokiaľ sa stali obeťami nehody spôsobenej vozidlami, sa odlišuje od rozsahu ich odškodnenia. Zatiaľ čo povinnosť poistného krytia je zabezpečená a definovaná právnou úpravou Únie, odškodnenie sa spravuje v zásade vnútroštátnym právom. V tejto súvislosti Súdny dvor už uviedol, že cieľom prvej, druhej a tretej smernice nie je harmonizácia režimov zodpovednosti za škodu v členských štátoch a že podľa súčasného práva Únie členské štáty môžu voľne upraviť režim zodpovednosti za škodu, uplatniteľný na poistné prípady vyplývajúce z prevádzky motorových vozidiel. Členské štáty sú však povinné zabezpečiť, aby zodpovednosť za škodu uplatniteľná podľa ich vnútroštátneho práva bola krytá poistením v súlade s ustanoveniami uvedených smerníc (pozri rozsudok Súdneho dvora vo veci C-356/05, Farrell, body 32 a 33, ako aj tam citovanú judikatúru) a zabezpečiť, aby povinné poistenie vozidiel umožnilo všetkým spolujazdcom, obetiam nehody spôsobenej vozidlom, odškodnenie za ujmu, ktorú utrpeli. Vnútroštátna právna úprava definovaná na všeobecných a abstraktných kritériách nemôže odmietať alebo neprimerane obmedzovať odškodnenie cestujúceho z jediného dôvodu jeho spoluúčasti na vzniku škody. Rozsah odškodnenia môže byť obmedzený iba vo výnimočných prípadoch, na základe individuálneho posúdenia a za rešpektovania práva Únie. Z uvedených dôvodov sa preto nestotožnil s argumentáciou žalobcu, že krátenie plnenia o jeho spoluvinu ako spolucestujúceho, je vylúčené. Žalobca ako spolujazdec v osobnom motorovom vozidle, prevádzkou ktorého mu bola spôsobená škoda, síce vznik dopravnej nehody priamo nezapríčinil a nebolo preukázané, že by mal možnosť zabrániť priamo nehode, ale svojim nezodpovedným konaním zapríčinil vznik škody. Ak by nenasadol do osobného motorového vozidla s vodičom, ktorý bol pod vplyvom alkoholu, o čom žalobca mal vedomosť, tak by ku škode na jeho strane nedošlo a táto skutočnosť je potom relevantná vo vzťahu k vzniku škody, keď je nepochybné, že žalobca ako spolujazdec, t.j. ako účastník cestnej premávky (bez bližšie stanovených zákonných povinností) sa svojim nezodpovedným konaním podieľal na vzniku škody, škodlivom výsledku. Žalobca v konaní neuviedol žiadne ďalšie relevantné argumenty, ktoré by odôvodňovali v tomto konkrétnom prípade vylúčenie jeho spoluzavinenia. Stotožnil sa so stanovením spoluviny žalobcu v konaní vedenom pod sp.zn. 12 C 74/2005 ako aj rozsahu tohto spoluzavinenia. Zo záverov súdu v uvedenom konaní vyplýva, že bolo preukázané, že škoda na zdraví žalobcu bola spôsobená aj jeho zavinením, a preto jej následky musí znášať pomerne. Spoluzavinenie žalobcu súd videl v tom, že nastúpil do motorového vozidla s vodičom, ktorý bol pod vplyvom alkoholu, mohol dopravnej nehode zabrániť tým, že by do motorového vozidla s vodičom pod vplyvom alkoholu nenastúpil, alebo by tohto vodiča od šoférovania pod vplyvom alkoholu odhovoril. Žalobca sa pre jazdu so šoférom pod vplyvom alkoholu rozhodol sám, a preto je rovnako zodpovedný za následky škody na zdraví, keďže svojím konaním prispel k vzniku škody, pričom sa na večierku, ktorý dopravnej nehode predchádzal, sám priviedol do stavu opitosti, čo pred súdom uznal, v dôsledku čoho nebol schopný rozumne posúdiť stav vodiča motorového vozidla, rozpoznať možné následky jazdy pod vplyvom alkoholu a hroziace nebezpečenstvo. Tvrdenia žalobcu o tom, že nevedel, že vodič R. R. bol pod vplyvom alkoholu, súd s poukazom na hladinu alkoholu v krvi vodiča zistenú po dopravnej nehode 1,82 promile a žalobcovu vlastnú opitosť vyhodnotil ako účelovú, s cieľom získať vlastný prospech. Písomnými prehláseniami účastníkov večierka zo dňa 19.6.2007 a 19.7.2007 mal súd za preukázané, že žalobca i vodič motorového vozidla R. R., ktorý pod vplyvom alkoholu dopravnú nehodu zavinil, požili veľké množstvo alkoholu. Súd pomer spoluzavinenia navrhovateľa ako spolujazdca, na vzniknutej škode na jeho zdraví, na základe uvedeného posúdil vlastnou úvahou na 50 %. Správnosť uvedeného záveru potvrdil aj odvolací súd v rozsudku č.k. 3 Co 275/2011-431 zo dňa 24.5.2012, ktorý nadobudol právoplatnosť dňa 16.7.2012, v ktorom vyslovil právny názor, že žalobca je rovnako zodpovedný za následky spôsobenej škody, pretože svojím konaním prispel k vzniku škody. Súd neprihliadol ani na námietku žalobcu, že s poukazom na článok 4 Smernice Európskeho parlamentu a rady č. 2005/14/ES z 11.5.2005, ktorou sa menia a dopĺňajú iné smernice rady a smernicu Európskeho parlamentu a rady č. 2000/26/ES o poistení zodpovednosti za škodu spôsobenú prevádzkou motorového vozidla dopravného, nie je možné odpočítať spoluzavinenie žalobcu, nakoľko uvedené ustanovenie zaväzuje Slovenskú republiku vykonať a zabezpečiť opatrenia, aby zákonné alebo zmluvné ustanovenia obsiahnuté v poistení vylúčili cestujúceho z takého krytia, na základe ktorého vedel, alebo mal vedieť, že vodič vozidla v čase nehody bol pod vplyvom alkoholu alebo inej omamnej látky, ktoré nebolo premietnutého do § 441 Občianskeho zákonníka, podľa ktorého súd nárok žalobcu posudzoval. Prvoinštančný súd dôvodil ďalej tým, že vzhľadom k vyššie uvedenému, keď v prejednávanej veci neboli vznesené žiadne konkrétne argumenty, ktorými by bol spochybnený už právoplatne prijatý záver o spoluzavinení žalobcu ako poškodeného, sa stotožnil s tvrdením žalobcu (pravdepodobne žalovaného, poznámka odvolacieho súdu), že je v prejednávanej veci dôvodné krátiť priznanú náhradu o spoluvinu žalobcu na vzniku škody a ustálil zhodne spoluzavinenie žalobcu ako v konaní vedenom pod sp.zn. 12 C 74/2005, v rozsahu 50 %, z dôvodu ktorého priznal žalobcovi náhradu škody vo výške 10.718,38 €, t.j. 50 % z preukázanej a priznanej sumy 21.436,76 €, a vo zvyšku žalobu zamietol. S tvrdením žalobcu, že žalovaný uznal jeho nárok, keď ešte v roku 2005 vysporiadal časť jeho nárokov, odškodnil ho za bolestné a stratu na zárobku, pričom v likvidačnej správe nárok uznal čo do výšky a základu v plnom rozsahu, sa nestotožnil. Nárok žalobcu, ktorý bol predmetom konania, bol samostatným nárokom a v konaní nebolo nijakým spôsobom preukázané, že by žalovaný tento nárok žalobcu uznal čo do základu a výšky okrem už uvedeného čiastočného uznania nároku za náhradu kompenzácie zvýšených výdavkov súvisiacich s hygienou, opotrebovaním šatstva, bielizne, obuvi a bytového zariadenia a nákladov vynaložených za lieky. Súd prvej inštancie dodal, že žalobca v žalobe bol povinný podľa § 79 ods. 1 O.s.p. pravdivo opísať rozhodujúce skutočnosti a označiť dôkazy, ktorých sa dovoláva a ďalej prispieť k dosiahnutiu účelu konania pravdivým a úplným opísaním potrebných skutočností a označením dôkazných prostriedkov v zmysle ustanovenia § 120 ods. 1 O.s.p. Žalovaný navrhol, aby boli predložené potvrdenia odborných lekárov a vykonané znalecké dokazovanie na preukázanie príčinnej súvislosti medzi užívanými liekmi žalobcom a jeho poškodením zdravia v súvislosti s úrazom; od vykonania uvedeného dokazovania upustil, pretože žalovaný na vykonaní uvedených dôkazov netrval. 3.2. Žalovanému uložil aj sankciu v dôsledku nesplnenia povinnosti riadne a včas v podobe úrokov z omeškania vo výške 9,5 % zo sumy 1.856,67 € odo dňa 20.5.2009 do zaplatenia, ktorá suma predstavuje žalobcom uplatnenú sumu na náhradu škody žalobou podanou dňa 16.3.2009 po odrátaní premlčaného nároku na náhradu úhrad za lieky v sume 198,72 €, premlčaného nároku na náhradu úhrad za opatrovateľskú službu v sume 424,43 €, t.j. sumy 3.713,34 € (4.336,49 € mínus 424,43 € mínus 198,72 €), ktorá bola krátená o spoluvinu žalobcu o 50 % (50 % zo sumy 3.713,34 €). Žalovaný sa dostal do omeškania najskôr dňom 20.5.2009, t.j. dňom nasledujúcim potom, ako mu bola doručená žaloba, keďže žalobca nepreukázal, že by žalovaného na úhradu uplatnených náhrad vyzýval, resp. že by si ich u žalovaného nejakým spôsobom uplatnil. Ďalej žalobcovi priznal úrok z omeškania vo výške 9 % zo sumy 348,53 € odo dňa 22.4.2010 do zaplatenia, ktorá suma predstavuje žalobcom uplatnenú sumu na náhradu škody podaním doručeným súdu dňa 13.4.2010, ktorá bola krátená o jeho spoluvinu o 50 % (50 % zo sumy 697,05 €), keď sa žalovaný dostal do omeškania najskôr dňom 22.4.2010, t.j. dňom nasledujúcim po doručení pripustenej zmeny petitu žaloby a žalobca nepreukázal, že by žalovaného na úhradu uplatnenej náhrady vyzýval alebo by si ju u žalovaného nejakým spôsobom uplatnil. Žalobcovi priznal úrok z omeškania vo výške 9 % zo sumy 111,87 € odo dňa 4.6.2010 do zaplatenia, suma 111,87 € predstavuje náhradu škody, ktorú si žalobca uplatnil podaním doručeným súdu dňa 3.6.2010, ktorú tiež krátil o jeho spoluvinu (50 % zo sumy 223,74 €), keď sa žalovaný dostal do omeškania najskôr dňom 4.6.2010, ktorý je nasledujúcim dňom po doručení podania zo strany žalobcu, ktorým si nárok na náhradu sumy 223,74 € uplatnil. Ďalej priznal žalobcovi úrok z omeškania vo výške 9 % zo sumy 107,60 € odo dňa 5.4.2011 do 2.6.2011, túto sumu si žalobca uplatnil titulom náhrady škody podaním doručeným súdu dňa 25.3.2011, ktorá bola krátená o jeho spoluvinu (50 % zo sumy 215,19 €), žalovaný sa dostal do omeškania najskôr dňom 5.4.2011, t.j. dňom nasledujúcim po doručení pripustenej zmeny petitu žaloby, pričom žalobca nepreukázal, že by žalovaného na úhradu uplatnenej náhrady vyzýval, resp. že by si ju u žalovaného nejakým spôsobom uplatnil, pričom tento úrok z omeškania priznal iba do dňa 2.6.2011, pretože žalovaný sumu 107,60 € žalobcovi dňa 2.6.2011 uhradil. Úrok z omeškania vo výške 8,75 % zo sumy 4.466,32 € odo dňa 20.4.2013 do zaplatenia, bol priznaný zo sumy predstavujúcej priznanú náhradu za žalobcom uplatnenú škodu podaním doručeným súdu dňa 11.4.2013, ktorá bola krátená o jeho spoluvinu (50 % zo sumy 8.932,63 €, t.j. sumy pozostávajúcej z náhrady zvýšených výdavkov súvisiacich s hygienou, opotrebovaním šatstva od 1.6.2010 do 31.3.2013 v sume 597,39 €, z náhrady zvýšených výdavkov súvisiacich so zabezpečením prevádzky vozidla od 1.6.2010 do 31.3.2013 v sume 1.075,35 €, z náhrady výdavkov za lieky v sume 83,23 € za rok 2012 a z náhrady nákladov spojených s právnym zastúpením žalobcu pri uplatnení nárokov na náhradu bolestného a sťaženia spoločenského uplatnenia v priznanej sume 7.176,66 €). Žalovaný sa dostal do omeškania najskôr dňom 20.4.2013, t.j. dňom nasledujúcim po doručení pripustenej zmeny petitu žaloby, keďže žalobca nepreukázal, že by žalovaného na úhradu uplatnenej náhrady vyzýval, alebo by si ju u žalovaného nejakým spôsobom uplatnil. Žalobcovi priznal aj úrok z omeškania vo výške 8,25 % zo sumy 450,55 € odo dňa 10.3.2014 do zaplatenia. Uvedená suma pozostáva z priznanej náhrady za uplatnenú škodu podaním doručeným súdu dňa 6.6.2014, ktorá bola tiež krátená o jeho spoluvinu (50 % zo sumy 901,09 €, ktorá pozostáva z náhrady zvýšených výdavkov súvisiacich s hygienou, opotrebovaním šatstva od 1.4.2013 do 30.6.2014 v sume 274,71 €, náhrady zvýšených výdavkov súvisiacich so zabezpečením prevádzky vozidla od 1.4.2013 do 30.6.2014 v sume 495,42 €). Žalovaný sa dostal do omeškania dňom 10.3.2014, t.j. 15. dňom po uplatnení predmetného nároku žalobcu u žalovaného listom zo dňa 18.2.2014; vo zvyšku uplatneného príslušenstva žalobu zamietol. 3.3. O trovách konania súd rozhodol podľa § 151 ods. 3 O.s.p., pretože v zložitých prípadoch, najmä z dôvodu väčšieho počtu účastníkov konania alebo väčšieho počtu nárokov uplatňovaných v konaní, môže rozhodnúť o trovách konania do 30 dní po právoplatnosti rozhodnutia vo veci samej; ustanovenie § 166 sa nepoužije a ustanovenia odsekov 1 a 2 platia primerane s tým, že lehota troch pracovných dní plynie od právoplatnosti rozhodnutia vo veci samej. 4. Proti tomuto rozsudku vo výroku, ktorým súd prvej inštancie zamietol žalobu, podal včas odvolanie žalobca dôvodiac ustanovením § 205 ods. 2 písm. a/ v spojení s § 221 ods. 1 písm. f/, § 205 ods. 2 písm. b/ d/, f/ O.s.p. (v konaní došlo k vadám uvedeným v § 221 ods. 1; konanie má inú vadu, ktorá mohla mať za následok nesprávne rozhodnutie vo veci; súd prvej inštancie dospel na základe vykonaných dôkazov k nesprávnym skutkovým zisteniam; rozhodnutie súdu prvej inštancie vychádza z nesprávneho právneho posúdenia veci). Vytkol súdu prvej inštancie, že nepostupoval správne, keď jeho uplatnené nároky krátil o 50 % pre údajnú spoluvinu. Podľa jeho názoru prvoinštančný súd nerešpektoval právne predpisy týkajúce sa poistenia zodpovednosti za škody spôsobené prevádzkou motorových vozidiel a nesledoval úmysel tohto zákona. V tejto súvislosti poukázal na právnu úpravu zodpovednosti za škodu spôsobenú motorovým vozidlom, Smernicu Rady č. 90/232/EHS a Smernicu Európskeho parlamentu a Rady 2005/14/ES a na to, že ani zákon č. 381/2001 Z.z. krátenie, resp. zníženie, poistného plnenia neumožňuje, pričom ide o špeciálny predpis aj voči ustanoveniu, ktoré poistenie neupravuje, z dôvodu ktorého ustanovenia § 415 a § 441 Občianskeho zákonníka, ktoré aplikoval odvolací súd (pravdepodobne prvoinštančný súd, poznámka odvolacieho súdu), nebolo možné použiť. Súd prvej inštancie pochybil, keď v odôvodnení napadnutého rozhodnutia nezdôvodnil prečo použil § 441 Občianskeho zákonníka, pričom špeciálny predpis, zákon č. 381/2001 Z.z., neupravuje možnosti zníženia poistného plnenia poškodenému a rieši v § 12 prípady, kedy poisťovateľovi vzniká nárok na náhradu poistného plnenia. Z odôvodnenia napadnutého rozsudku ani nevyplýva, že by prvoinštančný súd posudzoval spoluvinu z pohľadu ustanovenia § 428 Občianskeho zákonníka. Súd prvej inštancie sa stotožnil s odôvodnením rozhodnutia vo veci vedenej na Okresnom súde Bratislava I. pod sp.zn. 12 C 74/2005 ohľadne zníženia plnenia a sám krátil jeho nárok o 50 %, čím porušil princíp náhrady škody garantovaný vnútroštátnou právnou úpravou, aj právom Európskej únie. Uviedol, že od začiatku bolo nepochybné ako k dopravnej nehode došlo, že škodu spôsobil škodca ako vodič motorového vozidla pod vplyvom alkoholu, ktorý počas jazdy zaspal, vyletel z cesty a zranil nielen seba, ale vážne zranil aj jeho. Súd prvej inštancie nemal za preukázané, že pil spoločne s vodičom, ani to, že mal vedomosť o tom, že predtým, ako nastupovali do motorového vozidla, škodca požil alkoholické nápoje. Ďalej vytkol prvoinštančnému súdu, že jeho zavinenie hodnotil z hľadiska ustanovení § 415 a § 441 Občianskeho zákonníka, pričom vec mal hodnotiť podľa § 428 Občianskeho zákonníka, keď skutočnosť, že pil spolu s vodičom predmetného motorového vozidla, sama osebe nezakladá oprávnenie na zníženie poistného plnenia bez toho, aby bolo škodcom preukázané, že vedel o tom, že škodca požil alkoholické nápoje. Namietol, že súd prvej inštancie zbavenie objektívnej zodpovednosti za škodu spôsobenú prevádzkou motorového vozidla nepochopiteľne presunul na neho a v odôvodnení napadnutého rozsudku uviedol, že nepreukázal svoje tvrdenie, že pred oslavou sa dohodol so škodcom, že tento piť nebude a bude viesť motorové vozidlo. Nepreukázanie takejto dohody bolo pripísané na jeho vrub a prvoinštančný súd dospel k záveru (rovnako aj Okresný súd Bratislava I. v konaní vedenom pod sp.zn. 12 C 74/2005), že je rovnako zodpovedný za následky spôsobenia škody, pretože svojim zavineným konaním prispel k vzniku škody. Toto tvrdenie považuje za účelové, pretože je v rozpore so zámerom zákonodarcu aj Európskej únie, ktorá vo zvýšenej miere poskytuje ochranu spoluvezúcim sa osobám. Dodal, že žalovaný uznal jeho nároky v celom rozsahu, keď mu v roku 2005 oznámil, že vysporiadava jeho nároky titulom bolestného, sťaženia spoločenského uplatnenia, stratu na zárobku a konštatoval, že spoluvina nie je žiadna, ale mal vedomosť, že škodca a aj on mali nameraný alkohol v krvi, pričom v čase uznania záväzku mal k dispozícii aj trestný rozsudok. Súd prvej inštancie mu neposkytol súdnu ochranu a v príkrom rozpore so zámerom zákonodarcu jeho nároky krátil. Nestotožnil sa s tým, že prvoinštančný súd dal na jednu rovinu osobu vodiča, ktorý sa sám priviedol do stavu opitosti, ktorý pod vplyvom alkoholu viedol motorové vozidlo s osobou, ktorá síce požila alkohol a sadla si do motorového vozidla, t.j. bola spolujazdec, ale ktorá neporušila žiadne zákonné ustanovenie o premávke na pozemných komunikáciách; v tejto súvislosti poukázal na rozhodnutie Najvyššieho súdu Českej republiky zo dňa 18.12.2003, sp.zn. 25 Cdo 1264/2002. Žalovaný jeho nárok uznal, ale prvoinštančný súd nanovo skúmal právny základ uznania nároku, pričom zákon č. 381/2001 Z.z. ukladá poisťovateľovi nielen vykonať šetrenie a písomne oznámiť, či jeho nárok uznáva, ale uplatnené nároky aj odškodniť a v prípade, ak tak žalovaný neurobí, musí mu uviesť písomne dôvody neposkytnutia náhrady. Tým, že žalovaný uznal jeho nároky v plnom rozsahu, zmenové rozhodnutie súdu prvej inštancie je nielen pochybením, ale vyvoláva u neho aj stav právnej neistoty, ak vlastne uznaný záväzok žalovaného zmení, čím ho stavia do postavenia, ktoré je nezlučiteľné so zámerom zákona a garanciami zaručenými Ústavou Slovenskej republiky. Súd prvej inštancie na jednej strane predmetné konanie prerušil a čakal na rozhodnutie pri jeho inom uplatnenom nároku - škode na zdraví, ale na strane druhej tvrdí, že ak žalovaný uznal nárok čo do základu, takéto uznanie právneho základu zo strany žalovaného neakceptuje. Právny základ však pre vysporiadanie nárokov z tej istej udalosti musí byť pre všetky nároky totožné, nakoľko za tú istú udalosť musí byť posúdená zodpovednosť rovnako a nemôže prísť k situácii, že za škodu na zdraví zodpovedá škodca v rozsahu 100 %, za vecnú škodu v rozsahu 50 % a za iný nárok napríklad v rozsahu 20 %. Odôvodnenie napadnutého rozhodnutia je tak nelogické, nejasné a nezrozumiteľné. K vznesenej námietke premlčania žalovaným poukázal na ustanovenie § 11 ods. 5 zákona č. 381/2001 Z.z. a na to, že žalovaný ani nezačal od podania žaloby prešetrovať rozsah jeho povinnosti plniť, pretože ak zákon ukladá žalovanému povinnosť zisťovať rozsah povinnosti plniť, ukladá mu aj povinnosť minimálne upozorniť poškodeného aké nároky je možné odškodniť, vyzvať ho na preukázanie týchto nárokov a v prípade ak poškodený po takejto výzve neuplatní a nepreukáže v rámci premlčacej doby svoje nároky, je možné sa domáhať námietky premlčania. Súd prvej inštancie pochybil, keď nepoužil ustanovenie § 106 Občianskeho zákonníka a priklonil sa na stranu žalovaného a jeho námietku, že nepriznanie uplatneného nároku z dôvodu premlčania je v rozpore s dobrými mravmi, nevzal do úvahy, čím podporil a akceptoval neplnenie si povinnosti zo strany žalovaného. Žalobca ďalej vo svojom odvolaní namietol nesprávne stanovenie výšky priznanej náhrady za ním uplatnené nároky, pretože náhradu za kompenzáciu zvýšených výdavkov súvisiacich s hygienou, opotrebovaním šatstva, bielizne, obuvi a bytového zariadenia mu súd prvej inštancie síce priznal v celej uplatnenej sume 1.419,90 €, ale nesprávne z nej odpočítal spoluvinu, o ktorú znížil tento ním uplatnený nárok; rovnako tak urobil aj pri výdavkoch súvisiacich so zabezpečením prevádzky osobného motorového vozidla, ktoré uznal v sume 2.556,48 €, ale znížil o výšku spoluviny. Taktiež prvoinštančný súd postupoval aj pri nákladoch na nákup osobného motorového vozidla, sumu 8.796,39 € znížil o výšku jeho spoluviny. Prvoinštančný súd nesprávne postupoval aj pri určení náhrady za nákup liekov, nakoľko určil, že od roku 2005 do 31.12.2013 predstavuje táto náhrada sumu 1.231,89 €, ale odpočítal od nej sumu 198,72 € z dôvodu premlčania a rozdiel, t.j. sumu 1.033,17 €, považoval za dôvodnú. Od sumy 1.033,17 € však prvoinštančný súd ešte odrátal sumu 107,60 €, ktorú mu žalovaný zaplatil, pričom v odôvodnení napadnutého rozsudku konštatoval, že táto skutočnosť nebola medzi stranami sporu sporná. On však podaním zo dňa 23.4.2011 rozšíril žalobu o sumu 215,19 €, ktorá nepredstavovala náklady za nákup liekov (bola to iba suma 106,40 €), ale aj náklad vynaložený na opatrovateľskú službu. Ak mu žalovaný uhradil 50 %, tak z nákladov na nákup liekov a aj 50 % z ďalšieho uplatneného nároku titulom opatrovania mal potom súd prvej inštancie správne odpočítať len polovicu zo sumy 106,40 €, t.j. sumu 53,02 €, z dôvodu ktorého mu mal priznať sumu 978,59 € a nie 925,57 €. K náhrade nákladov vynaložených na opatrovateľskú službu namietal, že mu priznal súd prvej inštancie za obdobie marec 2007 až december 2011 sumu 514,94 €, ale svoju žalobu v tejto časti rozšíril o sumu 108,79 € s tým, že ak mu žalovaný z tejto sumy zaplatil 50 %, t.j. 54,57 €, nesprávne mu tak bola priznaná suma krátená o sumu 54,57 €, mala mu byť priznaná suma 569,51 €, ktorá bola tiež krátená o výšku spoluviny, s čím nesúhlasí. Nestotožnil sa ani s postupom prvoinštančného súdu pri výpočte náhrady nákladov, ktoré vynaložil na právne zastúpenie, ktorý nesprávne od zmluvnej odmeny, ktorú mu vyfakturovala jeho právna zástupkyňa v celkovej výške 25.379,65 € odpočítal sumu 18.954,84 €, ktorá mu bola priznaná rozsudkom Okresného súdu Bratislava I. zo dňa 11.3.2011, č.k. 12 C 74/2005-334, v spojení s rozsudkom Krajského súdu v Bratislave zo dňa 24.5.2012, sp.zn. 3 Co 275/2011, pretože o sumu 25.379,65 € sa mu zmenšil majetok z dôvodu, že musel viesť súdny spor, keďže si žalovaný nesplnil povinnosti vyplývajúce mu zo zákona. Poukázal na skutočnosť, že suma 18.954,84 € bola priznaná v konaní vedenom na Okresnom súde Bratislava I. jeho advokátke, nie jemu, a preto nemohol súd prvej inštancie túto tarifnú odmenu odpočítať, táto patrila jeho advokátke mimo dohodnutej zmluvnej odmeny. So svojou advokátkou si dohodol zmluvnú odmenu vo forme podielu na hodnote veci a nie aj tarifnú odmenu dohodnutú inak ako základnú sadzbu, a preto bol povinný zaplatiť advokátke 15 % zo sumy, ktorú obdržal titulom poškodenia zdravia bez ohľadu na výšku sumy, ktorú jeho advokátka dostane v prípade, ak súd rozhodne o základnej sadzbe tarifnej odmeny. Súd prvej inštancie mu mal správne priznať sumu 25.379,65 € bez odpočítania tarifnej odmeny priznanej súdom, pričom nesprávne opäť tento jeho nárok znížil o spoluvinu. Uvedená suma mu patrí v plnom rozsahu, keďže svojej právnej zástupkyni zaplatil náklady potom, ako mu súd priznal škodu na zdraví krátenú o 50 %. Dodal, že tento nárok ani nie je nárokom na náhradu škody, ide o samostatný nárok podľa § 4 ods. 2 písm. c/ zákona č. 381/2001 Z.z. na náhradu účelne vynaložených nákladov spojených s právnym zastupovaním pri uplatňovaní nárokov podľa písm. a/, b/. Nestotožnil sa ani s tým, ako mu prvoinštančný súd priznal úroky z omeškania, a to od doby, kedy boli uplatnené u žalovaného a nie podľa žaloby, keď išlo o nároky, ktoré vzniknú každý mesiac, trvajú do zmeny pomerov a po prvom uplatnení nárokov sa žalovaný nesporne uplynutím každého mesiaca dostal do omeškania a nie až momentom, kedy ďalšiu splatnú časť uplatnil na súde, resp. u žalovaného. Odvolaciemu súdu preto navrhol napadnutý rozsudok súdu prvej inštancie zmeniť a jeho žalobe v celom rozsahu vyhovieť. 5. Proti tomuto rozsudku vo výroku, ktorým bola uložená žalovanému povinnosť zaplatiť žalobcovi sumu 10.718,38 € s príslušenstvom, podal včas odvolanie žalovaný do sumy 7.986,525 € (50 % zo sumy 7.176,66 € a 8.796,39 €) dôvodiac ustanovením § 205 ods. 2 písm. f/ O.s.p. (rozhodnutie súdu prvej inštancie vychádza z nesprávneho právneho posúdenia veci). Nesúhlasil s tým, aby žalobcovi zaplatil náhradu trov právneho zastúpenia titulom vynaložených nákladov spojených s právnym zastúpením žalobcu pri uplatnení nárokov v konaní vedenom pod sp.zn. 12 C 74/2005 vo výške 7.176,66 €. Uvedené konanie a nároky žalobcu v ňom uplatnené nie sú a ani nemôžu byť predmetom tohto konania, pretože predmetné trovy konania vznikli v súvislosti s nárokmi uplatnenými žalobcom v konaní vedenom pod sp.zn. 12 C 74/2015, ktoré bolo právoplatne skončené a bolo v ňom rozhodnuté aj o trovách konania žalobcu. Z uvedeného je zrejmé, že súd prvej inštancie nemal kompetenciu rozhodnúť v tomto konaní o trovách konania žalobcu z konania vedeného pod sp.zn. 12 C 74/2005, z dôvodu ktorého vzniesol námietku res iudicata a poukázal na rozsudok Najvyššieho súdu Slovenskej republiky sp.zn. M Cdo 86/02. Uviedol, že trovy konania boli v konaní vedenom pred Okresným súdom Bratislava I. pod sp.zn. 12 C 74/2005 priznané v plnej výške podľa § 142 ods. 3 O.s.p., keďže záviseli od voľnej úvahy súdu. V konaní vedenom pod sp.zn. 12 C 74/2005 bola právoplatne priznaná aj spoluvina žalobcu na predmetnej dopravnej nehode vo výške 50 %, a preto aj trovy konania mu boli priznané v adekvátnej výške v súlade s § 441 Občianskeho zákonníka. Domnieva sa, že žalovaný nárok žalobcu v inom konaní nepreukazuje bezprostrednú súvislosť s týmto súdnym konaním, pretože zmluvná odmena je samostatným občianskoprávnym zmluvným vzťahom medzi klientom a advokátom a nespadá do rozsahu poistného krytia podľa § 4 zákona č. 381/2001 Z.z. Žalobca bola osoba poškodená a poistné krytie uvedeného zákona sa vzťahuje na osobu poisteného, resp. na škodu, ktorú poškodená osoba uhradí svojmu advokátovi, dokonca ešte mimo súdneho sporu pred podaním žaloby; nie je škodou, ktorá by vznikla poškodenému v súvislosti s konaním poisteného, a tak jemu ako poisťovateľovi nevzniká povinnosť k jej úhrade. V prípade, ak aj poškodený uhradil advokátovi náhradu zmluvnej odmeny na základe samostatného občianskoprávneho vzťahu, nemožno spravodlivo požadovať od poisťovateľa jej úhradu z dôvodu, že poškodenému už bola priznaná náhrada trov konania v konaní pred súdom, pretože by tak na jeho strane došlo k bezdôvodnému obohateniu. Vytkol súdu prvej inštancie, že náležite právne neodôvodnil nárok vo výške 7.176,66 €, čím porušil ustanovenie § 157 ods. 2 O.s.p. a iba sa priklonil k žalobe. Povinnosť súdu riadne odôvodniť rozhodnutie je odrazom práva strany na dostatočné a presvedčivé odôvodnenie spôsobu rozhodnutia súdu, ktoré sa vysporiada aj so špecifickými námietkami strany sporu. Porušením uvedeného práva strany sporu na jednej strane a povinnosti súdu na strane druhej strane sporu sa odníma možnosť náležite skutkovo aj právne argumentovať proti rozhodnutiu súdu v rámci využitia prípadných riadnych a mimoriadnych opravných prostriedkov. Žalovaný nesúhlasil ani s tým, že mu bola uložená povinnosť zaplatiť žalobcovi sumu 8.796,39 € titulom rozdielu vynaložených nákladov medzi nadobúdacou cenou osobného motorového vozidla a priznaným príspevkom na jeho kúpu s odôvodnením, že tento nárok vychádza z § 4 zákona č. 381/2001 Z.z. Súd prvej inštancie tento nárok subsumoval pod vecnú škodu, ale podľa jeho názoru tento nárok nie je škodou, pretože priznanie a vyplatenie príspevku na kúpu motorového vozidla vo výške 200.000,- Sk vychádzalo z iného právneho predpisu ako zo zákona č. 381/2001 Z.z. alebo Občianskeho zákonníka, ktoré predpisy upravujú ako jediné náhradu škody. Prvoinštančný súd právne nezdôvodnil, na základe akého právneho predpisu by mal uhradiť žalobcovi predmetný rozdiel z povinného zmluvného poistenia, a ani sám žalobca neodôvodnil z akého právneho titulu považuje úhradu sumy vo výške 8.796,39 € za škodu podľa jej definície Občianskym zákonníkom alebo zákonom č. 381/2001 Z.z. Nespôsobil žalobcovi škodu tým, že by bol žalobca nútený zakúpiť si drahšie motorové vozidlo pre svoje potreby. Odborné vyjadrenie, na základe ktorého údajne žalobca potreboval na uspokojenie svojich potrieb práve predmetné motorové vozidlo, považuje za zmätočné a nedostatočné pre priznanie tohto nároku, keď žalobca žiadnym potvrdením od lekára, resp. znaleckým posudkom, nepodložil svoje tvrdenie, že by musel mať vo svojom zakúpenom motorovom vozidle nainštalovanú klimatizáciu, ako drahú doplnkovú výbavu, že klimatizácia a aj samotný typ zakúpeného vozidla s nadštandardnou výbavou mu pomáha pri preprave v príčinnej súvislosti s jeho poškodením zdravia. Aj v tomto prípade sa súd prvej inštancie pri priznaní tohto nároku priklonil k nároku žalobcu bez bližšieho zdôvodnenia. Odvolaciemu súdu preto navrhol napadnutý rozsudok súdu prvej inštancie zmeniť a žalobu zamietnuť ako neopodstatnenú a nedôvodnú, alebo napadnutý rozsudok zrušiť a vec vrátiť súdu prvej inštancie na ďalšie konanie. 6. Žalovaný vo vyjadrení k odvolaniu žalobcu uviedol, že odvolanie žalobcu považuje za právne irelevantné. Súd prvej inštancie postupoval správne, vykonal dostatočné dokazovanie v časti, v ktorej zamietol nároky žalobcu, keď napadnutý rozsudok aj vyčerpávajúco zdôvodnil. Pridržal sa v otázke spoluviny žalobcu konania vedeného na Okresnom súde Bratislava I. pod sp.zn. 12 C 74/2005, ktoré už bolo právoplatne skončené. Zotrval na svojich písomných podaniach a ústnych prednesoch vykonaných vo veci. Navrhol odvolaciemu súdu odvolanie žalobcu ako nedôvodné zamietnuť. 7. Žalobca vo vyjadrení k odvolaniu žalovaného uviedol, že toto odvolanie nespĺňa základné náležitosti, ktorými sú odôvodnenie odvolania, keďže napadol a uviedol dôvody nesprávneho právneho posúdenia iba v dvoch uplatnených nárokoch, a to vynaloženie nákladov právneho zastúpenia a sumy, ktorú mu súd prvej inštancie priznal ako náklady vynaložené na kúpu motorového vozidla a vo zvyšku, t.j. ktorým mu boli priznané ďalšie uplatnené nároky, žalovaný v odvolaní nešpecifikoval. K odvolaniu žalovaného, ktorým napadol rozsudok súdu prvej inštancie v priznaní sumy titulom vynaložených nákladov na právne zastúpenie pri uplatňovaní nárokov titulom bolestného a sťaženia spoločenského uplatnenia poukázal na skutočnosť, že sa nikdy nedomáhal náhrady trov právneho zastúpenia ako trov, ktoré mu vznikli v súvislosti s vedením sporu na Okresnom súde Bratislava I. pod sp.zn. 12 C 74/2005, v ktorom mu boli trovy konania vo výške tarifnej odmeny priznané a vyplatené jeho advokátke, v tejto časti podal proti napadnutému rozsudku odvolanie, pretože prvoinštančný súd z nepochopiteľných dôvodov odpočítal tarifnú odmenu od uplatneného nároku, ktorým je náhrada nákladov ním vynaložených vo forme dohodnutej zmluvnej odmeny právnej zástupkyni. Náklady na právne zastúpenie svojej právnej zástupkyni uhradil a týmto momentom mu vznikla škoda, ktorú mu musí žalovaný zaplatiť podľa § 4 ods. 2 písm. c/ zákona č. 381/2001 Z.z. Nestotožnil sa s tvrdením žalovaného v jeho odvolaní, že bol zaviazaný na zaplatenie náhrady trov právneho zastúpenia titulom vynaložených nákladov spojených s jeho právnym zastúpením v konaní vedenom pod sp.zn. 12 C 74/2005, a že ide o res iudicata, pretože uzavrel so svojou právnou zástupkyňou dohodu o právnom zastúpení a dohodli sa na zmluvnej odmene, ktorú mal zaplatiť vtedy, ak bude úspešný pri uplatňovaní nárokov titulom bolestného, sťaženia spoločenského uplatnenia a jeho mimoriadneho zvýšenia. Táto zmluvná odmena nebola predmetom uvedeného konania, pričom tarifná odmena nebola súčasťou dohodnutej zmluvnej odmeny. Žalovaný nesplnil a porušil povinnosti, ktoré mu ukladá zákon č. 381/2001 Z.z. v ustanovení § 11, keď mu ani neoznámil, aké nároky vysporiadava, aké nároky priznáva a nezaslal ani žiadne písomné stanovisko. Preto mu vznikol nárok na vyplatenie zmluvnej odmeny, ktorý by mu vznikol aj v prípade, ak by sa súdne konanie na Okresnom súde Bratislava I. pod sp.zn. 12 C 74/2005 neviedlo. Neobstojí ani tvrdenie žalovaného, že priznaním tarifnej odmeny v konaní, ktoré sa viedlo ohľadne náhrady škody na zdraví, ide o právoplatne rozhodnutú vec, pretože súd v tomto konaní nikdy o zmluvnej odmene, ktorá je predmetom tohto konania, nerozhodoval, ani nerozhodol. K rozhodnutiu Najvyššieho súdu Slovenskej republiky sp.zn. M Cdo 86/2002 uviedol, že toto sa na jeho prípad aplikovať nedá, pretože sa v ňom riešila tarifná odmena, pričom v tomto konaní sa zaplatenia tarifnej odmeny nedomáha. Na rozdiel od žalovaného sa domnieva, že súd prvej inštancie napadnuté rozhodnutie odôvodnil jasne, zdôvodnil prečo jednotlivé nároky a v akom rozsahu priznáva, z akého dôvodu vo zvyšku jeho uplatnené nároky zamietol. K nákladom vynaloženým na kúpu motorového vozidla dôvodil, že má nárok na náhradu akejkoľvek škody a ujmy, ktorá mu vznikla ako dôsledok poškodenia zdravia. V konaní preukázal, že je schopný sa premiestňovať na zabezpečenie svojich potrieb iba motorovým vozidlom, z dôvodu ktorého mu bol priznaný aj príspevok na kúpu motorového vozidla, keďže v tom čase spĺňal podmienky osoby sociálne odkázanej na pomoc. Bol mu poskytnutý príspevok vo výške 200.000,- Sk, škoda mu vznikla nie v sume hodnoty nového motorového vozidla, ale v sume, ktorú reálne vynaložil na to, aby si motorové vozidlo mohol zaobstarať, t.j. rozdiel medzi kúpnou cenou vo výške 465.000,- Sk a sumou 200.000,- Sk. Súd prvej inštancie právny titul priznania tejto škody uviedol a odôvodnil. Odvolaciemu súdu navrhol odvolanie žalovaného odmietnuť, pretože neobsahuje žiadne dôvody nesprávneho právneho posúdenia, tieto nedoplnil ani v lehote na podanie odvolania; napadnutý rozsudok v časti, v ktorej súd prvej inštancie rozhodol o jeho nároku na priznanie nákladov vynaložených na kúpu motorového vozidla a nákladov spojených s právnym zastúpením, navrhol ako vecne správny potvrdiť. 8. Žalovaný vo vyjadrení k vyjadreniu žalobcu k jeho odvolaniu uviedol, že svoje odvolanie odôvodnil náležite a zotrval na doterajších vyjadreniach. K náhrade škody - uplatnených nákladoch zmluvnej odmeny právneho zastúpenia žalobcu, nestotožnil sa s argumentáciou žalobcu uvedenú v jeho vyjadrení, pretože je v rozpore so žalobcom predloženými faktúrami zo dňa 11.7.2012, č. 12/2012 a zo dňa 2.4.2013, č. 9/2013, ktoré boli vystavené zo strany právnej zástupkyne žalobcu, pričom v prípade faktúry č. 12/2012 sa ako predmet dodania fakturovaných služieb uvádza, že sa fakturuje na základe zmluvy o právnej pomoci zo dňa 9.11.2005 zmluvná odmena vo výške 15 % + DPH zo sumy 79.018,62 €, ktorá bola pripísaná na účet dňa 10.7.2012 podľa rozsudku Krajského súdu v Bratislave zo dňa 24.5.2012, č.k. 3 Co 275/2011-431, v spojení s rozsudkom Okresného súdu Bratislava I. zo dňa 11.3.2011, č.k. 12 C 74/2005-334. Rovnako to bolo aj v prípade faktúry č. 9/2013, v ktorej je tiež uvedené, že sa fakturuje na základe zmluvy o právnej pomoci zmluvná odmena vo výške 15 % + DPH zo sumy 61.979,49 €, ktorá bola uhradená podľa rozsudku Okresného súdu Bratislava I. zo dňa 16.11.2012, č.k. 12 C 74/2005-451. Z uvedeného jednoznačne vyplýva, že zmluvná odmena, ktorej náhrady sa žalobca domáha v tomto konaní, bola viazaná na právne zastúpenie vo veci sp.zn. 12 C 74/2005, pričom toto súdne konanie bolo začaté dňa 11.3.2005, t.j. pred uzavretím uvedenej zmluvy o právnej pomoci. Nesúhlasil s názorom žalobcu, že uvedené zmluvné odmeny považuje za škodu, na náhradu ktorej by mal nárok podľa § 4 ods. 2 písm. c/ zákona č. 381/2001 Z.z. V tejto súvislosti poukázal na uvedené ustanovenie zákona č. 381/2001 Z.z., rozhodnutie Najvyššieho súdu Slovenskej republiky zo dňa 28.4.2016, sp.zn. 6 Cdo 402/2015, s tým, že ak si poškodený zmluvne dojednáva so svojim právnym zástupcom vyplatenie zmluvnej odmeny, ktorá presahuje tarifnú odmenu podľa vyhlášky č. 655/2004 Z.z., nie je možné takéto konanie považovať za konanie v súlade s § 417 ods. 1 Občianskeho zákonníka a zvýšené náklady na trovy právneho zastúpenia si musí poškodený znášať sám; zotrval na prekážke res iudicata. K nároku týkajúceho sa nákladov vynaložených na kúpu motorového vozidla uviedol, že tento nárok nemožno podriadiť pod žiaden nárok taxatívne uvedený v § 4 ods. 2 zákona č. 381/2001 Z.z., platného v čase vzniku dopravnej nehody (ku dňu 14.7.2002). Skutočnosť, že žalobcovi bol priznaný peňažný príspevok na kúpu osobného motorového vozidla neznamená, že musí zaplatiť zvyšok kúpnej ceny žalobcom zakúpeného vozidla, a to vzhľadom na absenciu krytia takýchto nákladov v rámci ustanovenia § 4 ods. 2 zákona č. 381/2001 Z.z. Pri tomto nároku chýba právny základ, na základe ktorého by ho bolo možné ako poisťovateľa priamo zaviazať na doplatenie kúpnej ceny žalobcom zakúpeného motorového vozidla. Zotrval na tom, že v tomto prípade sa nejedná o škodu, na ktorú by mal žalobca nárok, ako aj na svojom odvolacom návrhu; žiadal trovy odvolacieho konania. 9. Žalobca sa k vyjadreniu žalovaného k jeho vyjadreniu k jeho odvolaniu nevyjadril. 10. Odvolací súd preskúmal vec súc pritom viazaný rozsahom a dôvodmi odvolania [§ 470 ods. l, ods. 2, § 379, § 380 ods. 1 Civilného sporového poriadku (zákon č. 160/2015 Z.z. účinný od 1.7.2016), ďalej len C.s.p.], túto prejednal na odvolacom pojednávaní podľa § 385 ods. 1 C.s.p. dňa 31.10.2018, na ktorom zopakoval dokazovanie (§ 384 ods. 1 C.s.p.) oboznámením rozsudku súdu prvej inštancie zo dňa 21.7.2014, č.k. 16 C 97/2009-519, odvolaním žalobcu zo dňa 7.8.2014, odvolaním žalovaného zo dňa 7.8.2014, vyjadrením žalovaného k odvolaniu žalobcu, vyjadrením žalobcu k odvolaniu žalovaného, doplnil dokazovanie vyjadrením žalobcu a žalovaného (§ 195 ods. 1, § 204 v spojení s § 378 ods. 1, § 177 ods. 1, § 182 C.s.p.). Odvolací súd uzavrel, že odvolanie žalobcu dôvodné nie je a odvolanie žalovaného je dôvodné sčasti. 11.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212 ods. 1, ods. 3, § 213 ods. l, ods. 5 O.s.p., § 470 ods. 2 veta druhá C.s.p.). Rozhodujúcim pre posúdenie vecnej a právnej správnosti rozsudku súdu prvej inštancie boli skutočnosti, ktoré vyšli najavo vykonaným dokazovaním súdom prvej inštancie, na odvolacom súde. Napokon táto zákonná zásada platí aj po 1.7.2016 (§ 383 C.s.p.). V konaní pred súdom prvej inštancie sa nevyskytla žiadna vada uvádzaná v ustanovení § 212 ods. 3 O.s.p., takú ani odvolatelia netvrdili, ktorá by mala za následok nesprávne rozhodnutie a na ktoré by musel odvolací súd prihliadať. XX. F. možné sa stotožniť s odvolacou námietkou žalobcu, že súd prvej inštancie nepostupoval správne, keď mu jeho uplatnené nároky krátil pre údajnú spoluvinu o XX %. Q. otázka, či je daný predpoklad zavineného protiprávneho konania R. vodiča motorového vozidla zn. R. M., EČ: BY XXX AE, v ktorom žalobca sedel ako spolujazdec, ktorý zavinil dopravnú nehodu dňa XX.X.XXXX vo M., či je tento vodič zodpovedný za predmetný úraz žalobcu a v akej miere, už bola právoplatne vyriešená v konaní vedenom na Okresnom súde Bratislava I. po sp.zn. 12 C 74/2005, v ktorom žalobca na tom istom skutkovom základe uplatňoval nárok na náhradu škody za bolestné a sťaženie spoločenského uplatnenia voči žalovanému (ako žalovanému v I. rade) a uvedenému vodičovi (ako žalovanému v II. rade). V tomto konaní bola určená zodpovednosť uvedeného vodiča za úraz žalobcu a jeho zavinené protiprávne konanie, pričom miera jeho zavinenia bola určená v rozsahu 50 %, a teda žalobcovi ako spolujazdcovi bolo ustálené zavinenie 50 %. Ako vyplýva z napadnutého rozsudku, odvolaní, vyjadrení, rozsudok Okresného súdu Bratislava I. zo dňa 9.12.2009, č.k. 12 C 74/2005-206, ktorým uložil žalovanému v I. rade povinnosť zaplatiť žalobcovi sumu 117.008,56 € (3.525.000,- Sk), vo zvyšku žalobu zamietol, žalovaným v I., II. rade nepriznal náhradu trov konania, žalovanému v I. rade uložil povinnosť zaplatiť na účet súdu súdny poplatok vo výške 5.850,42 € do troch dní od právoplatnosti rozsudku v spojení s doplňujúcim rozsudkom zo dňa 9.12.2009, č.k. 12 C 74/2005-220, ktorým zaviazal žalovaného v I. rade na zaplatenie trov štátu vo výške 19,12 € na účet súdu, Krajský súd v Bratislave, na odvolanie žalobcu a žalovaného v I. rade, uznesením zo dňa 11.5.2010, č.k. 14 Co 97/2010-257, zrušil v celom rozsahu a vec vrátil súdu prvej inštancie na ďalšie konanie. Rozsudkom č.k. 12 C 74/2005-334, zo dňa 11.3.2011, Okresný súd Bratislava I. uložil žalovanému v I. rade povinnosť zaplatiť žalobcovi sumu 140.998,31 € (4.247.715,- Sk) a trovy konania vo výške 15.524,83 €, vo zvyšku žalobu voči žalovanému v I. rade zamietol, zamietol žalobu aj voči žalovanému v II. rade, ktorému náhradu trov konania nepriznal a uložil žalovanému v I. rade povinnosť zaplatiť na účet súdu súdny poplatok vo výške 8.460,- € a trovy štátu vo výške 42,82 €, všetko do troch dní od právoplatnosti rozsudku. Na odvolanie žalobcu Krajský súd v Bratislave rozsudkom zo dňa 24.5.2012, č.k. 3 Co 275/2011-431, ktorý nadobudol právoplatnosť dňa 16.7.2012, uvedený rozsudok súdu prvej inštancie potvrdil v časti, v ktorej uložil žalovanému v I. rade povinnosť zaplatiť žalobcovi sumu 79.018,62 € (titulom sťaženia spoločenského uplatnenia), v časti zamietnutia zvyšku žaloby voči žalovanému v I. rade, v časti zamietnutia žaloby voči žalovanému v II. rade, zrušil tento rozsudok v časti zaplatenia sumy 61.979,49 € (titulom bolestného), trov konania a trov konania štátu a v tomto rozsahu mu vrátil vec na ďalšie konanie. Okresný súd Bratislava I. rozsudkom zo dňa 16.11.2012, č.k. 12 C 74/2005-451, ktorý nadobudol právoplatnosť dňa 14.1.2013, zaviazal žalovaného v I. rade na zaplatenie sumy 61.979,49 € (titulom bolestného) žalobcovi, ako i trovy konania v sume 18.954,84 € k rukám D.. L. T., všetko do troch dní od právoplatnosti rozsudku; zároveň uložil žalovanému v I. rade povinnosť zaplatiť na účet súdu súdny poplatok vo výške 8.460,- € a trovy štátu v sume 42,82 €, do troch dní od právoplatnosti rozsudku. Právoplatný rozsudok sa stal podľa § 159 ods. 2 O.s.p. (§ 228 ods. 1 C.s.p.) záväzným pre strany sporu, ako aj pre štátne orgány, teda aj pre súdy (pozri rozsudok Najvyššieho súdu Slovenskej republiky sp.zn. 7 Obo 230/1999, publikovaný v Zbierke stanovísk Najvyššieho súdu Slovenskej republiky a rozhodnutí súdov Slovenskej republiky 4/2000 pod č. 68). Vzhľadom na uvedené sa tento rozsudok stal záväzným aj pre súd konajúci o predmetnej žalobe žalobcu, a preto aj pre danú vec platí, že na strane žalobcu je dané zavinené protiprávne konanie v rozsahu 50 % jeho zavinenia. Odvolací súd zdôrazňuje vyjadrenie žalovaného, že Najvyšší súd Slovenskej republiky rozsudkom zo dňa 27.8.2014, sp.zn. 2 M Cdo 9/2013, zamietol mimoriadne dovolanie generálneho prokurátora Slovenskej republiky proti rozsudku Okresného súdu Bratislava I. č.k. 12 C 74/2005-334 zo dňa 11.3.2011, vo výroku, ktorým žalobu voči žalovanému vo zvyšku zamietol a vo výroku, ktorým zamietol žalobu voči R. R. ako žalovanému v II. rade v spojení s rozsudkom Krajského súdu v Bratislave zo dňa 24.5.2012, sp.zn. 3 Co 275/2011, vo výrokoch, ktorými rozsudok súdu prvej inštancie v uvedených zamietajúcich výrokoch potvrdil. Najvyšší súd Slovenskej republiky v uvedenom rozsudku konštatoval, že žalobca svojim správaním porušil svoju všeobecnú prevenčnú povinnosť podľa ustanovenia § 415 Občianskeho zákonníka, pretože ak by do motorového vozidla, ktoré riadil R. R. pod vplyvom alkoholu, nenastúpil, resp. by vodiča od riadenia odhovoril, ku škode na jeho zdraví by vôbec nedošlo. Keďže okolnosti na strane žalobcu viedli k vzniku škody na jeho zdraví, súdy nižšieho stupňa správne postupovali, keď v zmysle ustanovenia § 441 Občianskeho zákonníka rozhodli, že žalobca a R. R. ako žalovaný v II. rade a žalobca ako poškodený, budú znášať následky škodnej udalosti pomerne. Neobstálo ani tvrdenie žalobcu, že prvoinštančný súd nerešpektoval právne predpisy týkajúce sa poistenia zodpovednosti za škodu spôsobenú prevádzkou motorového vozidla, ani že neprihliadol na smernice Rady č. 72/166/EHS, č. 90/232/EHS, č. 2005/14/ES, pretože Najvyšší súd Slovenskej republiky sa vo svojom rozhodnutí rozsiahlo zaoberal námietkou generálneho prokurátora Slovenskej republiky, ktorou namietal, že súdy nižšej inštancie pri svojom rozhodovaní neprihliadli na smernicu Rady č. 90/232/EHS a smernicu Európskeho parlamentu a Rady č. 2005/14/ ES, keď dospel k záveru, že k dopravnej nehode došlo dňa XX.X.XXXX, a preto museli súdy nižšej inštancie pri rozhodovaní o nároku žalobcu skúmať hmotnoprávne podmienky pre priznanie náhrady škody na zdraví v zmysle právnej úpravy platnej a účinnej na území Slovenskej republiky k 14.7.2002. Právo Európskej únie v čase posudzovanej právnej skutočnosti nebolo na území Slovenskej republiky platné a účinné, a preto súdy správne neprihliadli na smernicu Rady č. 90/232/EHS a č. 2005/14/ES; z uvedených smerníc nevyplýva, že by bola pripustená ich retroaktívna aplikácia. Súd prvej inštancie v predmetnej právnej veci (sp.zn.16 C 97/2009) teda pri svojom rozhodovaní postupoval správne, keď spoluzavinenie žalobcu ustálil zhodne ako v konaní vedenom na Okresnom súde Bratislava I. pod sp.zn. 12 C 74/2005 v rozsahu 50 % a neprihliadol na vyššie uvedené smernice. 13. Odvolací súd, na rozdiel od záverov súdu prvej inštancie, je toho názoru, že žalobcovi neprináleží nárok titulom vynaložených nákladov na právne zastúpenie v konaní vedenom pod sp.zn. 12 C 74/2005, pretože podľa ustanovenia § 7, § 8 vyhlášky č. 655/2004 Z.z. nárok na podielovú odmenu vzniká až vtedy, keď mal klient plný úspech vo veci, t.j. až po skončení súdneho konania. Podielová odmena má charakter odmeny, jednak dobrovoľnej (klient môže ale nemusí k takejto dohode pristúpiť), jednak nárok na ňu vzniká až v prípade úspechu vo veci (klient tieto náklady nevynakladá vopred, ale až po tom, čo bol vo veci úspešný, pričom aj ich vyplatenie závisí len na úspechu v konaní a v prípade neúspechu nárok na podielovú odmenu nevzniká). Ustanovenie § 4 ods. 2 písm. c/ zákona č. 381/2001 Z.z. hovorí o tom, že musí ísť nielen o účelne vynaložené náklady, ale musí ísť o náklady vynaložené pri uplatňovaní nárokov a nie až po ich vyplatení. Čiže musí ísť o náklady účelne vynaložené na dosiahnutie vyplatenia nárokov z poistného plnenia a nie náklady vynaložené po dosiahnutí, resp. vyplatení nárokov. Akékoľvek platby poškodeného vynaložené po vyplatení poistného plnenia sú na jeho dobrovoľnom rozhodnutí a ak sa so svojim advokátom na tom dohodol, bolo to jeho dobrovoľné rozhodnutie, a preto ide o nároky zo zmluvného vzťahu, ktorý žalobca a jeho právna zástupkyňa dobrovoľne založili. Len im dvom z tohto vzťahu vznikli práva a povinnosti. V takomto prípade nejde o účelne vynaložené náklady, ale o dobrovoľne vynaložené náklady žalobcu. Žalobca bol v konaní vedenom na Okresnom súde Bratislava I. pod sp.zn. 12 C 74/2005 čiastočne úspešný, keď mu bolo titulom náhrady spoločenského uplatnenia priznaných 79.018,62 € a titulom bolestného 61.979,49 €, pričom rozhodnutie o výške plnenia záviselo na úvahe súdu, z dôvodu ktorého bolo o náhrade trov konania rozhodnuté podľa § 142 ods. 3 O.s.p. a žalobcovi bola priznaná suma 18.202,99 € titulom trov právneho zastúpenia, predstavujúca tarifnú odmenu. Žalobca nebol ukrátený na tom, že by mu neboli priznané trovy konania spojené s uplatňovaním jeho nároku na súde, pretože boli vypočítané ako tarifné trovy a nie ako podielová odmena. Ustanovenie § 4 ods. 2 písm. c/ zákona č. 381/2001 Z.z. sa vzťahuje len (resp. spravidla) na situáciu mimosúdneho prerokovania nárokov, bez uplatnenia nároku na súde, nakoľko ak dôjde k uplatňovaniu nárokov súdnou cestou v súdnom konaní, o takýchto účelne vynaložených nákladoch rozhoduje priamo súd v rámci rozhodovania o trovách konania a priznáva (len) tarifnú odmenu. Nárok žalobcu má charakter zmluvnej (podielovej) odmeny na základe zmluvy o právnej pomoci uzavretej podľa § 7 zákona č. 655/2004 Z.z., z dôvodu ktorého žalobcovi nevzniká nárok súčasne na vyplatenie tarifnej aj zmluvnej podielovej odmeny, a preto takýto nárok nemožno súčasne priznať. Dohodnutú zmluvnú odmenu odvolací súd nepovažoval ani za účelne vynaložené náklady (ale za dobrovoľne vynaložené náklady), ani za náklady vynaložené pri uplatňovaní nárokov z poistného plnenia, resp. za náklady nevyhnutné k dosiahnutiu poistného plnenia. Medzi účelne vynaložené náklady spojené s právnym zastúpením pri uplatňovaní nárokov (škody na zdraví) nemožno zaradiť náklady spojené s uhradením zmluvnej (podielovej) odmeny právneho zástupcu, ktorá bola dohodnutá dobrovoľne na zmluvnom základe klienta a advokáta. Účelnosť trov sa stotožňuje s nevyhnutnosťou alebo s právnou možnosťou vynaloženia trov spojených s uplatňovaním ústavne zaručeného práva na právnu pomoc (čl. 47 ods. 2 Ústavy Slovenskej republiky). Nevyhnutné sú tie trovy, ktoré sa musia vynaložiť na procesné úkony nariadené súdom, potrebné na zaujatie procesného stanoviska k žalobe, k meritórnemu vyjadreniu strany sporu, k vykonanému dôkazu, na použitie opravných prostriedkov, na zaplatenie súdnych poplatkov, na hotové výdavky a napokon aj trovy právneho zástupcu (advokáta). Odvolací súd má za to, že ustanovenie § 4 ods. 2 písm. c/ zákona č. 381/2001 Z.z. treba vykladať tak, že má ísť o také účelne vynaložené náklady, ktoré žalobca vynaložil pri uplatňovaní nárokov z poistnej udalosti (resp. musel ich vynaložiť, aby dosiahol poistné plnenie). Pokiaľ však ide o zmluvnú (podielovú odmenu) táto bola dohodnutá tak, že jej nárok (advokátke) vznikne až vtedy, ak bude poistná suma žalobcovi reálne vyplatená (jej výška bola dohodnutá ako 15 % z vysúdenej vyplatenej sumy žalovaným). To znamená, že tieto náklady (zmluvnú odmenu) už žalobca nemusel (nebol povinný) vynaložiť na uplatňovanie svojich práv, ale urobil tak dobrovoľne, na základe zmluvného vzťahu so svojou právnou zástupkyňou. Ak by teda žalobca tieto náklady (zmluvnú odmenu) neuhradil, resp. nevynaložil, žalovaný by mu poistné plnenie vyplatil (plnenie žalovaného nezáviselo od vynaloženia týchto nákladov, tieto náklady neprimäli žalovaného plniť). Nie je tu daná ani príčinná súvislosť medzi plnením žalovaného a povinnosťou uhradiť tieto dohodnuté náklady svojej advokátke (tieto uhrádzal na základe povinnosti vyplývajúcej mu z uzavretej zmluvy s advokátkou, nie preto, že by ich bolo potrebné vynaložiť v súvislosti s uplatňovaním nárokov voči žalobcovi). Na základe uvedeného dospel odvolací súd k záveru, na rozdiel od súdu prvej inštancie, ktorý žalobcovi priznal rozdiel medzi zmluvnou odmenou a tarifnou odmenou priznanou v konaní vedenom na Okresnom súde Bratislava I. pod sp.zn. 12 C 74/2005, že žalobca nemá právny nárok na poistné plnenie podľa § 4 ods. 2 písm. c/ zákona č. 381/2001 Z.z. pre nesplnenie zákonných podmienok v ňom uvedených. Právna zástupkyňa žalobcu na pojednávaní pred odvolacím súdom uviedla, že zmluvu o právnej pomoci uzavrela so žalobcom dňa 9.11.2005 (túto zmluvu žalobca v konaní nepredložil), informovala však o nej žalovaného, nevedela uviesť kedy, hoci takúto informačnú povinnosť ani nemala. Žalobca tak nemá nárok na refundáciu zmluvnej odmeny, ani podľa zmluvy o právnej pomoci zo dňa 9.11.2005, ktorej účastníkmi boli len on a jeho právna zástupkyňa, nie žalovaný, ktorý nemal možnosť ovplyvňovať výšku dohodnutej zmluvnej odmeny. Použijúc argumentum ad absurdum, mohli si žalobca a jeho právna zástupkyňa dohodnúť aj nulovú zmluvnú odmenu alebo opačne, napríklad 200 % zmluvnú odmenu, ktorá by sa počítala z vysúdenej sumy. Preto je výlučne na účastníkoch takéhoto vzťahu, v akej výške sa na zmluvnej odmene dohodli. Ak žalovaný nebol účastníkom zmluvy o právnej pomoci, táto zmluva ho nezaväzuje a nevyplývajú mu z nej žiadnej práva ani povinnosti. V konaní vedenom na Okresnom súde Bratislava I. pod sp. zn. 12 C 74/2005 bola žalobcovi priznaná náhrada trov konania v sume 18.954,84 €, ktorú mu žalovaný aj zaplatil. Došlo teda k naplneniu obsahu ustanovenia § 4 ods. 2 písm. c/ zákona č. 381/2001 Z.z. a žalobcovi boli vyplatené náklady, ktoré účelne vynaložil (aj) na právne zastupovanie pri uplatňovaní nárokov podľa § 4 ods. 2 písm. a/ zákona č. 381/2001 Z.z. Žalovaný vzniesol voči priznaniu uvedených nákladov spojených s právnym zastúpením námietku veci právoplatne rozsúdenej (res iudicata), ktorú odvolací súd vyhodnotil ako právne irelevantnú, pretože v konaní vedenom na Okresnom súde Bratislava I. pod sp.zn. 12 C 74/2005 nebola žalobcovi priznaná náhrada zmluvnej odmeny, predmetom konania bolo vyplatenie bolestného a sťaženia spoločenského uplatnenia žalobcovi v súvislosti s predmetnou dopravnou nehodou, pri ktorej utrpel škodu na zdraví a bol mu priznaný nárok len na tarifnú odmenu, nie na zmluvnú odmenu. Z uvedených dôvodov preto odvolací súd napadnutý rozsudok súdu prvej inštancie zmenil podľa § 388 C.s.p. a žalobcovi náhradu nákladov vynaložených na právne zastúpenie (zmluvnú odmenu) pri uplatnení nárokov v konaní vedenom na Okresnom súde Bratislava I. pod sp.zn. 12 C 74/2005 nepriznal (suma 7.176,66 € krátená o 50 %). Aj v tomto rozsahu teda zostáva zamietnutý nárok žaobcu. 14. Žalobca v odvolaní ďalej namietal, že súd prvej inštancie nesprávne právne posúdil uznanie jeho nároku žalovaným čo do dôvodu a opätovne skúmal právny základ uznania jeho nároku. Odvolací súd sa v plnom rozsahu stotožňuje s argumentáciou súdu prvej inštancie uvedenú v odôvodnení napadnutého rozhodnutia týkajúcu sa nestotožnenia sa s uznaním nároku žalobcu žalovaným, keďže žalobca nepreukázal, že by žalovaný uznal čo do dôvodu aj nároky, ktoré sú predmetom tohto konania, keď iba čiastočne uznal nároky na náhradu zvýšených výdavkov spojených s hygienou, opotrebovaním šatstva, bielizne, obuvi, bytového zariadenia a nákladov na lieky. Odvolací súd dodáva, že uznanie práva je právnym úkonom, pre ktorý je pod sankciou neplatnosti stanovená písomná forma a určitosť prejavu vôle uznať právo čo do dôvodu a výšky musí byť daná obsahom listiny, na ktorej je zaznamenaný. Nakoľko k takémuto uznaniu zo strany žalovaného neprišlo, považoval odvolací súd uvedenú námietku žalobcu za nedôvodnú. 15. Odvolací súd neprihliadol ani na odvolaciu námietku žalobcu týkajúcu sa nesprávneho právneho posúdenia premlčania jeho nároku, pretože podľa názoru odvolacieho súdu nie je spôsobilá mať právne následky. Uvedené tvrdenie nebolo žiadnym spôsobom žalobcom v jeho odvolaní odôvodnené, takže odvolací súd nemal možnosť posúdiť, ktorý konkrétny nárok žalobca považuje za nepremlčaný, keď v odvolaní iba konštatoval, že bližšie odôvodnenie v tejto časti neuvádza, pretože v porovnaní s uplatneným nárokom ide o pomerne malé čiastky. Žalovaný pred odvolacím súdom vzniesol námietku premlčania nárokov žalobcu, na ktorú ale žiadal prihliadnuť iba v prípade, ak by odvolací súd posudzoval nároky žalobcu ako celok, k čomu odvolací súd uvádza, že v danej veci si žalobca uplatnil nároky, ktoré sú samostatnými nárokmi, ktoré možno žalovať osobitne, a teda nemožno ich posudzovať ako celok, z dôvodu ktorého je táto vznesená námietka žalovaného irelevantná. 16. K odvolacej námietke žalobcu, že mu súd prvej inštancie nepriznal úroky z omeškania tak ako si ich uplatnil v podanej žalobe, ale až od doby, kedy boli uplatnené u žalovaného, odvolací súd uvádza, že nepostačuje uviesť len dôvody odvolania vyplývajúce z ustanovenia § 363 C.s.p., tieto musí odvolateľ aj odôvodniť skutočnými dôvodmi, čo sa nestalo. Žalobca vo svojom odvolaní iba poukazoval na to, že z listinných dôkazov vyplýva, že si pri kompenzáciách uplatnil nárok tak, že požadoval plnenie za jednotlivé mesiace a že tieto nároky nemožno priznať do budúcna, preto po prvom uplatnení nárokov sa žalovaný nesporne dostal uplynutím každého mesiaca do omeškania a nie ako uvádza súd v napadnutom rozhodnutí až momentom, kedy ďalšiu splatnú časť uplatnil na súde, resp. u žalovaného. Odvolací súd má za to, že súd prvej inštancie náležite vysvetlil prečo žalobcovi priznal úroky z omeškania z jednotlivých nárokov a zároveň poukazuje na ustanovenie § 380 ods. 1 C.s.p., podľa ktorého je odvolacími dôvodmi viazaný, t.j. preskúmava napadnuté rozhodnutie len z dôvodov, ktoré odvolateľ uvádza vo svojom odvolaní. Žalobca vo svojom odvolaní nešpecifikoval, ktoré konkrétne úroky z omeškania namieta, z dôvodu ktorého nie je možné odvolanie podrobiť odvolaciemu prieskumu. 17. Nebolo možné považovať ani za dôvodné odvolanie žalobcu v časti, v ktorej nesúhlasil s tým, že súd prvej inštancie mu nesprávne priznal náhradu nákladov za lieky v sume 925,57 €, keď mu mal priznať sumu 978,59 €, ako i za opatrovateľskú službu v sume 514,94 €, ale mal mu priznať sumu 569,51 €, nakoľko pochybil pri výpočte týchto súm, pretože nesprávne odpočítal z nákladov za lieky sumu 107,60 €, v ktorej boli zahrnuté aj náklady za opatrovateľskú službu. Súd prvej inštancie v odôvodnení napadnutého rozsudku riadne odôvodnil prečo priznal žalobcovi uvedené sumy za ním požadované nároky, pričom vzal pri rozhodovaní o týchto nárokoch do úvahy sumu 215,19 €, o ktorú žiadal žalobca rozšíriť svoju žalobu podaním zo dňa 24.3.20111 (žalobca v odvolaní uviedol nesprávne deň 23.4.2011), pričom z tejto sumy správne určil, koľko z nej predstavovali náklady na nákup liekov za rok 2010 (vo výške 106,40 €) a koľko náklady vynaložené na opatrovateľskú službu za rok 2010 (vo výške 109,15 €, nie 108,79 € ako uviedol žalobca nesprávne vo svojom odvolaní). Rovnako zohľadnil aj skutočnosť, že žalovaný časť nákladov zo sumy 215,19 € vo výške 107,60 € zaplatil žalobcovi, z dôvodu ktorého vzal žalobca žalobu v tejto časti späť (súd prvej inštancie rozhodol o čiastočnom späťvzatí žaloby uznesením zo dňa 18.4.2012, č.k. 16 C 97/2009-182). Žalobca však vôbec nešpecifikoval aká čiastka zo sumy 107,60 € mu bola zaplatená za náklady, ktoré vynaložil na lieky a aká čiastka na opatrovateľskú službu, z dôvodu ktorého potom súd prvej inštancie postupoval správne, keď sumu 107,60 € odpočítal od nákladov, ktoré žalobca vynaložil na lieky, pričom už túto sumu neodrátal z nákladov, ktoré žalobca vynaložil za opatrovateľskú službu. K námietke žalobcu o znížení uvedených nárokov o spoluvinu, odvolací súd odkazuje na bod 12. odôvodnenia tohto rozhodnutia, v ktorom podrobne vysvetlil z akého dôvodu boli aj tieto nároky žalobcu znížené o jeho spoluvinu vo výške 50 %. 18. Odvolací súd sa nestotožnil s argumentáciou žalovaného v jeho odvolaní týkajúcu sa zaplatenia sumy 8.796,39 € žalobcovi titulom rozdielu vynaložených nákladov medzi nadobúdacou cenou osobného motorového vozidla a priznaným príspevkom, keď samotná kúpa nového motorového vozidla nespadá pod definíciu pojmu škoda, pretože nie je dôvod odchýliť sa od súdom prvej inštancie vysloveného právneho názoru, že zakúpením motorového vozidla žalobcovi škoda preukázateľné vznikla, nakoľko nebolo sporné, že žalobca je odkázaný na individuálnu prepravu osobným motorovým vozidlom z dôvodu zníženej pohybovej schopnosti. Výdavky spojené s kúpou motorového vozidla predstavujú náklady bezprostredne súvisiace s liečbou žalobcu, keď podľa rozhodnutia Najvyššieho súdu Slovenskej republiky zo dňa 30.11.2010, sp.zn. 2 Cdo 292/2009, možno subsumovať výdavky na osobné motorové vozidlo pod liečebné náklady podľa § 449 ods. 1 Občianskeho zákonníka, z dôvodu ktorého súd prvej inštancie správne priznal žalobcovi titulom náhrady škody aj rozdiel medzi nadobúdacou cenou motorového vozidla a priznaným príspevkom v uvedenej výške. Je nepochybné, že došlo ku škodovej udalosti predmetnou dopravnou nehodou, z ktorej vznikli viaceré samostatné nároky na náhradu škody, medzi ktorými sú aj náklady žalobcu vynaložené na kúpu motorového vozidla. Tvrdenie žalovaného, že žalobca nepredložil jediné potvrdenie od lekára, resp. znalecký posudok, ktorým mi podložil svoje tvrdenie, že musel mať v zakúpenom motorovom vozidle nainštalovanú klimatizáciu, považoval odvolací súd za nedôvodné, pretože klimatizácia v motorovom vozidle patrí už k štandardnej výbave motorového vozidla a môže žalobcovi ako osobe s ťažkým zdravotným postihnutím pri jazde takýmto autom pomôcť napríklad pri regulovaní vzduchu, v zimnom období pri odmrazovaní skiel, a podobne. Navyše z odborného vyjadrenia zo dňa 3.7.2013 vypracovaného O.. O. M. R. vyplýva, že pre invalidného človeka, ktorý má vážne poruchy zdravia, akým je žalobca, k základnej výbave vozidla nutne patrí aj klimatizácia. 19. Neopodstatnené sú aj tvrdenia sporových strán, že napadnutý rozsudok je nedostatočne odôvodnený, keďže odôvodnenie napadnutého rozhodnutia zodpovedá požiadavkám kladeným na odôvodnenie rozsudku v ustanovení § 157 ods. 2 O.s.p. s tým, že podľa názoru odvolacieho súdu bolo základné právo na spravodlivý proces, ktorého súčasťou je aj právo sporovej strany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i žalovaného týkajúca sa riadneho neodôvodnenia napadnutého rozsudku neopodstatnená. 20. K odvolacím námietkam o nesprávnych skutkových záveroch prvoinštančného súdu odvolací súd dodáva, že vnútorné presvedčenie súdu (ako výsledok hodnotenia dôkazov), by sa malo vytvárať na základe starostlivého uváženia a zhodnotenia jednotlivých dôkazov jednotlivo aj v ich komplexnosti tak, aby vychádzalo z pravidiel formálnej logiky. Podľa ustanovenia § 132 O.s.p. dôkazy súd hodnotil podľa svojej úvahy, a to každý dôkaz jednotlivo a všetky dôkazy v ich vzájomnej súvislosti, pritom starostlivo prihliadal na všetko, čo vyšlo za konania najavo, včítane toho, čo uviedli účastníci. Pri hodnotení dôkazov súd v zásade nebol a nie je obmedzovaný právnymi predpismi, ako má z hľadiska pravdivosti ten- ktorý dôkaz hodnotiť; uplatňovala sa (a naďalej uplatňuje) teda zásada voľného hodnotenia dôkazov a len vo výnimočných prípadoch zákon súdu ukladal určité obmedzenia pri hodnotení dôkazov (napríklad § 133, § 134, § 135 O.s.p.). Kontrola výsledku hodnotenia dôkazov, ku ktorým dospel súd, sa uskutočňovala najmä prostredníctvom inštitútu odôvodnenia rozsudku upraveného v ustanovení § 157 ods. 2 O.s.p., podľa ktorého mal súd uviesť, čoho sa žalobca domáhal a z akých dôvodov, ako sa vo veci vyjadril žalovaný, prípadne iný účastník konania, stručne, jasne a výstižne vysvetliť, ktoré skutočnosti považoval za preukázané a ktoré nie, z ktorých dôkazov vychádzal a akými úvahami sa pri hodnotení dôkazov riadil, prečo nevykonal ďalšie navrhnuté dôkazy a ako vec právne posúdil. Súd mal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21. Pokiaľ žalobca a žalovaný v odvolaní namietli,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22. Vzhľadom k tomu, že odvolací súd zmenil napadnutý rozsudok súdu prvej inštancie v časti nároku žalobcu, ktorým si uplatnil vynaložené náklady spojené s právnym zastúpením pri uplatňovaní jeho nárokov v konaní vedenom na Okresnom súde Bratislava I. pod sp.zn. 12 C 74/2005 vo výške 3.588,33 €, a teda žalobca zostal v konaní úspešný len v rozsahu zaplatenia sumy 7.130,05 e, keď odvolací súd jeho nárok znížil o sumu 3.588,33 €, zmenil zároveň napadnutý rozsudok súdu prvej inštancie podľa § 388 C.s.p. aj vo výroku, ktorým priznal žalobcovi úrok z omeškania vo výške 8,75 % zo sumy 3.588,33 € tak, že žalobu zamietol a vo zvyšku priznaného úroku z omeškania napadnutý rozsudok prvoinštančného súdu potvrdil podľa § 387 ods. 1 C.s.p., keď odvolanie žalobcu v časti, v ktorej napádal nepriznanie úrokov z omeškania, nebolo možné podrobiť odvolaciemu prieskumu z dôvodov uvedených v bode 16. odôvodnenia tohto rozhodnutia. 23. Odvolací súd napadnutý rozsudok súdu prvej inštancie zmenil aj vo výroku o náhrade trov konania pred súdom prvej inštancie, nakoľko tento o trovách konania nerozhodol s poukazom na ustanovenie § 151 ods. 3 O.s.p. Odvolací súd preto o náhrade prvoinštančných trov konania rozhodol podľa § 396 ods. l, ods. 2, § 255 ods. 1 v spojení s § 262 ods. 1 C.s.p. Žalobca, ktorý sa v konaní domáhal náhrady škody celkom vo výške 33.665,86 € a súd mu priznal sumu 10.718,38 €, bol v konaní úspešný v 31,84 %, žalovaný bol úspešný v 68,16 %, čistý úspech žalovaného potom predstavuje 36,32 % (68,16 % mínus 31,84 %), z dôvodu ktorého odvolací súd priznal žalovanému náhradu trov prvoinštančného konania v rozsahu 36,32 %. V zmysle § 262 ods. 2 C.s.p. o výške náhrady trov konania rozhodne súd prvej inštancie po právoplatnosti rozhodnutia, ktorým sa konanie končí, samostatným uznesením, ktoré vydá súdny úradník. 24. O náhrade trov odvolacieho konania odvolací súd rozhodol podľa § 396 ods. l, § 255 ods. 1 v spojení s § 262 ods. 1 C.s.p. Žalobca, ktorý sa v konaní domáhal náhrady škody celkom vo výške 33.665,86 € a odvolací súd mu priznal sumu 7.130,05 €, bol v konaní úspešný v 21,18 %, žalovaný bol úspešný v 78,82 %, čistý úspech žalovaného potom predstavuje 57,64 % (78,82 % mínus 21,18 %). Odvolací súd tak priznal žalovanému náhradu trov odvolacieho konania v rozsahu 57,64 %. V zmysle § 262 ods. 2 C.s.p. o výške náhrady trov konania rozhodne súd prvej inštancie po právoplatnosti rozhodnutia, ktorým sa konanie končí, samostatným uznesením, ktoré vydá súdny úradník. 25.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https://www.kauzis.sk/judikatura/r/ECLI:SK:KSBA:2018:1109209916.3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