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1CoKR/84/2016 z 29. 1. 2018</w:t>
      </w:r>
    </w:p>
    <w:p>
      <w:r>
        <w:t>Uznesenie Krajského súdu Bratislava z 29. januára 2018, sp. zn. 1CoKR/84/2016, ECLI:SK:KSBA:2018:1111229971.1</w:t>
      </w:r>
    </w:p>
    <w:p>
      <w:r>
        <w:t>Súd: Krajský súd Bratislava</w:t>
      </w:r>
    </w:p>
    <w:p>
      <w:r>
        <w:t>Spisová značka: 1CoKR/84/2016</w:t>
      </w:r>
    </w:p>
    <w:p>
      <w:r>
        <w:t>ECLI: ECLI:SK:KSBA:2018:1111229971.1</w:t>
      </w:r>
    </w:p>
    <w:p>
      <w:r>
        <w:t>Dátum vydania: 29.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1CoKR/84/2016 Identifikačné číslo súdneho spisu: 1111229971 Dátum vydania rozhodnutia: 30. 01. 2018 Meno a priezvisko sudcu, VSÚ: JUDr. Eugen Palášthy ECLI: ECLI:SK:KSBA:2018:1111229971.1 Uznesenie Krajský súd v Bratislave v senáte zloženom z predsedu senátu JUDr. Eugena Palášthyho a členiek senátu JUDr. Lýdie Noskovičovej a JUDr. Moniky Školníkovej, v právnej veci žalobcu: B. W., nar. XX.XX.XXXX, bytom H. X, XXX XX W., zast.: FUTEJ &amp; Partners, s.r.o., advokátska kancelária, Radlinského 2, 811 07 Bratislava, IČO: 35 955 341, proti žalovanému: JUDr. Marek Letkovský, so sídlom Legionárska 1/C, 831 04 Bratislava, správca konkurznej podstaty úpadcu PODIELOVÉ DRUŽSTVO SLOVENSKÉ INVESTÍCIE, Poľná 1, 811 08 Bratislava, IČO: 35 784 717, o určenie právneho dôvodu, vymáhateľnosti a výšky popretej pohľadávky, o odvolaní žalovaného proti rozsudku Okresného súdu Bratislava I č.k. 1Cbi/70/2011-48 zo dňa 13.06.2016, takto r o z h o d o l : I. Krajský súd v Bratislave späťvzatie žaloby žalobcu pripúšťa. II. Rozsudok Okresného súdu Bratislava I č.k. 1Cbi/70/2011-48 zo dňa 13.06.2016 zrušuje a konanie vedené pred Okresným súdom Bratislava I pod sp. zn. 1Cbi/70/2011 zastavuje. III. Žalobca má nárok na plnú náhradu trov konania. o d ô v o d n e n i e : 1. Súd prvej inštancie rozsudkom č.k. 1Cbi/70/2011-48 zo dňa 13.06.2016 určil, že pohľadávka žalobcu vo výške 2.717,71 Eur, uplatnená v prihláške v konkurznom konaní vedenom na Okresnom súde Bratislava I pod sp. zn. 3K/95/2010, voči PODIELOVÉ DRUŽSTVO SLOVENSKÉ INVESTÍCIE, Poľná 1, 811 08 Bratislava, IČO: 35 784 717, je v sume 2.717,71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30.11.2017 žalovanému predmetné späťvzatie žaloby na vyjadrenie s tým, že v zmysle § 157 CSP, ak sa v určenej lehote nevyjadrí, bude mať súd za to, že nemá námietky. 7. Späťvzatie žaloby je jednostranným procesným úkonom účastníka konania, pričom jeho účinky nastávajú v okamihu, keď sa dostane do dispozície adresáta, t.j. súdu. Nakoľko dňa 22.11.2017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1Cbi/70/2011-48 zo dňa 13.06.2016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https://www.kauzis.sk/judikatura/r/ECLI:SK:KSBA:2018:1111229971.1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