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1CoKR/14/2017 z 23. 4. 2018</w:t>
      </w:r>
    </w:p>
    <w:p>
      <w:r>
        <w:t>Uznesenie Krajského súdu Bratislava z 23. apríla 2018, sp. zn. 1CoKR/14/2017, ECLI:SK:KSBA:2018:1111232510.2</w:t>
      </w:r>
    </w:p>
    <w:p>
      <w:r>
        <w:t>Súd: Krajský súd Bratislava</w:t>
      </w:r>
    </w:p>
    <w:p>
      <w:r>
        <w:t>Spisová značka: 1CoKR/14/2017</w:t>
      </w:r>
    </w:p>
    <w:p>
      <w:r>
        <w:t>ECLI: ECLI:SK:KSBA:2018:1111232510.2</w:t>
      </w:r>
    </w:p>
    <w:p>
      <w:r>
        <w:t>Dátum vydania: 23.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1CoKR/14/2017 Identifikačné číslo súdneho spisu: 1111232510 Dátum vydania rozhodnutia: 24. 04. 2018 Meno a priezvisko sudcu, VSÚ: JUDr. Eugen Palášthy ECLI: ECLI:SK:KSBA:2018:1111232510.2 Uznesenie Krajský súd v Bratislave v senáte zloženom z predsedu senátu JUDr. Eugena Palášthyho a členiek senátu JUDr. Lýdie Noskovičovej a JUDr. Moniky Školníkovej, v právnej veci žalobcu: W. P., nar. XX.XX.XXXX, bytom E. XX/a, XXX XX J., zast.: FUTEJ &amp; Partners, s.r.o., advokátska kancelária,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č.k. 8Cbi/41/2011-58 zo dňa 21.04.2016, takto r o z h o d o l : I. Krajský súd v Bratislave späťvzatie žaloby žalobcu pripúšťa. II. Rozsudok Okresného súdu Bratislava I č.k. 8Cbi/41/2011-58 zo dňa 21.04.2016 zrušuje a konanie vedené pred Okresným súdom Bratislava I pod sp. zn. 8Cbi/41/2011 zastavuje. III. Žalobca má nárok na plnú náhradu trov konania. o d ô v o d n e n i e : 1. Súd prvej inštancie rozsudkom č.k. 8Cbi/41/2011-58 zo dňa 21.04.2016 určil, že pohľadávka žalobcu vo výške 12.503,43 Eur, uplatnená v prihláške v konkurznom konaní vedenom na Okresnom súde Bratislava I pod sp. zn. 3K/95/2010, voči PODIELOVÉ DRUŽSTVO SLOVENSKÉ INVESTÍCIE, Poľná 1, 811 08 Bratislava, IČO: 35 784 717, je v sume 12.503,43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07.03.2018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t.j. súdu. Nakoľko dňa 15.02.2018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8Cbi/41/2011-58 zo dňa 21.04.2016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https://www.kauzis.sk/judikatura/r/ECLI:SK:KSBA:2018:1111232510.2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