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8Co/233/2017 z 6. 8. 2018</w:t>
      </w:r>
    </w:p>
    <w:p>
      <w:r>
        <w:t>Rozsudok Krajského súdu Bratislava z 6. augusta 2018, sp. zn. 8Co/233/2017, ECLI:SK:KSBA:2018:1111244479.2</w:t>
      </w:r>
    </w:p>
    <w:p>
      <w:r>
        <w:t>Súd: Krajský súd Bratislava</w:t>
      </w:r>
    </w:p>
    <w:p>
      <w:r>
        <w:t>Spisová značka: 8Co/233/2017</w:t>
      </w:r>
    </w:p>
    <w:p>
      <w:r>
        <w:t>ECLI: ECLI:SK:KSBA:2018:1111244479.2</w:t>
      </w:r>
    </w:p>
    <w:p>
      <w:r>
        <w:t>Dátum vydania: 6. 8. 2018</w:t>
      </w:r>
    </w:p>
    <w:p>
      <w:r>
        <w:t>Forma: Rozsudok</w:t>
      </w:r>
    </w:p>
    <w:p>
      <w:r>
        <w:t>Oblasť práva: Občianske právo</w:t>
      </w:r>
    </w:p>
    <w:p>
      <w:pPr>
        <w:pStyle w:val="Heading2"/>
      </w:pPr>
      <w:r>
        <w:t>Text rozhodnutia</w:t>
      </w:r>
    </w:p>
    <w:p>
      <w:r>
        <w:t>Súd: Krajský súd Bratislava Spisová značka: 8Co/233/2017 Identifikačné číslo súdneho spisu: 1111244479 Dátum vydania rozhodnutia: 07. 08. 2018 Meno a priezvisko sudcu, VSÚ: JUDr. Jana Vlčková ECLI: ECLI:SK:KSBA:2018:1111244479.2 ROZSUDOK V MENE SLOVENSKEJ REPUBLIKY Krajský súd v Bratislave v senáte zloženom z predsedníčky senátu JUDr. Jany Vlčkovej a členov senátu JUDr. Ondreja Krajča a JUDr. Moniky Holickej v právnej veci žalobkyne: X. C., W. U.. Q. X, D., zastúpenej FUTEJ &amp; Partners, s.r.o., so sídlom Radlinského č. 2, Bratislava, proti odporcovi: Slovenská republika, zastúpená Národnou bankou Slovenska, so sídlom Imricha Karvaša č. 1, Bratislava, o náhradu škody v sume 586,69 eur s príslušenstvom, na odvolanie žalobkyne proti rozsudku Okresného súdu Bratislava I, zo dňa 12. decembra 2013, č.k. 16C 186/2011-115, takto r o z h o d o l : Odvolací súd rozsudok súdu prvej inštancie v napadnutej časti p o t v r d z u j e . Žalovaný má nárok na náhradu trov odvolacieho a dovolacieho konania v celom rozsahu. o d ô v o d n e n i e : 1. Rozsudkom zo dňa 12. decembra 2013, č.k. 16C 186/2011-115, zamietol súd prvej inštancie žalobu; ktorou sa žalobkyňa domáhala proti žalovanému zaplatenia sumy 586,69 eur s príslušenstvom, titulom náhrady škody spôsobenej nesprávnym úradným postupom Národnej banky Slovenska (ďalej len „NBS“) pri vykonávaní bankového dohľadu nad činnosťou PODIELOVÉHO DRUŽSTVA SLOVENSKÉ INVESTÍCIE (ďalej len „PDSI alebo Družstvo“) a obchodníka s cennými papiermi (ďalej aj „OCP“); rozhodol, že nepožiada Súdny dvor Európskej únie o rozhodnutie o predbežnej otázke podľa čl. 267 Zmluvy o fungovaní Európskej únie a návrh žalobkyne na prerušenie konania zamietol a žalovanému nepriznal náhradu trov konania. Vykonaným dokazovaním mal preukázané, že Úrad pre finančný trh rozhodnutím zo dňa 21. 3. 2002 schválil Družstvu prospekt investície. Dňa 2. 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súčasne zaviazal zabezpečiť mieru zhodnotenia portfólia klienta vo výške 8% ročne. Rozhodnutím NBS zo dňa 8. 1. 2008, č. OPK-9750/3/2007 bola, na základe kontroly vykonanej v roku 2007, uložená OCP pokuta vo výške 500.000,- Sk za porušenie v rozhodnutí špecifikovaných ustanovení zákona č. 566/2001 Z. z., Banková rada Národnej banky Slovenska v konaní o rozklade predmetné prvostupňové rozhodnutie rozhodnutím zo dňa 7. 5. 2008, č. GUV-841/2008, zrušila a vrátila vec na opätovné prejednanie a rozhodnutie. Následne NBS rozhodnutím zo dňa 20. 8. 2008, č. OPK-9750-5/2007, uložila OCP opätovne pokutu, a to vo výške 300.000,- Sk za porušenie ustanovení § 54 ods. 2, § 73 ods. 1 písm. a), § 74 ods. 1, ods. 7 písm. b) zákona č. 566/2001 Z.z. Medzičasom NBS rozhodnutím zo dňa 22. 4. 2008, č. OPK-2744-5/2007-PLP zmenila obchodníkovi s cennými papiermi povolenie na poskytovanie investičných služieb udelené rozhodnutím zo dňa 22. 04. 2003 a povolila mu aj poskytovanie investičnej služby podľa § 6 ods. 1 písm. d) v spojení s § 5 ods. 1 písm. a), b), a c) zákona č. 566/2001 Z.z., s obmedzením podľa § 59 ods. 3 tohto zákona a poskytovanie investičných služieb, investičných činností a vedľajších služieb podľa § 6 ods. 1 a 2 v spojení s § 5 ods. 1 zákona č. 566/2001 Z.z. v špecifikovanom rozsahu. Po obdržaní výpovede OCP zo zmluvy o riadení portfólia z 30. 3. 2010 požiadalo Družstvo listom z 15. 4. 2010 NBS o preskúmanie postupu obchodníka s cennými papiermi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4. 2010 požiadalo Družstvo NBS o zjednanie nápravy v činnosti OCP, pretože tento si neplnil svoje základné povinnosti voči Družstvu, ako subjektu dohliadanému zo strany NBS, spočívajúce v zabezpečení zhodnotenia finančných prostriedkov jemu zverených do správy. NBS vydala dňa 12. 7. 2010 rozhodnutie o predbežnom opatrení, č. ODT-8305/2010, ktorým uložila OCP povinnosť zdržať sa nakladania s majetkom klientov, ktorý mu bol zverený bez písomného súhlasu NBS, keďže na základe oznámenia klientov, najmä Družstva, vzniklo dôvodné podozrenie z možného poškodenia klientov OCP. Rozhodnutím zo dňa 21. 12. 2010, č. ODT-8305-5/2010 NBS odobrala OCP povolenie na poskytovanie investičných služieb z dôvodov podľa § 156 ods. 2 písm. a), § 55 ods. 7, 9, § 85 ods. 2 v spojení s § 84 ods. 1 písm. b), § 76 ods. 2 a § 77 ods. 7 zák. č. 566/2001 Z. z. Správnosť predmetného rozhodnutia potvrdila v konaní o rozklade Banková rada NBS rozhodnutím z 01. 03. 2011, č. GUV-274/2011. NBS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7. 12. 2010, č. GUV-1744/2010. V poradí ďalším rozhodnutím zo dňa 30. 5. 2011, č. ODT-10890-4/2010 NBS zakázala Družstvu, ako vyhlasovateľovi verejnej ponuky majetkových hodnôt, predaj majetkových hodnôt z dôvodu porušenia ustanovenia § 129 ods. 3 v spojení s § 128 ods. 1 písm. b), c), h) zákona č. 566/2001 Z.z. a § 125c ods. 1 v spojení s § 127 ods. 4 zákona č. 566/2001 Z. z. tým, že zmenou skutočností, uvedených v prospekte investície, Družstvo tento prospekt nedodržiavalo. NBS sa pritom dozvedela, že u Družstva nastali také zmeny, pre ktoré sa prospekt investície stal neaktuálny a Družstvo neurobilo žiadne kroky k náprave a k tomu, aby stav Družstva uviedlo do súladu s údajmi v prospekte investície. NBS zistiac pri výkone dohľadu na diaľku niektoré skutočnosti nasvedčujúce tomu, že neznámym páchateľom bol spáchaný skutok, ktorý by mohol naplniť znaky skutkovej podstaty trestného činu, podala dňa 27. 7. 2010 trestné oznámenie. Listom z 26. 4. 2007 požiadala NBS v zmysle § 35 ods. 1 zák. č. 747/2004 Z. z. v spojení s § 126 ods. 5 zák. č. 566/2001 Z.z.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zo dňa 20. 08.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NBS z predložených údajov o majetkovej štruktúre Družstva zistila, že majetok vložený do investičných nástrojov Družstva je tvorený podielmi v družstvách EDSI, KPDSI a DDSI a na 98,85% podielom zmenkami emitenta CI HOLDING, a. s.. Keďže v zmysle prijatej investičnej stratégie v prospekte investície by angažovanosť voči jednému emitentovi nemala prekročiť 30% podielu na celkových aktívach vyhlasovateľa verejnej ponuky a podiel emitenta CI HOLDING, a. s. na celkových aktívach predstavovala 91,45%, Družstvo v tomto smere nedodržovalo prospekt investície. NBS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P.. D. M.,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1. 2008 informovalo NBS, že od 1. 1. 2008 nakupuje do portfólia vždy tri zmenky od troch samostatných právnych subjektov, namiesto doterajšej jednej zmenky jedného emitenta, ktoré opatrenie zabezpečí súlad v rozložení investičného rizika so schváleným znením prospektu investície. Ďalej v rámci zisťovania skutkového stavu zistil, že Okresný súd Bratislava I uznesením z 11. 4. 2011, č. k. 3K/95/2010, ktoré nadobudlo právoplatnosť dňa 5. 5. 2011, vyhlásil konkurz na majetok Družstva ako úpadcu a do funkcie správcu bol ustanovený P.. P. D.. Aplikujúc ust. § 3 ods. 1, 2, § 9 ods. 1, § 15 ods. 1 a § 17 ods. 1 zák. č. 514/2003 Z.z. o zodpovednosti za škodu spôsobenú pri výkone verejnej moci na vykonaným dokazovaním zistený skutkový stav veci, dospel k záveru, že žalobkyňa v konaní nepreukázala vznik škody a ani nesprávny úradný postup NBS vo vzťahu k Družstvu. Vychádzal z ustálenej súdnej judikatúry, podľa ktorej nárok na náhradu škody podľa zák. č. 58/1969 Zb., ako aj podľa zák. č. 514/2003 Z.z.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žalobkyňa pohľadávku voči subjektu, ktorý ju získal ako prospech a má povinnosť tento prospech vydať, resp. kým nepreukázala bezúspešné domáhanie sa úhrady pohľadávky voči dlžníkovi, nie je daný zákonný predpoklad zodpovednosti štátu, či už podľa zák. č. 58/1969 Zb. alebo zák. č. 514/2003 Z.z., a tým ani predpoklad existencie škody (rozhodnutie NS SR sp. zn. 4Cdo 199/2005). Žalobkyňa sa preto musí domáhať zaplatenia svojej pohľadávky voči Družstvu, ktoré je vo vzťahu k nemu v pozícii dlžníka/povinného, resp. osoby, ktorá je povinná navrhovateľke vydať získaný prospech v podobe vyrovnacieho podielu. Aj napriek tomu, že žalobkyňa si uplatnila pohľadávku voči Družstvu v konkurze vyhlásenom na majetok Družstva, v čase rozhodovania nepreukázala bezúspešnosť uplatňovania svojich práv voči Družstvu. S poukazom na vyjadrenie správcu konkurznej podstaty úpadcu zo dňa 20. 08. 2013 konštatoval, že nie je možné ustáliť majetok úpadcu - Družstva, s ktorým bola žalobkyňa v záväzkovom vzťahu, a z ktorého majetku by mala byť uspokojená jej pohľadávka, uplatňovaná i v prebiehajúcom konaní, titulom náhrady škody za nesprávny úradný postup a z tohto dôvodu nemohol v rozhodnom čase ( § 154 O.s.p.) ustáliť, či a najmä v akej výške vznikla žalobkyni škoda, a preto považoval návrh za predčasne podaný. K rozhodnutiu NS ČR sp. zn. 29Cdo 4968/2009, na ktoré poukazovala žalobkyňa, uviedol, že jeho závery sú pre daný prípad neaplikovateľné, nakoľko konkurzné konanie v danej veci nie je ukončené a vzhľadom na jeho stav nemožno jednoznačne konštatovať vylúčenie možnosti uspokojenia pohľadávky žalobkyne ako prípadného veriteľa v rozsahu, v akom sa v prebiehajúcom konaní domáha náhrady škody. Za preukázaný nepovažoval ani nesprávny úradný postup, ktorý mal podľa žalobkyne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sa stotožnil s argumentáciou žalovaného v konaní a poukázal na to, že dohľad NBS nad činnosťou Družstva, ako vyhlasovateľa verejnej ponuky majetkových hodnôt, bol regulovaný zákonom č. 566/2001 Z. z. v obmedzenom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Z.z.). K takým povinnostiam patrila od 1. 1. 2009 i povinnosť aktualizácie prospektu investície podľa § 125c ods. 1 v spojení s § 127 ods. 4 zák. č. 566/2001 Z. z. a od 1. 6. 2010 povinnosť dodržiavania prospektu investície podľa § 129 ods. 3 zákona č. 566/2001 Z. z.. V prípade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totiž nemala právomoc vykonávať dohľad nad celkovou činnosťou Družstva. Družstvo až do 15. 4. 2010, kedy požiadalo o preskúmanie postupu obchodníka s cennými papiermi, nesignalizovalo NBS zhoršenie jeho finančnej situácie, príp. nedostatky v činnosti OCP. Pri výkone dohľadu na mieste samom od 20. 4. do 6. 5. 2010 NBS zistila zmeny v údajoch v prospekte investície, ktoré by mohli ovplyvniť hodnotenie majetkových hodnôt, s následkom neaktuálnosti prospektu investície, nie však jeho neplatnosti, pretože zo žiadnych ustanovení zák. č. 566/2001 Z.z. nevyplýva neplatnosť prospektu investície pre neaktuálnosť jeho údajov (tá sa vzťahuje len na prospekt cenných papierov podľa § 123 zákona č. 566/2001 Z. z). NBS vyzvala Družstvo na predloženie žiadosti o schválenie dodatku prospektu investície. Ako vyplýva z rozhodnutia NBS 26. 8. 2010, č. OPK-5664/1-5/2010, Družstvo predmetnú žiadosť NBS síce predložilo, táto však neobsahovala všetky náležitosti podľa zák. č. 747/2004 Z.z., pričom rovnaké nedostatky mal aj dodatok prospektu investície v zmysle zák. č. 566/2001 Z.z.,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NBS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8. 2007, zdôraznil, že predmetom konania je nesprávny úradný postup NBS, a nie OCP; preto v priamej príčinnej súvislosti s ním mohla vzniknúť škoda len Družstvu a nie žalobkyni, ktorá nebola v žiadnom záväzkovom ani inom vzťahu s OCP. Účastníkom takého vzťahu, vzniknutého na základe zmluvy o riadení portfólia, bolo len Družstvo a z tohto právneho vzťahu vyplývali práva a povinnosti len jeho účastníkom. Dohľad NBS bol limitovaný zákonom č. 566/2001 Z. z. a vzhľadom na to sa informácie a podklady, ktoré mala NBS zisťovať v rámci predmetu dohľadu podľa § 135 ods. 2 a § 137 ods. 2 zák. č. 747/2004 Z. z. vzťahovali výlučne ku konkrétnemu druhu dohliadaného subjektu, v danom prípade Družstvu - ako vyhlasovateľovi verejnej ponuky majetkových hodnôt so zohľadnením jemu zákonom vymedzených povinností. Zákon Družstvu neukladal povinnosti v oblasti obmedzenia a rozloženia rizika, prípadne krytia rizika. NBS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NBS v danom období (po 24. 8. 2007) nemohla pristúpiť k uloženiu peňažnej sankcie, pozastaviť alebo zakázať predaj majetkových hodnôt za nedodržiavanie prospektu investície podľa § 144 ods. 4 zákona č. 566/2001 Z.z., ktoré oprávnenia použila pri zistení neaktuálnosti prospektu investície po 1. 6. 2010. Z listinných dôkazov bolo zrejmé, že NBS sledovala aj činnosť obchodníka s cennými papiermi, pričom nebolo jej povinnosťou informovať Družstvo o výsledných zisteniach. Zákon č. 747/2004 Z. z. o dohľade totiž v § 2 ods. 2 ustanovuje,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samotnej žalobkyne, ktorá sa ako člen Družstva mala aktívne a včas zaujímať o svoje práva a ich výkon voči Družstvu a jeho orgánom v zmysle zásady "práva patria bdelým" a zamedziť tak znehodnoteniu, príp. nevymožiteľnosti svojich majetkových a iných práv súvisiacich s Družstvom. 2. Za podstatný v danej veci považoval len prípadný nesprávny úradný postup, ktorého by sa mohla dopustiť NBS zanedbaním dohľadu vo vzťahu k dohliadanému subjektu, ktorým je Družstvo, a len v prípade takéhoto nesprávneho úradného postupu by prichádzalo do úvahy, že v priamej príčinnej súvislosti s nesprávnym úradným postupom by navrhovateľke vznikla škoda. V priamej príčinnej súvislosti s prípadným nesprávnym úradným postupom nad dohliadaným OCP by mohla vzniknúť prípadne škoda len Družstvu, čo je však subjekt odlišný od žalobkyne, a preto i prípadný nesprávny úradný postup NBS vyplývajúci z dohľadu nad OCP je v danom prípade právne irelevantný, pretože na strane žalobkyne by ani nedošlo ku vzniku škody v priamej príčinnej súvislosti s prípadným nesprávnym úradným postupom odporcu spočívajúcom v zanedbaní dohľadu nad OCP. 3. Za dôvodný nepovažoval ani návrh na prerušenie konania v súvislosti s požiadaním Súdneho dvora Európskej únie o rozhodnutie o predbežnej otázke podľa článku 267 Zmluvy o fungovaní Európskej únie podaný podľa § 109 ods. 1, písm.c/ O.s.p., nakoľko žalobkyňa nežiadala o výklad platnosti právneho aktu Európskej únie a zodpovedanie prejudiciálnych otázok nepovažoval za potrebné na rozhodnutie vo veci. O trovách konania rozhodol podľa § 142 ods. 1 O. s. p. a ich náhradu úspešnému žalovanému nepriznal, pretože si ich neuplatnil. 4. Proti tomuto rozsudku, do výroku o zamietnutí návrhu vo veci samej, podala v zákonom stanovenej lehote odvolanie žalobkyňa, domáhajúc sa jeho zmeny tak, aby bolo jej návrhu vo veci samej vyhovené, alternatívne jeho zrušenia a vrátenia veci súdu prvej inštancie na ďalšie konanie dôvodiac tým, že konanie má inú vadu, ktorá mohla mať za následok nesprávne rozhodnutie vo veci (§ 205 ods. 2 písm. b/ O.s.p.), súd prvej inštancie neúplne zistil skutkový stav veci, pretože nevykonal navrhnuté dôkazy, potrebné na zistenie rozhodujúcich skutočností (§ 205 ods. 2 písm. c/ O.s.p.), dospel na základe vykonaných dôkazov k nesprávnym skutkovým zisteniam (§ 205 ods. 2 písm. d/ O.s.p.) a jeho rozhodnutie vychádza z nesprávneho právneho posúdenia veci (§ 205 ods. 2 písm. f/ O.s.p.). Namietala,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žalovaného, pretože zákon o dohľade takýmto spôsobom obsah dohľadu nad prospektom investícií nedefinoval. Postup Národnej banky Slovenska bol preto svojvoľný v neprospech každého, ktorý sa na odporcu z hľadiska stability a ochrany investície spoľahol. Argument žalovaného, že upozornil Družstvo, že vykonáva dohľad nad činnosťou Družstva, ako vyhlasovateľa verejnej ponuky majetkových hodnôt, podľa ustanovenia § 135 ods. 1 zákona č. 566/2001 Z. z., ale nie dohľad nad celkovou činnosťou Družstva, označila za úplne irelevantný, nakoľko nemohla mať o takto zúženom dohľade orgánu vedomosť. Nesúhlasila so záverom súdu prvej inštancie, že neexistuje príčinná súvislosť medzi škodou a porušením zákonných povinností Národnou bankou Slovenska spočívajúcom v nesprávnom výkone dohľadu, ktorým bol porušený zákon č. 566/2001 Z. 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k povinne dohliadaným subjektom zo strany Národnej banky Slovenska. Národná banka Slovenska mala preto zisťovať všetky informácie a podklady o dodržiavaní, resp. nedodržiavaní povolení na činnosť ňou vydaných Družstvu (prospekt investícií vydaný Úradom pre finančný trh a následne pravidelne kontrolovaný Národnou bankou Slovenska) a obchodníkovi s cennými papiermi, pričom povinný zákonný dohľad zo strany Národnej banky Slovenska bol dokonca koncipovaný tak široko, že mala zisťovať informácie a podklady aj o iných rizikách ako tých, ktoré vyplývajú z povolení na činnosť, vrátane rizík, ktorým sú vystavené dohliadané subjekty a v rámci nich aj Družstvo činnosťou obchodníka, ako i vrátane rizík, ktoré mohli viesť k ohrozeniu jej záujmov - ako klientov dohliadaných subjektov. Poukázala na to, že v konaní vedenom na Okresnom súde Bratislava I. pod sp. zn. 7C 206/2011 bolo výpoveďou svedka G.. N. U., I..,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čoho vyplýva, že Družstvo malo všetky peňažné prostriedky od neho získané, investované v subjekte personálne a majetkovo prepojenom s obchodníkom a Družstvom.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G.. D. Č., vtedajší predseda predstavenstva obchodníka s cennými papiermi.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podľa nej tak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zo dňa 30. 5.2011, č. ODT-10890-4/2010, právoplatným dňa 18.7.2011, zakázala Družstvu predaj majetkových hodnôt z dôvodu neaktuálnosti prospektu investícií, pričom ustálila trvanie jeho neaktuálnosti až od mája 2010 účelovo, nakoľko údaje zahrnuté do prospektu boli v skutočnosti neaktuálne dlhodobo pred májom 2010, táto neaktuálnosť siahala spätne k 31.12.2006, kedy došlo v sídle Národnej banky Slovenska dňa 27. 8.2007 k stretnutiu s poverenými členmi predstavenstva Družstva za účelom prerokovania nezrovnalostí a problémov v jeho činnosti a údaje o subjektoch, s ktorými je Družstvo majetkovo prepojené; údaje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 125c ods. 1 v spojení s § 127 ods. 4 Zákona o cenných papieroch od 31.12.2006, avšak Národná banka Slovenska voči Družstvu úradne zasiahla až v máji 2011, kedy činnosť Družstva zakázala.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jej uspokojenia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napr. správy ustanoveného správcu konkurznej podstaty o stave daného konkurzu. Žiadna platná právna norma preto neumožňuje vysloviť záver o predčasnosti podania návrhu, a to ani vtedy, ak doposiaľ nemala možnosť vymôcť plnenie od subjektu, ktorý jediný je podľa názoru žalovaného a prvoinštančného súdu povinný jej dané plnenie vrátiť s tým, že ani zákon č. 514/2003 Z. 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a to až do doby právoplatného skončenia konkurzného konania. Súčasne by to znamenalo, že občianskoprávna zodpovednosť, zodpovednosť štátu, či trestnoprávna zodpovednosť je subsidiárna voči zodpovednosti úpadcu podľa zákona o konkurze.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Aktuálny stav konkurzu preto vylučuje jej možnosť svoju pohľadávku z konkurzu uspokojiť. Taktiež namietala, že zo zápisníc o pojednávaní pred prvostupňovým súdom vyplýva, že listinné dôkazy vyžiadané prvoinštančným súdom, resp. predložené stranami, neboli riadne vykonané spôsobom podľa § 129 ods. 1 O.s.p., s poukazom na uznesenie Najvyššieho súdu Slovenskej republiky zo dňa 31.1.2012, sp. zn. 6 MCdo 11/2010. 5. Žalovaný vo svojom vyjadrení k odvolaniu žalobkyne uviedol, že prvoinštančný súd vo veci postupoval maximálne zodpovedne, vykonal rozsiahle dokazovanie za účelom spoľahlivého zistenia skutkového stavu veci, riadne zabezpečil listinné dôkazy aj z iných súdnych konaní v skutkovo a právne identických veciach, mal k dispozícii aj niekoľko právoplatných rozhodnutí Národnej banky Slovenska, z ktorých jej úradný postup podrobne vyplýval. Z jeho činnosti mu boli známe aj iné dôležité skutočnosti z dôvodu prebiehajúcich konaní v skutkovo a právne analogických veciach na súde prvej inštancie. Na základe správneho zistenia a posúdenia skutkového i právneho stavu veci potom v danej veci dospel k správnemu, logickému a riadne odôvodnenému rozhodnutiu. Nesúhlasil s tvrdením žalobkyne, že je povinnosťou všeobecného súdu dať odpoveď na všetky otázky nastolené stranám, keď aj podľa konštantnej judikatúry Ústavného súdu Slovenskej republiky všeobecný súd musí dať odpoveď na tie otázky nastolené stranám, ktoré majú pre vec podstatný význam, prípadne dostatočne objasňujú skutkový a právny základ rozhodnutia bez toho, aby zachádzali do všetkých detailov sporu uvádzaných stranami a odôvodnenie rozhodnutia všeobecného súdu, ktoré stručne a jasne objasní skutkový a právny základ rozhodnutia, postačuje na záver o tom, že z tohto aspektu je plne realizované základné právo strany na spravodlivý proces (IV. ÚS 115/2003, III. ÚS 209/2004, I. ÚS 241/2007 uznesenie Najvyššieho súdu Slovenskej republiky sp.zn. 4 Cdo 58/2012). Dôvodil, že podstatou práva na spravodlivé konanie nie je právo na úspech v konaní, a teda právo na rozhodnutie zodpovedajúce názorom a predstavám žalobkyne. Argumentoval, že žalobkyňa nevyužila všetky možnosti na uplatnenie a vymoženie svojho nároku, pretože nepodala žiadny návrh proti členom predstavenstva ani členom kontrolnej komisie Družstva, ktorí boli zodpovední za jeho riadenie, za hospodárenie a nakladanie s jeho majetkom.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a Zákona o cenných papieroch. Žalobkyňa mohla požiadať Národnú banku Slovenska o vysvetlenie jej zákonom zverených kompetencií v oblasti dohľadu nad finančným trhom.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 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jeho členom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bývalého ustanovenia § 130 Zákona o cenných papieroch.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žalobkyne, že vo vzťahu k Družstvu bola Národná banka Slovenska nečinná, nakoľko vydala relevantné rozhodnutia, nedopustila sa žiadnych prieťahov v konaní a postupovala v rámci jej oprávnení a v súlade so Zákonom o cenných papieroch, zákona č. 747/2004 Z.z. o dohľade nad finančným trhom, ako aj Ústavou Slovenskej republiky. Vo vzťahu k rozsudku Najvyššieho súdu Českej republiky, sp. zn. 29 Cdo 4968/2009, na ktorý poukázala žalobkyňa, žalovaný dôvodil,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Teda zodpovednosť štátu v prípade, ak existuje iný dlžník, je zodpovednosť subsidiárna a tiež objektívna, ktorej sa štát nemôže zbaviť. Musia byť najskôr využité všetky zákonné možnosti veriteľa voči iným dlžníkom a následne musia byť jednoznačne a nespochybniteľne súčasne preukázané všetky tri predpoklady tejto zodpovednosti za škodu. Žalobkyni doposiaľ nevznikla žiadna škoda a nemožno ani odhadnúť, v akej výške a kedy jej škoda v budúcnosti eventuálne vznikne, pretože vznik škody a jej výška závisí na výsledku konkurzného konania, prípadne likvidácie Družstva. Škoda môže vzniknúť až vtedy, ak právo veriteľa (navrhovateľa) voči dlžníkovi sa stane fakticky nevymáhateľným. K námietke žalobkyne,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Pohľadávky neboli popreté z dôvodu, žeby boli nedostatočne zdokladované, ale v dôsledku veľmi podozrivého hospodárenia úpadcu v období pred konkurzom. K námietke žalobkyne, že súd prvej inštancie nevykonal listinné dôkazy v súlade s ustanovením § 129 ods. 1 O.s.p. uviedol,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V súlade s ustanovením § 121 O.s.p. netreba dokazovať skutočnosti všeobecne známe alebo známe súdu z jeho činnosti. Z uznesenia Najvyššieho súdu Slovenskej republiky zo dňa 27.2.2008, sp. zn. 1 Obo 283/2006, vyplýva, že dôkazy, na ktoré strana dodatočne poukazuje, sú súdu všeobecne známe, pretože strana viedla desiatky sporov na rovnakom skutkovom a právnom základe voči rôznym dlžníkom, takže dokazovanie v tomto smere nebolo potrebné vykonať. Je mu známe, že na Okresnom súde Bratislava I sú proti nemu vedené stovky sporov na rovnakom skutkovom a právnom základe a vo všetkých sporoch majú žalobcovia rovnakého právneho zástupcu. 6. Na základe dovolania žalobkyne bol (v poradí prvý) rozsudok Krajského súdu v Bratislave č.k. 8Co/183/2014-159 zo dňa 23.06.2015; ktorým bol rozsudok súdu prvej inštancie potvrdený; zrušený uznesením dovolacieho súdu sp.zn. 1 Cdo 232/2016 zo dňa 16.08.2017 z dôvodu nedoručenia vyjadrenia žalovaného k odvolaniu žalobkyni. 7. Po odstránení vytknutej procesnej vady odvolacieho konania; doručením vyjadrenia žalovanej k odvolaniu žalobkyni dňa 05.09.2017 (č.l. 201 spisu); odvolací súd opätovne preskúmal rozsudok súdu prvej inštancie v celom rozsahu a v medziach odvolacích dôvodov, ktorými je viazaný (§ 379 a § 380 ods. 1 C.s.p.), bez nariadenia odvolacieho pojednávania (§ 385 ods. 1 C.s.p. a contrario v spojení s § 219 ods. 3 C.s.p.) a dospel k záveru, že odvolanie žalobkyne nie je dôvodné. 8. Podľa čl. 1 ods. 1 veta prvá Ústavy SR, Slovenská republika je zvrchovaný, demokratický a právny štát. 9. Podľa čl. 2 ods.2 Ústavy SR, štátne orgány môžu konať iba na základe Ústavy, v jej medziach a v rozsahu a spôsobom, ktorý ustanoví zákon. 10. Podľa čl. 2 ods.3 Ústavy SR, každý môže konať, čo nie je zákonom zakázané, a nikoho nemôže nútiť, aby konal niečo, čo zákon neukladá. 11. Podľa čl. 20 ods.1 Ústavy SR, každý má právo vlastniť majetok. 12. Podľa čl. 20 ods.3 Ústavy SR, vlastníctvo zaväzuje. 13.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14.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15.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žalobkyňa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16. V posudzovanej veci súd prvej inštancie vykonal náležité dokazovanie potrebné na zistenie všetkých rozhodujúcich skutočností dôležitých pre posúdenie dôvodnosti žaloby žalobkyne, ktorým sa domáhala zaplatenia náhrady škody, ako aj na posúdenie opodstatnenosti tvrdení, ktoré uvádzal žalovaný na svoju obranu (§ 120 ods. 1,4 O.s.p.), zhodnotením výsledkov vykonaného dokazovania v súlade so zásadami vyplývajúcimi z § 132 O.s.p. dospel k správnym skutkovým záverom, a na ich základe následne vyvodil aj správny právny záver, že v danej veci neboli splnené zákonné podmienky zodpovednosti štátu za škodu spôsobenú žalobkyni nesprávnym úradným postupom orgánov štátu, pričom na vec aplikoval zodpovedajúce ustanovenia zákona č. 514/2003 Z.z. o zodpovednosti za škodu spôsobenú pri výkone verejnej moci (§ 3 ods. 1, ods.2, § 9 ods. 1, § 17 ods.1) v spojení so zákonom č. 566/2001 Z.z. o cenných papieroch a investičných službách (ďalej len "Zákon o CP") a zákonom č. 747/2004 Z.z. o dohľade nad finančným trhom (ďalej len "Zákon o dohľade") a svoje dôvody, pre ktoré žalobe žalobkyne nevyhovel a neprihliadol tak na jej námietky proti postupu orgánov štátu (NBS) pri výkone dohľadu, aj náležite v súlade s požiadavkami vyplývajúcimi z § 157 ods. 2 O.s.p. odôvodnil, a preto možno odôvodnenie jeho rozhodnutia považovať za presvedčivé. Obsah odvolania žalobkyne nie je spôsobilý spochybniť správnosť záverov napadnutého rozsudku súdu prvej inštancie z hľadiska ňou uplatňovaných odvolacích dôvodov podľa § 205 ods. 2, písm.b/, c/, d/, f/ O.s.p., keď ani v odvolacom konaní neboli zistené také nové rozhodujúce skutočnosti alebo dôkazy, ktoré by mali za následok zmenu skutkového stavu alebo by spochybňovali správnosť právnych záverov, na ktorých súd prvej inštancie založil svoje rozhodnutie. 17. Súd prvej inštancie postupoval správne, keď v danej veci zisťoval základné predpoklady vzniku objektívnej zodpovednosti štátu za škodu spôsobenú jeho orgánmi pri výkone dohľadu nad finančným trhom v zmysle zákona č. 514/2003 Z.z., podľa ktorého musia byť súčasne splnené tri podmienky, a to: 1./ existencia škody ako majetkovej ujmy vyjadriteľnej v peniazoch, resp. nemajetkovej ujmy vzniknutej na osobnostných právach poškodeného, 2./ nezákonné rozhodnutie alebo nesprávny úradný postup orgánu štátu a 3./ príčinná súvislosť medzi škodou ( nemajetkovou ujmou) a nezákonným rozhodnutím alebo nesprávnym úradným postupom. 18. Z dikcie § 9 ods. 1 zákona č. 514/2003 Z.z. vyplýva, že nesprávnym úradným postupom je aj nečinnosť orgánu verejnej moci, porušenie jeho povinnosti urobiť úkon alebo vydať rozhodnutie v zákonom stanovenej lehote či zbytočné prieťahy v konaní; ide o prípady, keď úkony zo strany orgánu verejnej moci nie sú vykonávané vôbec, alebo v určitej lehote či v lehote primeranej - zodpovedajúcej právu na prejednanie veci bez zbytočných prieťahov. Činnosť štátneho orgánu, pri ktorej realizuje svoju právomoc vymedzenú právnymi predpismi, predpokladá aktívny postup podľa príslušných procesných ustanovení, ktoré ho oprávňujú a súčasne zaväzujú na určité úkony v priebehu konania. Z uvedeného potom vyplýva, že za nečinnosť možno považovať pasivitu zo strany štátneho orgánu bez toho, aby existovala objektívna zákonná prekážka na to, aby vo veci konal a rozhodol. 19. Podľa ustálenej súdnej praxe, pokiaľ štátny orgán zisťuje podmienky a predpoklady pre vydanie rozhodnutia, za týmto účelom zhromažďuje podklady (dôkazy), hodnotí zistené skutočnosti, tieto právne posudzuje, ide o činnosť priamo smerujúcu k vydaniu rozhodnutia a prípadné nesprávnosti a vady pri zisťovaní podkladov a pri ich posudzovaní sa potom prejavia práve v obsahu rozhodnutia a z hľadiska zodpovednosti štátu môžu zakladať len jeho zodpovednosť za nezákonné rozhodnutie. Za nesprávny úradný postup nie je možné považovať pochybenia a nedostatky spočívajúce v tom, že štátny orgán pred svojím rozhodnutím nesprávne vyhodnotil podmienky pre jeho vydanie a že v dôsledku toho je ním vydané rozhodnutie nesprávne, že nemalo byť vydané, prípadne malo byť vydané v inej podobe či za iných okolností. Rovnako za nesprávny úradný postup nie je možné považovať to, keď výklad zákona, právne posúdenie veci či aplikácia zákona na daný skutkový stav zo strany štátneho orgánu sú odlišné od tých, aké podľa svojich predstáv očakáva ten, koho práv či právom chránených záujmov sa má rozhodnutie dotýkať. 20. V posudzovanej veci bolo nesporné, že podľa § 135 ods. 1 Zákona o CP bolo Družstvo, ako vyhlasovateľ verejnej ponuky majetkových hodnôt, dohliadaným subjektom a Národná banka Slovenska bola orgánom štátu, ktorému bola zverená právomoc výkonu dohľadu nad jeho činnosťou. Predmetom dohľadu vo vzťahu k vyhlasovateľovi verejnej ponuky majetkových hodnôt bolo podľa § 135 ods. 2 Zákona o CP, v znení účinnom do 10. 7.2009, dodržiavanie podmienok ustanovených povoleniami vydanými podľa zákona, dodržiavanie zákona a osobitných zákonov v rozsahu z nich vyplývajúceho a všeobecne záväzných právnych predpisov vydaných na ich vykonanie. Z uvedeného vymedzenia rozsahu dohľadu nepochybne vyplýva, že predmetom dohľadu vo vzťahu k vyhlasovateľovi verejnej ponuky majetkových hodnôt nebola jeho celá činnosť v rozsahu predmetu podnikania zapísaného v obchodnom registri, ani činnosť vykonávaná nad rozsah činnosti vyhlasovateľa verejnej ponuky majetkových hodnôt podľa Zákona o CP, a ani dohľad nad dodržiavaním podmienok prospektu investície, pretože tento nebolo možné považovať za povolenie vydané podľa Zákona o CP. Až s účinnosťou od 1. 6. 2010 bola vyhlasovateľovi verejnej ponuky majetkových hodnôt stanovená Zákonom o CP povinnosť dodržiavania schváleného prospektu investície (§ 129 ods. 3 Zákona o CP v znení zákona číslo 129/2010 Z.z.) , odkedy vo vzťahu k dodržiavaniu tejto povinnosti, uloženej Zákonom o CP vyhlasovateľovi verejnej ponuky majetkových hodnôt, bolo možné vykonávať dohľad a uplatňovať sankcie. S účinnosťou od 10. 07. 2009 bol v ustanovení § 135 ods. 2 Zákona o CP rozšírený predmet dohľadu NBS voči dohliadaním subjektom aj na zisťovanie a vyhodnocovanie informácií a podkladov o skutočnostiach, ktoré sa týkajú dohliadaných subjektov a ich činnosti, ako aj informácie a podklady o rizikách a dostatočnom krytí rizík, ktorým sú alebo môžu byť vystavené dohliadané subjekty alebo, ktoré ohrozujú záujmy alebo môžu viesť k ohrozeniu záujmov klientov dohliadaných subjektov. Dovtedy Národná banka Slovenska nevykonávala dohľad nad vyhlasovateľom verejnej ponuky majetkových hodnôt vo vzťahu k rizikovosti rozloženia jeho portfólia a nemohla mu ukladať žiadne opatrenia, resp. vyvodzovať voči nemu v tomto smere sankcie. 21. Kompetencia Národnej banky Slovenska vo vzťahu k posudzovaniu rozloženia rizík a krytia rizík bola minimálna aj s účinnosťou od 10. 7. 2009, nakoľko v tomto smere Zákon o CP; a ani žiadny iný všeobecne záväzný právny predpis; neukladal vyhlasovateľovi verejnej ponuky majetkových hodnôt žiadne konkrétne povinnosti v oblasti obmedzenia a rozloženia rizík ani krytia rizík; vyhlasovateľ verejnej ponuky majetkových hodnôt mal aj naďalej v § 129 ods. 1 písm. b) Zákona o CP stanovenú povinnosť upozorniť v oznámení o verejnej ponuke majetkových hodnôt, že s investíciami je spojené riziko a že doterajší alebo propagovaný výnos nie je zárukou budúcich výnosov. 22. Navyše ani od 10.7.2009 nevyplývala zo žiadneho ustanovenia zákona pre NBS kompetencia nariaďovať vyhlasovateľovi - Družstvu, do akých konkrétnych cenných papierov alebo iných majetkových aktív má investovať peňažné prostriedky zhromaždené na základe verejnej ponuky, nemohla preto NBS v tomto ohľade niesť spoluzodpovednosť za podnikateľské rozhodnutia a aktivity Družstva a tým sa de facto spolupodieľať na znášaní podnikateľského rizika. 23. So zreteľom na uvedené potom žalobkyňa nedôvodne namieta, že NBS mala, vzhľadom na zistené nedostatočné rozloženie rizika obchodníkom s cennými papiermi, vyvodiť voči Družstvu sankciu už v roku 2007; keď toto mohla NBS sledovať a vyhodnocovať vo vzťahu k vyhlasovateľovi verejnej ponuky majetkových hodnôt až od 10.7.2009. 24. Vo vzťahu k sankcionovaniu Družstva za nedodržanie prospektu investície odvolací súd poukazuje na zápis z rokovania zo dňa 24. 8. 2007, z ktorého je zrejmé, že NBS vytkla Družstvu nedodržiavanie prospektu investície v tom, že majetok vložený do investičných nástrojov bol tvorený 100 % zmenkami jedného emitenta. V nadväznosti na uvedené dokladoval predseda predstavenstva Družstva bezproblémovú a úspešnú činnosť Družstva, ako dohliadaného subjektu, od roku 2001, skonštatoval, že Družstvo kladie veľký dôraz na dodržiavanie všeobecne záväzných právnych predpisov, prospektu investícií, ako i na dôveru svojich klientov, pričom doteraz neboli evidované žiadne sťažnosti zo strany klientov. Zástupcovia Družstva k vytknutému nedostatku uviedli, že znenie prospektu investície im umožňuje rozloženie finančných nástrojov v družstvách ich portfólií aj tým spôsobom, že sa tam bude nachádzať iba finančný nástroj (zmenka) jedného emitenta a keďže je táto avalovaná ďalšími dvoma spoločnosťami, dochádza k rozloženiu investičného rizika. Vo vzťahu k prospektu investície, z ktorého vyplýva, že angažovanosť voči jednému emitentovi by nemala prekročiť 30 % podiel na celkových aktívach, uviedli, že ide len o odporúčanie, ktoré nezakladá povinnosť Družstva týkajúcu sa jeho investičnej stratégie. Na uvedené reagovali predstavitelia NBS tak, že uvedený text treba chápať ako povinnosť dodržiavať uvedený limit vyhlasovateľom verejnej ponuky a nie ako odporúčanie, keď navyše zmenku ako dlhový cenný papier nepovažovali za vysoko likvidný cenný papier. Z uvedeného vyplýva, že NBS vykonala dohľad vo vzťahu k Družstvu v rozsahu kompetencií vyplývajúcich jej; v relevantnom období; zo zákona, keď zistené nedostatky prerokovala s členmi štatutárneho orgánu dohliadaného subjektu postupom podľa § 2 ods. 8 Zákona o dohľade č. 747/2004 Z.z.. Napokon, ako vyplýva z obsahu spisu, výsledkom rokovania bolo rozloženie portfólia finančných nástrojov Družstvom do troch subjektov v súlade so znením schváleného prospektu investície. V danom čase nemalo Družstvo zákonom stanovenú povinnosť dodržiavať prospekt investície, a NBS nedisponovala právomocou uložiť mu represívnu sankciu za tento zistený nedostatok v jeho činnosti, pretože z jeho strany nedošlo k porušeniu výslovne mu zákonom uloženej povinnosti. 25. Vo vzťahu k OCP vykonala NBS účinný dohľad v rozsahu vyplývajúcom z § 135 ods. 7 Zákona o CP, keď posudzovala rozloženie investičného rizika portfólia, ktoré obchodník s cennými papiermi spravoval a v tomto smere vykonala v dňoch 20.3.2007 - 12.4.2007 dohľad na mieste a v nadväznosti na výsledky rokovania, ktoré sa uskutočnilo dňa 24.8.2007 s členmi predstavenstva Družstva, začala z vlastného podnetu - listom zo dňa 4.9.2007, vo vzťahu k OCP konanie, výsledkom ktorého bolo uloženie mu sankcie v podobe pokuty pre porušenie Zákona o cenných papieroch. Pokiaľ v tomto smere žalobkyňa namietala, že uvedená sankcia bola nedostatočná, a že NBS neprijala žiadne následné kontrolné alebo významnejšie opatrenia (zákaz činnosti obchodníkovi, zrušenie mu povolenia na činnosť alebo udelenia peňažnej sankcie priamo členom predstavenstva obchodníka), poukazuje odvolací súd na to, že správnosť úradného postupu NBS ohľadne uloženia jednej, z viacerých do úvahy prichádzajúcich sankcií, dohliadanému subjektu v rámci konania o vykonaní dohľadu, nemôže byť predmetom preskúmavania v tomto konaní z hľadiska nesprávneho úradného postupu, keďže by tým došlo k neprípustnému zásahu do kompetencie orgánu dohľadu; keď navyše uloženie sankcie je výsledkom správnej úvahy tohto orgánu a táto môže byť preskúmavaná len na to oprávneným inštančne nadriadeným orgánom v správnom konaní na základe podaného opravného prostriedku. 26. Súd konajúci o nároku na náhradu škody podľa zákona č. 514/2003 Z.z. nemôže vecnú (obsahovú) správnosť rozhodnutí orgánu dohľadu posudzovať z hľadiska nesprávneho úradného postupu, ale týmito vecnými nedostatkami sa môže zaoberať jedine príslušný orgán pri preskúmavaní zákonnosti rozhodnutia, ktorého výsledkom je súd v občianskom súdnom konaní viazaný. 27. Na základe uvedeného možno konštatovať, že súdu v tomto konaní neprináležalo prehodnocovať a posudzovať efektívnosť a účinnosť sankcie uplatnenej NBS vo vzťahu k OCP. Okrem toho je potrebné konštatovať, že v nadväznosti na zistené nedostatky (poskytovanie investičnej služby od 13. 5. 2003, ktorú nemohol OCP vykonávať), bolo vydané OCP na jeho žiadosť povolenie na poskytovanie investičných služieb - riadenie portfólia rozhodnutím dňa 22. 4. 2008 a následne bola medzi obchodníkom s cennými papiermi a Družstvom uzatvorená nová Zmluva o riadení portfólia dňa 2. 6. 2008. S ohľadom na uvedené nemožno vyvodiť záver o zanedbaní dohľadu NBS nad OCP. 28. Úrad pre finančný trh, ktorý schvaľoval prospekt Družstva pred jeho zverejnením, postupoval podľa § 126 ods. 4 v spojení s § 122 ods. 4 až 9 zákona o CP, v znení účinnom do 1. 8. 2008, v intenciách ktorého preskúmaval, či prospekt obsahuje predpísané náležitosti, pričom pri svojom rozhodovaní o žiadosti o schválenie prospektu investície nebol povinný preverovať pravdivosť alebo hodnovernosť údajov uvedených prospekte, s výnimkou identifikačných údajov vyhlasovateľa verejnej ponuky a oprávnenosti osôb podpisujúcich prospekt ; v prípade, ak v rámci konania o žiadosti zistil, že údaje v prospekte nezodpovedajú skutočnosti, prospekt neschválil. Jednou z náležitostí prospektu investície podľa § 128 ods. 1 písm. h) zákona o CP je aj vyhlásenie štatutárneho zástupcu vyhlasovateľa verejnej ponuky majetkových hodnôt, že skutočnosti uvedené v prospekte investície sú úplné a pravdivé. S účinnosťou od 1. 8. 2005 bol upravený dodatok k prospektu v § 125c Zákona o CP, v zmysle ktorého každá nová významná skutočnosť, vecná chyba alebo nepresnosť týkajúca sa údajov zahrnutých do prospektu, ktorá by mohla ovplyvniť správne hodnotenie cenných papierov, sa musela uviesť v dodatku k prospektu, ktorý rovnako podliehal v tom čase schváleniu úradu. S účinnosťou od 1. 1. 2006 prešla kompetencia schvaľovať prospekt na Národnú banku Slovenska; v § 125 ods.2 Zákona o CP bola uložená povinnosť schvaľovať prospekt (cenného papiera) Národnej banke Slovenska, ktorá mala pri schvaľovaní prospektu posudzovať jeho úplnosť, vzájomný súlad predložených dokladov a ich zrozumiteľnosť (§ 125 ods. 7). Vo vzťahu ku schvaľovaniu dodatku prospektu (cenných papierov) bola kompetencia NBS daná ustanovením § 125c Zákona o CP s tým, že na schvaľovanie dodatku sa vzťahoval primerane § 125. Ustanovením § 127 ods. 2 Zákona o CP bola s účinnosťou od 1.1.2006 stanovená právomoc NBS schvaľovať aj prospekt investície vyhlasovateľa verejnej ponuky majetkových hodnôt, za úplnosť a pravdivosť jeho údajov naďalej zodpovedal štatutárny zástupca vyhlasovateľa verejnej ponuky majetkových hodnôt (§ 128 ods. 1, písm.h/). Až novelou zákona účinnou od 1.1.2009 bola NBS povinná dohliadať aj na aktuálnosť prospektu investície (§ 127 ods. 4 Zákona o CP v znení účinnom od 1.1.2009 v spojení s § 125c ods. 1), pričom povinnosť predložiť dodatok na schválenie orgánu dohľadu mal štatutárny orgán vyhlasovateľa. V nadväznosti na uvedené odvolací súd uzavrel, že žalobkyňa v tomto smere nepreukázala, že sa NBS mala a mohla aj inak, ako z oznámenia Družstva, dozvedieť o vykonaných zmenách v údajoch schváleného prospektu investície, napr. z pravidelne jej predkladaných finančných správ; v tejto súvislosti odvolací súd poznamenáva, že dohľad NBS nezahŕňal kontrolu nad správnosťou finančných ukazovateľov Družstva. Rovnako nebolo ničím podložené tvrdenie žalobkyne, že nedostatky v aktualizácii údajov prospektu, mali vplyv na hodnotenie majetkových hodnôt, resp. že by sankcionovanie Družstva orgánom dohľadu, ovplyvnilo jej rozhodnutie zotrvať v Družstve, resp. ďalej investovať do majetku Družstva. Žalobkyňa ničím nepreukázala, že ku vzniku škody spočívajúcej v nevyplatení jej vyrovnacieho podielu došlo v priamej a bezprostrednej príčinnej súvislosti s neaktualizovaním údajov prospektu, resp. že jej nemožnosť rozpoznať riziko investície bola zapríčinená zanedbaním dohľadu NBS nad aktualizáciou údajov, resp. nesankcionovaním Družstva za nesplnenie si v tejto súvislosti jeho povinnosti. 29. O zhoršenej finančnej situácie Družstva sa mohla NBS dozvedieť z jeho ročnej finančnej správy za rok 2009, ktorú malo Družstvo povinnosť zverejniť do 30. 4. 2010, avšak už predtým dňa 15. 4. 2010 Družstvo požiadalo NBS o preskúmanie postupu OCP a o vykonanie dohľadu na mieste u OCP vzhľadom na to, že vypovedal zmluvu o riadení portfólia s účinnosťou od 1. 5. 2010. V nadväznosti na uvedené oznámenie NBS okamžite konala vo vzťahu k OCP, keď u neho vykonala dohľad na mieste v období od 20. 4. do 6. 5. 2010, ako aj vo vzťahu k Družstvu, vzhľadom na zistenú neaktuálnosť údajov uvádzaných v prospekte investície, keď ho vyzvala listom zo dňa 20. 4. 2010, aby predložil žiadosť o schválenie dodatku k prospektu investície, ktoré konanie sa skončilo rozhodnutím zo dňa 26. 8. 2010 tak, že konanie o žiadosti Družstva o schválenie dodatkov k prospektu investície bolo zastavené pre nečinnosť samotného Družstva. Následne listom zo dňa 27. 8. 2010 začala NBS proti Družstvu konanie o uložení sankcie, výsledkom ktorého bolo rozhodnutie zo dňa 30. 5. 2011, ktorým zakázala Družstvu predaj majetkových hodnôt pre nedodržanie prospektu investície v zmysle § 129 ods. 3 zákona o CP, rozhodnutím zo dňa 21. 12. 2010 odobrala povolenie obchodníkovi s cennými papiermi na poskytovanie investičných služieb a dňa 27. 7. 2010 podala trestné oznámenie v súvislosti s podozreniami o spáchaní trestného činu. 30. Podľa § 415 Obč. zák., každý je povinný počínať si tak, aby nedochádzalo ku škodám na zdraví, na majetku, na prírode a životnom prostredí. 31. Podľa § 441 Obč. zák. ak bola škoda spôsobená výlučne zavinením poškodeného, znáša ju sám. 32. V tejto súvislosti odvolací sú poznamenáva, že žalobkyňa mala postupovať s priemernou dávkou opatrnosti, ktorú bolo možné od nej spravodlivo požadovať a zvážiť možnú mieru rizika spojeného s jej investovaním v podobe členských vkladov v Družstve, ktorej si musela byť vedomá aj vzhľadom na povinné upozornenie vyhlasovateľa na rizikovosť investície v oznámení o verejnej ponuke (§ 129 ods. 1 písm.b/ Zákona o CP) a neprimerane sa spoliehala na to, že štát v rámci výkonu dohľadu je garantom návratnosti vložených peňažných prostriedkov a ich zhodnotenia. Žalobkyňa preto nedôvodne argumentuje, že bolo porušené jej právo na legitímne očakávania v tom, že štát bude vykonávať dohľad nad finančným trhom riadne, a že ju v presvedčení o tom, že investícia do PDSI nie je riziková, ochráni pred vznikom škody. Tiež treba dodať, že neznalosť zákona ju podielu viny nezbavuje. Žalobkyňa rovnako zanedbala svoju prevenčnú povinnosť vo vzťahu ku kontrole činnosti Družstva, keď svojou účasťou na členskej schôdzi, mohla uplatňovať svoje práva vyplývajúce jej z členstva, a to riadiť záležitosti Družstva a kontrolovať činnosť Družstva a jeho orgánov. Žalobkyňa uložením peňažných prostriedkov do súkromného podnikateľského subjektu prevzala na seba určité riziká, a to vrátane rizík spojených s jeho zlým hospodárením, a túto nemôže prenášať na štát. 33. Nemožno sa stotožniť ani s tvrdením žalobkyne v tom, že medzi vzniknutou škodou, ktorá sa má rovnať hodnote ňou investovanej sumy do Družstva, resp. výške vyrovancieho podielu a nesprávnym úradným postupom spočívajúcim v nečinnosti orgánu dohľadu, je daná príčinná súvislosť, v tom, že keby včas zakročil a pozastavil by činnosť Družstva alebo OCP, nebola by žalobkyňa svoje peniaze zverila Družstvu, resp. že by vymohla ňou vložené peniaze, resp. vyrovanací podiel. Žalobkyni nevznikla škoda tým, že vstúpila do Družstva a vložila do neho peňažné prostriedky formou členských vkladov alebo tým, že skôr nevystúpila z Družstva, ale tým, že jej vznikla nevymožiteľná pohľadávka voči Družstvu na vyplatenie vyrovnacieho podielu v súvislosti s vystúpením z Družstva a škoda jej vznikne v dôsledku nevymožiteľnosti tejto jej pohľadávky od Družstva, pričom táto skutočnosť t.j. nevymožiteľnosť, nemá príčinnú súvislosť v nečinnosti orgánu dohľadu, ale vo finančnom hospodárení Družstva. Pokiaľ by bola Družstvu uložená (najprísnejšia) sankcia zákazu činnosti, tak to samo osebe ešte neznamená, že pohľadávka žalobkyne by bola uspokojená. 34. Nakoľko výkon dohľadu NBS sa nevzťahuje na spory vyplývajúce zo záväzkovo-právnych vzťahov medzi obchodníkom s cennými papiermi a ich klientmi (§ 136 ods. 1 zákona o CP), nemôže niesť NBS zodpovednosť za zanedbanie povinnosti Družstva, ako vlastníka majetku, a to kontrolovať obchodníka s cennými papiermi ako si plní svoje povinnosti vyplývajúce mu zo zmluvy o riadení portfólia a povinnosti domáhať sa ich riadneho splnenia súdnou cestou v záujme ochrany majetku Družstva a jeho členov. Rovnako nemôže NBS niesť zodpovednosť za zanedbanie povinnosti členov Družstva kontrolovať činnosť Družstva a jeho orgánov na členskej schôdzi. 35. Odvolací súd zhodne so žalovaným konštatuje, že nakoľko žalobkyňa nebola v žiadnom právnom vzťahu, ako člen Družstva, s OCP, ktorý bol výlučne v právnom vzťahu s Družstvom - vyhlasovateľom verejnej ponuky majetkových hodnôt, nemohlo dôjsť v bezprostrednej a priamej príčinnej súvislosti s prípadným zanedbaním výkonu dohľadu zo strany NBS nad OCP ku vzniku škody na majetku žalobkyne. 36. Podľa § 442 ods. 1 Obč. zák. uhrádza sa skutočná škoda a to, čo poškodeného ušlo (ušlý zisk). 37. Škoda predstavuje ujmu, ktorá nastala v majetkovej sfére poškodeného a je objektívne vyjadriteľná peniazmi, ušlý zisk spočíva v tom, že nenastalo zväčšenie majetku poškodeného, ktorý by bolo možné, nebyť škodnej udalosti, dôvodne očakávať s ohľadom na predvídateľný sled vecí. Charakter náhrady škody má i majetková ujma spočívajúca v strate majetkového prínosu v hodnote uplatnenej pohľadávky, lebo tým, že nebola táto dlžníkom zaplatená, nezväčšil sa majetkový stav, hoci by to bolo možné dôvodne očakávať. Vznik škody na strane veriteľa predpokladá v takomto prípade, že jeho právo na plnenie proti dlžníkovi nie je uspokojené. 38. V zmysle uvedeného možno vyvodiť záver, že pokiaľ si žalobkyňa uplatnila pohľadávku v konkurznom konaní, ktoré ešte prebieha, je vylúčené kvalifikovať túto ako škodu, pretože ešte môže byť v rámci konkurzu uspokojená. Totiž uplatnenie a vymáhanie pohľadávky voči dlžníkovi a zároveň jej uplatnenie ako náhrady škody sa vzájomne vylučujú a podmieňujú a až výsledok uplatnenia pohľadávky môže privodiť vznik škody. Z tohto pohľadu je žaloba podaná predčasne, nakoľko žalobkyni škoda (v podobe nevymožiteľnosti pohľadávky) ešte nevznikla a môže jej vzniknúť až po skončení konkurzného konania, resp. po právoplatnosti rozvrhového uznesenia. V prvom rade si teda žalobkyňa musí vysporiadať svoje nároky so subjektmi zmluvných vzťahov a vo vzťahu k iným subjektom si môže uplatňovať mimozáväzkovú zodpovednosť za vznik majetkovej ujmy až po tom, čo táto ujma zo záväzkových vzťahov vznikla, teda až vtedy, ak právo žalobkyne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žalobkyne voči Družstvu, a to buď v rámci súdneho, či konkurzného konania, eventuálne ako poškodený veriteľ Družstva aj proti zodpovedným predstaviteľom štatutárnych orgánov titulom porušenia ich povinnosti vykonávať svoju funkciu s odbornou starostlivosťou a v súlade so záujmami Družstva a všetkých jeho členov (§ 243a Obchodného zákonníka). Z uvedených dôvodov sa odvolací súd stotožnil aj so záverom súdu prvej inštancie o tom, že žalobu žalobkyne bolo potrebné zamietnuť aj z toho dôvodu, že bola predčasne podaná. 39. V tejto súvislosti žalovaný dôvodne argumentuje tým, že zodpovednosť štátu za škodu titulom nesprávneho úradného postupu je subsidiárna a nastupuje až po vyčerpaní všetkých zákonných možností veriteľa vo vzťahu k priamemu dlžníkovi, na uspokojenie jeho nárokov z ich vzájomného právneho vzťahu. Žalobkyňa sa mylne domnieva, že existencia pohľadávky voči priamemu dlžníkovi jej automaticky zakladá vznik majetkovej škody, táto jej totiž nevzniká v okamihu splatnosti jej pohľadávky voči priamemu dlžníkovi, v tomto prípade Družstvu, respektíve v prípade jeho omeškania so zaplatením tejto pohľadávky, ale škoda jej vzniká až v prípade, ak sa stalo jej právo na plnenie voči priamemu dlžníkovi nevymáhateľným. V tomto smere je preto bezpredmetná námietka žalobkyne, že zákon číslo 514/2003 Z.z. nevyžaduje žiadne predchádzajúce vysporiadanie súkromnoprávnych vzťahov, a že žiadna platná norma neumožňuje vysloviť záver o predčasnosti podania žaloby, a to ani vtedy, ak doposiaľ nemala možnosť vymôcť plnenie od subjektu, ktorý je jej povinný dané plnenie vrátiť. 40. Pokiaľ žalobkyňa argumentovala rozsudkom Najvyššieho súdu Českej republiky sp.zn. 29 Cdo 4968/2009 zo dňa 11. 4. 2012 vo vzťahu k predčasnosti žaloby, poukazuje odvolací súd na to, že tento na daný prípad nedopadá, keďže ním bolo judikované v súvislosti s § 3 zákona číslo 328/1991 Zb. o konkurze a vyrovnaní, v znení účinnom do 31. 12. 2007, že rozvrhové uznesenie nie je samé osebe skutočnosťou rozhodnou pre vznik alebo výšku škody spôsobenej veriteľovi porušením povinnosti podať návrh na vyhlásenie konkurzu na majetok dlžníka; a teda predmetom judikovanej veci nebolo posudzovanie zodpovednosti štátu za škodu spôsobenú orgánmi verejnej moci. V danom prípade tak odvolací súd považoval vo vzťahu k preskúmavanej veci za relevantné rozhodnutie Najvyššieho súdu Českej republiky sp.zn. 25 Cdo 2601/2010 zo dňa 25. 8. 2010, ktorý sa v ňom zaoberal nárokom na náhradu škody spôsobenej výkonom verejnej moci a v tejto súvislosti vyslovil záver, že nárok na náhradu škody spôsobenej výkonom verejnej moci môže byť voči štátu úspešne uplatnený len vtedy, ak nemôže poškodený úspešne dosiahnuť uspokojenie svojej pohľadávky voči dlžníkovi, ktorý je mu povinný plniť, a v prípade prebiehajúceho konkurzu na majetok dlžníka môže veriteľovi škoda vzniknúť až vtedy, ak nebude nárok voči dlžníkovi uspokojený ani v rámci konkurzu, pričom za nedobytnú je možno pohľadávku považovať až ku dňu, kedy žalobca obdržal plnenie na základe právoplatného rozvrhového uznesenia bez ohľadu na to, že doposiaľ nebolo vydané rozhodnutie o zrušení konkurzu. 41. Inou vadou konania v zmysle ust. § 205 ods. 2, písm.b/ O.s.p. je procesná vada, ktorá na rozdiel od vád taxatívne vymenovaných v § 221 ods. 1 písm. a/ a ž g/ O.s.p. nezakladá zmätočnosť rozhodnutia, ale jej základom je porušenie procesných ustanovení upravujúcich postup v občianskom súdom konaní. Iná vada konania je právne relevantná, ak mala za následok vecnú nesprávnosť rozhodnutia. Na takúto vadu konania pred súdom prvej inštancie odvolací súd prihliada aj keď nebola výslovne v odvolaní namietaná (ust. § 212 ods. 3 O.s.p.). O takúto inú vadu konania ide aj vtedy ak súd v procese dokazovania nevykoná dokazovanie v súlade so zákonom a spôsobom upraveným v zákone, alebo ak je rozhodnutie nepreskúmateľné pre nedostatok dôvodov pre absenciu náležitostí podľa ust. § 157 ods. 2 O.s.p.. 42. Dokazovanie vykonáva súd na pojednávaní (§ 122 ods. 1 O.s.p.). Dôkaz listinou sa vykoná tak, že predseda senátu alebo samosudca na pojednávaní listinu, alebo jej časť, prečíta alebo oznámi jej obsah; to neplatí, ak súd vo veci nenariaďuje pojednávanie (§ 129 ods. 1 O.s.p.). 43. Námietku žalobkyne, že súd prvej inštancie nevykonal dokazovanie v súlade s ustanovením § 129 ods. 1 O.s.p., nepovažoval odvolací súd za opodstatnenú. Postup súdu prvej inštancie v procese dokazovania možno zistiť len z obsahu pojednávania zachyteného v zápisnici o pojednávaní. Z obsahu zápisnice pred súdom prvej inštancie zo dňa 3.7. 2014 vyplýva, že súd prvej inštancie oboznámil obsah spisu a listinných dokladov bližšie špecifikovaných v zápisnici z pojednávania, ku ktorým sa právny zástupca žalobkyne a splnomocnená zástupkyňa žalovaného zhodne vyjadrili tak, že ich obsah je im známy. 44. Dokazovanie listinnými dôkazmi, ktorých obsah súd prvej inštancie oboznámil na pojednávaní, bolo vykonané v súlade s ust. § 129 ods. 1 O.s.p. a zo skutočnosti, že v zápisnici nie je zachytené, či oboznámenie vykonal súd prvej inštancie prečítaním presne označených listín alebo ich presne označených častí, nemožno vyvodiť ich procesnú neúčinnosť, resp. ich nevykonanie zákonným spôsobom. Navyše, ide predovšetkým o listinné doklady predložené samotnou žalobkyňou, a preto jej bol ich obsah známy, dokonca sa na tieto dôkazy odvolávala v súvislosti s preukazovaním svojho nároku, a preto súd prvej inštancie nevychádzal pri svojom rozhodovaní zo žiadnej takej rozhodujúcej skutočnosti, resp. listinného dôkazu, preukazujúceho také skutočnosti, ktoré by žalobkyni neboli známe, a na ktoré skutočnosti, či dôkazy, by nebola mohla v konaní patrične, svojimi procesnými návrhmi a vyjadreniami, reagovať. Napokon žalobkyňa, resp. jej právny zástupca, nenamietali v priebehu pojednávaní, že by na ňom nedošlo k oboznámeniu s listinnými dokladmi tak, ako to bolo zaznamenané v zápisnici o pojednávaní, resp. že by došlo k zaprotokolovaniu tejto skutočnosti v rozpore s faktickým stavom. 45. S poukazom na uvedené odvolací súd uzavrel, že dokazovanie listinnými dokladmi bolo vykonané zákonným spôsobom, tieto tak boli spôsobilým podkladom pre zisťovanie skutkového stavu tak, ako bol správne ustálený súdom prvej inštancie a účastníci mali možnosť v konaní uplatniť svoje právo sa k týmto dôkazom vyjadriť ( § 123 O.s.p.). 46. Súd prvej inštancie k skutkovým zisteniam, na ktorých založil svoje rozhodnutie, tak dospel v súlade s § 122 ods. 1 O.s.p. a § 129 ods. 1 O.s.p., a preto v konaní pred súdom prvého stupňa nedošlo k procesnej vade majúcej za následok nesprávne rozhodnutie vo veci. 47. So zreteľom na vyššie uvedené dospel odvolací súd k záveru zhodnému so súdom prvej inštancie, že NBS, ako orgán dohľadu nad finančným trhom,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z jej strany nemohlo dôjsť k nesprávnemu úradnému postupu a jej postup mal oporu v čl. 2 ods.2 Ústavy SR. 48. Odvolací súd tak nepovažoval námietky žalobkyne uvádzané v odvolaní za dôvodné a za stavu, keď súd prvej inštancie na základe dostatočne zisteného skutkového stavu a riadne vykonaných dôkazov dospel k správnym skutkovým zisteniam a správne vec posúdil aj po právnej stránke, žalobkyňou uplatnené odvolacie dôvody nemohli obstáť. 49. Keď teda súd prvej inštancie za daného skutkového stavu, ktorý bol zistený správne, zamietol žalobu žalobkyne vo veci samej - z dôvodu nesplnenia zákonných predpokladov zodpovednosti štátu za škodu spôsobenú nesprávnym úradným postupom podľa § 9 zákona č. 514/2003 Z.z., rozhodol vecne správne, a odvolací súd preto rozsudok súdu prvej inštancie v napadnutej časti, vrátane výroku o náhrade trov konania, potvrdil (§ 219 ods. 1 O.s.p.). 50. O trovách odvolacieho a dovolacieho konania rozhodol odvolací súd podľa ust. § 396 ods. 1 C.s.p. v spojení s § 255 ods. 1, § 453 ods. 3 a § 262 ods. 1 C.s.p. tak, že žalovaný, ktorý bol úspešný v odvolacom konaní v plnom rozsahu, má nárok na náhradu trov odvolacieho a dovolacieho konania. 51.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https://www.kauzis.sk/judikatura/r/ECLI:SK:KSBA:2018:1111244479.2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