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16Co/2/2018 z 26. 3. 2018</w:t>
      </w:r>
    </w:p>
    <w:p>
      <w:r>
        <w:t>Rozsudok Krajského súdu Bratislava z 26. marca 2018, sp. zn. 16Co/2/2018, ECLI:SK:KSBA:2018:1111244524.2</w:t>
      </w:r>
    </w:p>
    <w:p>
      <w:r>
        <w:t>Súd: Krajský súd Bratislava</w:t>
      </w:r>
    </w:p>
    <w:p>
      <w:r>
        <w:t>Spisová značka: 16Co/2/2018</w:t>
      </w:r>
    </w:p>
    <w:p>
      <w:r>
        <w:t>ECLI: ECLI:SK:KSBA:2018:1111244524.2</w:t>
      </w:r>
    </w:p>
    <w:p>
      <w:r>
        <w:t>Dátum vydania: 26. 3. 2018</w:t>
      </w:r>
    </w:p>
    <w:p>
      <w:r>
        <w:t>Forma: Rozsudok</w:t>
      </w:r>
    </w:p>
    <w:p>
      <w:r>
        <w:t>Oblasť práva: Občianske právo</w:t>
      </w:r>
    </w:p>
    <w:p>
      <w:pPr>
        <w:pStyle w:val="Heading2"/>
      </w:pPr>
      <w:r>
        <w:t>Text rozhodnutia</w:t>
      </w:r>
    </w:p>
    <w:p>
      <w:r>
        <w:t>Súd: Krajský súd Bratislava Spisová značka: 16Co/2/2018 Identifikačné číslo súdneho spisu: 1111244524 Dátum vydania rozhodnutia: 27. 03. 2018 Meno a priezvisko sudcu, VSÚ: JUDr. Mario Dubaň ECLI: ECLI:SK:KSBA:2018:1111244524.2 ROZSUDOK V MENE SLOVENSKEJ REPUBLIKY Krajský súd v Bratislave v senáte zloženom z predsedu senátu JUDr. Ing. Maria Dubaňa a sudcov JUDr. Romana Majerského a JUDr. Ivany Štiftovej v právnej veci žalobcu: V. L., B.. T.. K. XX, O. N., zastúpeného FUTEJ &amp; Partners, s.r.o., Radlinského 2, Bratislava, proti žalovanej: Slovenská republika, za ktorú koná Národná banka Slovenska, Imricha Karvaša 1, Bratislava, o zaplatenie náhrady škody 696,87 eura s prísl., na odvolanie žalobcu proti rozsudku Okresného súdu Bratislava I č.k. 7C/188/2011-518, zo dňa 16.3.2017, takto r o z h o d o l : I. Odvolací súd napadnutý rozsudok súdu prvej inštancie p o t v r d z u j e . II. Žalovanej p r i z n á v a proti žalobcovi plný nárok na náhradu trov odvolacieho konania. o d ô v o d n e n i e : 1. Napadnutým rozsudkom súd prvej inštancie zamietol žalobu, ktorou sa žalobca proti žalovanej domáhal zaplatenia 696,87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a rozhodol, že žalovaná nemá nárok na náhradu trov konania. 2. Svoje rozhodnutie po právnej stránke odôvodnil ustanoveniami § 3 ods. 1, ods. 2, § 9 ods.1 veta prvá a druhá, ods.2, §15 ods.1 a §17 ods.1 zákona č. 514/2003 Z.z. o zodpovednosti za škodu spôsobenú pri výkone verejnej moci (ďalej len zákon č. 514/2003 Z.z.), keď z obsahu skutkových tvrdení uvedených žalobcom v žalobe mal za zrejmé, že žalobca sa voči žalovanej domáha náhrady škody titulom zodpovednosti štátu za nesprávny úradný postup v zmysle zákona č. 514/2003 Z.z. Z vykonaného dokazovania súd prvej inštancie zistil, že Úrad pre finančný trh (ďalej len "úrad") rozhodnutím zo dňa 21.3.2002 schválil družstvu Prospekt investície, pri ktorom družstvo požiadalo návrhom na začatie konania doručeným úradu dňa 16.4.2003 o schválenie jeho dodatku. Úrad PDSI v upozornení zo dňa 13.5.2003 oboznámil o splnení podmienok pre schválenie tohto dodatku podľa § 127 ods. 4 v spojení s § 122 ods. 7 zákona č. 566/2001 Z.z. o cenných papieroch a investičných službách (ďalej len zákon č. 566/2001 Z.z.). Prílohou žiadosti družstva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8.1.2008, č. OPK-9750/3/2007, Národná banka Slovenska (ďalej len „NBS“) na základe kontroly vykonanej v r. 2007 uložila obchodníkovi s CP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CP opätovne pokutu, a to vo výške 300.000,- Sk za porušenie ustanovení § 54 ods. 2, § 73 ods. 1 písm. a), § 74 ods. 1, ods. 7 písm. b) zákona č. 566/2001 Z.z. NBS rozhodnutím zo dňa 22.4.2008, č. OPK-2744-5/2007-PLP, zmenila podľa § 59 ods. 4 zákona č. 566/2001 Z.z. obchodníkovi s CP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Listom zo dňa 23.4.2010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PDSI zo dňa 10.5.2010 o tom, že ročná finančná správa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PDSI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3. Vychádzal tiež zo zistenia, že NBS vydala dňa 12.7.2010 rozhodnutie o predbežnom opatrení, č. ODT-8305/2010, ktorým podľa § 25 ods. 1 písm. a) zákona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21.12.2010, č. ODT-8305-5/2010, NBS podľa § 144 ods. 1 písm. l) zákona č. 566/2001 Z.z. odobrala obchodníkovi s CP povolenie na poskytovanie investičných služieb z dôvodov podľa § 156 ods. 2 písm. a), § 55 ods. 7, 9, § 85 ods. 2 v spojení s § 84 ods. 1 písm. b), § 76 ods. 2 a § 77 ods. 7 zákona č. 566/2001 Z.z. Správnosť predmetného rozhodnutia potvrdila v konaní o rozklade Banková rada Národnej banky Slovenska rozhodnutím zo dňa 1.3.2011, č. GUV-274/2011. NBS oznámila na svojej webovej stránke formou tlačovej správy predmetnú informáciu. NBS rozhodnutím zo dňa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nad finančným trhom.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18.7.2011. NBS po zistení niektorých skutočností nasvedčujúcich tomu, že neznámym páchateľom bol spáchaný skutok, ktorý by mohol naplniť znaky skutkovej podstaty trestného činu, podala dňa 27.7.2010 trestné oznámenie na Prezídium Policajného zboru, odbor boja proti korupcii Bratislava. Listom zo dňa 26.4.2007 vyzvala NBS v zmysle § 35 ods. 1 zákona č. 747/2004 Z.z. o dohľade nad finančným trhom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PDSI listom zo dňa 9.5.2008 a s listom zo dňa 20.8.2007 predložilo audítorskú správu a konsolidovanú účtovanú závierku za rok 2006 a listom zo dňa 2.6.2008 reagovalo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Keďže v zmysle prijatej investičnej stratégie v Prospekte investície by angažovanosť voči jednému emitentovi nemala prekročiť 30 % podielu na celkových aktívach vyhlasovateľa verejnej ponuky a podiel emitenta CI HOLDING, a.s., na celkových aktívach predstavovala 91,45 %,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PDSI sa zaviazalo zaslať písomné stanovisko o spôsobe riešenia daného stavu do 15.10.2007. V rámci reakcie splnomocnený zástupca X.M. W.. Y. K.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s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4. Vo vzťahu k obchodníkovi s CP z listinných dokladov súd prvej inštancie zistil, že PDSI vo vyjadrení zo dňa 19.3.2010 upozorňovalo obchodníka s CP na závažný nesúlad skutočnej finančnej kondície portfólia, ktoré na základe zmluvy obchodník s CP riadil a obhospodaroval, oproti prezentovaným výsledkom podľa vyúčtovania zo dňa 8.1.2010. Listom zo dňa 12.4.2010 družstvo vyzvalo obchodníka s CP na predloženie správy o zhodnotení finančných prostriedkov za 4. štvrťrok 2009 a za 1. štvrťrok 2010 v súlade so zmluvou najneskôr do 16.4.2010. Listom zo dňa 16.4.2010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3.5.2010 a opätovne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PDSI vyzvalo obchodníka s CP na vrátenie neoprávnene vyplatenej odmeny vo výške 228.954 eur a na doplatenie rozdielu zhodnotenia portfólia za IV. kvartál 2009 a I. kvartál 2010, nakoľko portfólio družstva nebolo zhodnotené na zmluvne stanovenú 8 percentnú úroveň a bolo vo výraznej strate. 5. Z obsahu spisu sp. zn. 19C 56/2011 súd prvej inštancie zistil, že sa týka právnej veci navrhovateľa: PODIELOVÉ DRUŽSTVO SLOVENSKÉ INVESTÍCIE proti odporcovi SR - Národná banka Slovenska o náhradu škody vo výške 63.163.426,03 eura s prísl. spôsobnej nesprávnym úradným postupom NBS podľa zákona č. 514/2003 Z.z.. Návrh bol súdu doručený dňa 18.4.2011 a bol odôvodnený tým, že navrhovateľ, ktorého právnou formou je družstvo, ktoré v zmysle § 221 ods. 1 Obchodného zákonníka je spoločenstvom neuzavretého počtu osôb založeným za účelom podnikania alebo zabezpečovania hospodárskych, sociálnych alebo iných potrieb svojich členov, združoval svojich členov a ich finančné prostriedky s cieľom zabezpečiť pre členov bezpečné a výhodné zhodnocovanie ich členských vkladov do majetkových hodnôt a súčasne s cieľom poskytovať im členské výhody a služby. Navrhovateľ ako vyhlasovateľ verejnej ponuky majetkových hodnôt požiadal NBS o schválenie ponuky a NBS verejnú ponuku majetkových hodnôt navrhovateľa schválila. Prospekt investície bol vypracovaný k 20.2.2002 a doplnený Dodatkom zo dňa 21.3.2003 a zo dňa 3.6.2008. Medzi podstatnými náležitosťami Prospektu investície bola aj Zmluva o správe portfólia cenných papierov, nahradená Zmluvou o poradenskej činnosti zo dňa 23.1.2004 a následne Zmluvou o riadení portfólia zo dňa 2.6.2008. Navrhovateľ namietal nesprávny úradný postup NBS, keď NBS a) pri výkone dohľadu nad činnosťou obchodníka s CP, ktorý vykonával pre navrhovateľa činnosť podľa Zmluvy zistiac závažné a podstatné nedostatky v činnosti obchodníka s CP neurobila riadne a včas úkony potrebné pre nápravu zistených nedostatkov a ani na ich zamedzenie do budúcna, pričom musela vedieť, že zistené nedostatky zasahujú do práv a právom chránených záujmov navrhovateľa ako klienta Obchodníka s CP; b) vo vzťahu k navrhovateľovi nevykonala potrebné opatrenia na zabránenie vzniku škody na jeho majetku, najmä navrhovateľa neupozornila včas na riziká vyplývajúce pre navrhovateľa z činnosti Obchodníka s CP po ich zistení, aby mohol ochrániť svoje investície; c) nezasiahla včas a účinne voči Obchodníkovi s CP na základe podnetu navrhovateľa z 15.4.2010, keď sa navrhovateľ dostal do zložitej situácie v súvislosti s výpoveďou Zmluvy zo strany Obchodníka s CP, NBS neurobila opatrenia a nezasiahla a tým zbytočnými prieťahmi, spôsobila, že Obchodník s CP mohol pokračovať v protiprávnom konaní na ujmu navrhovateľa, d) nereagovala na list navrhovateľa zo dňa 26.4.2010, ktorým navrhovateľ podal podnet na vyhlásenie Obchodníka s CP za neschopného plniť svoje záväzky voči klientom a spôsobila,, že navrhovateľ si nemohol uplatniť nárok na náhradu za nedostupný klientsky majetok u Garančného fondu investícií; e) inými zbytočnými prieťahmi resp. svojou nečinnosťou spôsobila, že neprijala v konaní voči Obchodníkovi s CP vhodné opatrenia (sankcie) ktorými by zabezpečila, že Obchodník s CP by nemohol nakladať so svojim majetkom inak, než za účelom uspokojenia pohľadávky navrhovateľa aj keď vedela, že Obchodník s CP pri vykonávaní činnosti porušuje zákon. V dôsledku nesprávneho úradného postupu si navrhovateľ uplatňuje náhradu škody vo výške 63.163.426,03 eura, ktorá je určená ako skutočná škoda v sume 26.575.807,88 eura a ako ušlý zisk v sume 36.587.618,15 eura. Výška skutočnej škody 26.575.807,88 eura pozostáva zo sumy 19.649.001,52 eura, ktorú Obchodník s CP prijal od navrhovateľa ako klienta (t.j. boli mu zverené) a predstavuje základné imanie navrhovateľa tvorené členskými vkladmi členov, ktoré boli na bankových účtoch navrhovateľa a ktoré mal Obchodník s CP k dispozícii na účtoch navrhovateľa na zhodnotenie podľa Zmluvy, zo sumy 1.571.920,12 eura, ktorá predstavuje zhodnotenie 8% p.a. zo sumy 19.649.001,52 eura, zo sumy 4.958.228 eur, ktorá pozostáva z peňažných prostriedkov prijatých navrhovateľkou a zverených Obchodníkovi s CP za predané krátkodobé zmenky navrhovateľa v sume 1.797.145 eur a z peňažných prostriedkov prijatých za dlhodobé zmenky navrhovateľa v sume 3.161.083 eur, zo sumy 396.658,24 eura, ktorá predstavuje zhodnotenie 8% p.a. zo sumy 4.958.228 eur. Podľa vyjadrenia žalovanej v tejto veci bolo právoplatne rozhodnuté tak, že súd návrh navrhovateľa zamietol. 6. Ďalej súd prvej inštancie uviedol, že uznesením Okresného súdu Bratislava I zo dňa 11.4.2011, ktoré nadobudlo právoplatnosť dňa 5.5.2011, bol v konaní vedenom pod sp. zn. 3K/95/2010 vyhlásený konkurz na majetok družstva ako úpadcu a do funkcie správcu bol ustanovený W.. W. Y., ktorý podal dňa 24.8.2011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3K/95/2010 zo dňa 20.6.2014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NBS, voči poisťovni AIG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 7. Z vykonaného dokazovania pre súd prvej inštancie vyplynulo, že žalobca ako veriteľ prihlásil svoju pohľadávku voči družstvu do konkurzu prebiehajúceho na Okresnom súde Bratislava I sp. zn. 3K/95/2010 vo výške 696,87 eura, ktorá pohľadávka bola správcom konkurznej podstaty v celom rozsahu popretá a vedie sa o nej incidenčné konanie pod sp. zn. 2Cbi 439/2011, ktoré nie je právoplatne skončené. Vyslovil, že zodpovednosť štátu za škodu spôsobenú rozhodnutím orgánu verejnej moci alebo jeho nesprávnym úradným postupom podľa zákona č. 514/2003 Z.z. patrí k forme objektívnej zodpovednosti štátu, za súčasného splnenia troch podmienok, ktorými sú: existencia škody ako majetkovej ujmy vyjadriteľnej v peniazoch, nezákonné rozhodnutie alebo nesprávny úradný postup orgánu verejnej moci a príčinná súvislosť medzi škodou a nezákonným rozhodnutím alebo nesprávnym úradným postupom. 8. Vo vzťahu k vytýkanému nesprávnemu úradnému postupu NBS spočívajúcemu v oneskorenom zistení neaktuálnosti údajov zahrnutých do Prospektu investície a tým neplatnosti Prospektu investície a následné oneskorení zakázanie činnosti družstva súd prvej inštancie poznamenal,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a to zverejnenie schváleného Prospektu investície pred začatím verejnej ponuky, plnenie informačných povinností vyhlasovateľa verejnej ponuky majetkových hodnôt, splnenie povinnosti predložiť na posúdenie oznámenie o verejnej ponuke majetkových hodnôt, dodržiavanie zákazu poskytovať úvery a pôžičky z peňažných prostriedkov zhromaždených od verejnosti (§ 126 ods. 5 zákona č. 566/2001 Z.z.). Až od 1.6.2010 išlo aj o dodržiavanie schváleného prospektu investície (§ 129 ods. 3 zákona č. 566/2001 Z.z.). 9. Súd prvej inštancie dospel k záveru, že povinnosť aktualizácie Prospektu investície sa vzťahovala primárne na družstvo, ktoré malo v takom prípade vypracovať dodatok Prospektu investície a predložiť ho na schválenie NBS. Ak štatutárny orgán PDSI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až 6.5.2010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Podotkol, že ako vyplýva z rozhodnutia NBS zo dňa 26.8.2010, č. OPK-5664/1-5/2010, PDSI predmetnú žiadosť NBS síce predložilo, táto však neobsahovala všetky náležitosti podľa zákona č. 747/2004 Z.z. o dohľade nad finančným trhom,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ODT-10890-4/2010, ktorým zakázala družstvu predaj majetkových hodnôt. Je teda zrejmé, že NBS konala v rámci svojich oprávnení stanovených zákonom a na uvedenom základe súd prvej inštancie v jej postupe nezistil namietaný nesprávny úradný postup. 10. Pokiaľ ide o nesprávny úradný postup spočívajúci v prijatí nedostatočných opatrení na nápravu protiprávneho stavu po zisteniach v Prerokovaní nedostatkov, súd prvej inštancie uviedol, že predmetom konania je nesprávny úradný postup žalovanej, a nie obchodníka s CP; preto v priamej príčinnej súvislosti s ním mohla vzniknúť škoda len družstvu, a nie žalobcovi. Žalobca totiž nebol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24.8.2007 a súčasne dala odporúčania na nápravu tohto stavu. Mal za to, že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11. Pokiaľ ide o nesprávny úradný postup žalovanej spočívajúci v prijatí nedostatočných opatrení na nápravu protiprávneho stavu po zistení závažných pochybení obchodníka s CP pri činnosti voči družstvu, mal súd prvej inštancie za to, že z listinných dôkazov, rozhodnutí NBS o uložení pokuty vo výške 500.000,- Sk (rozhodnutie zo dňa 8.1.2008, č. OPK 9750/3/2007) vo výške 300.000,- Sk (rozhodnutie zo dňa 20.8.2008, č. OPK-9750-5/2007) je zrejmé, že NBS činnosť obchodníka s CP sledovala, pričom nebolo jej povinnosťou informovať družstvo o výsledných zisteniach. Zákon č. 747/2004 Z.z.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samotného žalobcu, ktorý sa ako člen družstv mala aktívne a včas zaujímať o svoje práva a ich výkon voči družstvu a jeho orgánom v zmysle zásady "práva patria bdelým" a zamedziť tak znehodnoteniu, príp. nevymožiteľnosti svojich majetkových a iných práv súvisiacich s družstvom. 12. Ďalšou podmienkou pre úspešné uplatnenie nároku na náhradu škody voči štátu, ako v odôvodnení konštatoval súd prvej inštancie, je preukázanie vzniku škody a jej výšky a príčinnej súvislosti medzi vytýkaným nesprávnym úradným postupom a vznikom škody. V tejto súvislosti poznamenal, že žalobca sa v konaní domáhal zaplatenia sumy vo výške 696,87 eura. Žalobca dňa 11.2.2011 požiadal družstvo o zrušenie členského podielu, ktoré mu vydalo potvrdenie o zániku jeho členstva a vzniku nároku na vyrovnací podiel vo výške 696,87 eura. Z vykonaného dokazovania mal súd prvej inštancie za zrejmé, že uznesením Okresného súdu Bratislava I zo dňa 11.4.2011, sp. zn. 3K 95/2010, bol na majetok družstva ako úpadcu vyhlásený konkurz, do funkcie správcu bol ustanovený W.. W. Y. a veritelia družstva boli vyzvaní na prihlásenie pohľadávok v lehote 45 dní odo dňa vyhlásenia konkurzu. Žalobca si formou prihlášky prihlásil voči PDSI pohľadávku v sume 696,87 eura, ktorá bola správcom konkurznej podstaty v celom rozsahu popretá a žalobca sa obrátil na súd incidenčnou žalobou na určenie oprávnenosti jej pohľadávky, konanie je vedené na Okresnom súde Bratislava I pod sp. zn. 2Cbi/439/2011, ktoré nie ešte právoplatne skončené. Mal za to, že žalobca sa ako bývalý člen družstva, s ktorým bol v právnom vzťahu a z ktorého mu v dôsledku vystúpenia vzniklo právo na vyplatenie vyrovnacieho podielu, sa prioritne musí domáhať zaplatenia svojej pohľadávky voči družstvu, nakoľko družstvo je vo vzťahu k nej v pozícii dlžníka/povinného. Žalobca si aj svoj nárok voči PDSI uplatnil a to formou prihlášky v konkurznom konaní vyhlásenom na majetok družstva. Uviedol, že v čase jeho rozhodovania, teda v rozhodujúcom čase v zmysle § 154 O.s.p., však žalobca nepreukázal bezúspešnosť uplatňovania svojich práv voči družstvu, nakoľko konanie o incidenčnej žalobe voči správcovi konkurznej podstaty úpadcu - družstvu nie je doposiaľ právoplatne skončené. Naviac z vyjadrenia správcu konkurznej podstaty úpadcu - družstva zo dňa 20.6.2014 mal za zrejmé,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AIG Europe, členom predstavenstva Družstva, obchodníkovi s CP, a okrem toho, vedie i konania za účelom prinavrátenia majetkového vplyvu úpadcu nad majetkom, ktorý bol spolufinancovaný z prostriedkov úpadcu a ktorý bol v čase pred vyhlásením konkurzu zo sféry jeho vplyvu odstránený podozrivými úkonmi. Z uvedeného vyvodil, že toho času nie je možné ustáliť majetok úpadcu - družstva, s ktorým bol žalobca v záväzkovom vzťahu a z ktorého majetku by mala byť uspokojená jeho pohľadávka uplatňovaná i v prebiehajúcom konaní titulom náhrady škody za nesprávny úradný postup. Vzhľadom na vyššie uvedené súd prvej inštancie ani nemohol ustáliť, či vôbec a v akej výške žalobcovi vznikla škoda a ktoré okolnosti sú rozhodné aj pre plynutie premlčacej doby na uplatnenie nároku na náhradu škody voči štátu. Poznamenal, že v tomto smere bol návrh žalobcu podaný predčasne a tiež v tejto súvislosti poukázal aj na rozhodnutie Najvyššieho súdu SR sp. zn. 4Cdo 199/2005 a rozhodnutie Najvyššieho súdu ČR sp. zn. 25 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V súvislosti s žalobcom uvádzaným rozhodnutím Najvyššieho súdu ČR sp. zn. 29Cdo 4968/2009 poznamenal, že predmetné rozhodnutie nie je možné aplikovať v danej veci s poukazom na vyjadrenie správcu konkurznej podstaty úpadcu, z ktorého je zrejmé, že konkurzné konanie nie je doposiaľ ukončené a vzhľadom na jeho stav nemožno jednoznačne konštatovať vylúčenie možnosti uspokojenia pohľadávky žalobcu ako prípadného veriteľa v rozsahu, v ktorom sa v prebiehajúcom konaní domáha náhrady škody. 13. Súd prvej inštancie na uvedenom základe tak dospel k záveru, že žalobca v konaní nepreukázal existenciu predpokladov zodpovednosti žalovanej za škodu podľa zákona č. 514/2003 Z.z., na vyvodenie ktorej je potrebné kumulatívne, t.j. súčasné splnenie všetkých zákonom stanovených podmienok, keď nepreukázal vznik škody, namietaného nesprávneho úradného postupu, a tým ani vznik príčinnej súvislosti medzi škodou a nesprávnym úradným postupom, preto nárok žalobcu ako nedôvodný v celom rozsahu zamietol. O trovách konania rozhodol podľa § 257 ods. 1 C.s.p., keď z obsahu spisu zistil, že žalovaná, ktorá mala plný úspech v konaní si náhradu trov konania na základe jej výslovného vyjadrenia neuplatnila. 14. Proti rozsudku podal odvolanie žalobca a žiadal napadnutý rozsudok súdu prvej inštancie zmeniť, žalovanej uložiť povinnosť zaplatiť žalobcovi náhradu škody 696,87 eura s prísl., alternatívne žiadal napadnutý rozsudok zrušiť a vrátiť vec na ďalšie konanie; namietal, že konanie má inú vadu, ktorá mohla mať za následok nesprávne rozhodnutie vo veci; súdu prvej inštancie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 ako úplne irelevantný, ak nemohol o takto zúženom dohľade orgánu dohľadu vedieť. Nesúhlasil so záverom súdu prvej inštancie o tom, že neexistuje príčinná súvislosť medzi škodou a porušením zákonných povinností NBS, spočívajúcich v nesprávnom výkone dohľadu, ktorým bol porušený zákon č. 566/2001 Z.z.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mohol zabezpečiť dodržiavanie zákona o cenných papieroch, resp. sankcie donucujúce porušujúci subjekt k dodržiavaniu zákona. Vychádzal z toho,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žalobcu. Poukázal na skutočnosť, že v konaní vedenom na Okresnom súde Bratislava I pod sp. zn. 7C/206/2011 bolo výpoveďou M. R.. E. V., H..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s.r.o., a GLOBAL production, s.r.o., pričom posledné dve spoločnosti boli opäť 100 % dcérskymi spoločnosťami CI HOLDING, akciová spoločnosť a vo všetkých troch spoločnostiach bol navyše či už členom predstavenstva alebo konateľom R.. Y.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Žalobca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15. Žalovaná vo vyjadrení k odvolaniu žiadala rozsudok v napadnutej časti ako vecne a právne správny potvrdiť. Uviedla, že súd prvej inštancie pri konaní v prejednávanom spore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žalobca v konaní nepreukázal bezúspešné uplatnenie nároku voči PDSI, čo znamená, že nepreukázal vznik škody. 16. Odvolací súd viazaný rozsahom a dôvodmi odvolania (§ 379, § 380 ods. 1 C.s.p.), preskúmal napadnutý rozsudok, prejednal odvolanie žalobcu bez nariadenia odvolacieho pojednávania podľa § 385 ods. 1 C.s.p. a dospel k záveru, že rozsudok súdu prvej inštancie je vo výroku vecne správny. Rozsudok verejne vyhlásil dňa 27.3.2018 (§ 387 ods. 1, § 219 ods. 3 C.s.p.). 17. Podľa § 470 ods. 1, ods. 2 veta prvá C.s.p. ak nie je ustanovené inak, platí tento zákon aj na konania začaté predo dňom nadobudnutia jeho účinnosti. Právne účinky úkonov, ktoré v konaní nastali predo dňom nadobudnutia účinnosti tohto zákona, zostávajú zachované. 18. Rozsudok súdu prvej inštancie odvolací súd potvrdil, pretože je vecne správny a nakoľko sa v celom rozsahu stotožňuje s odôvodnením napadnutého rozsudku, konštatuje správnosť jeho dôvodov (§ 387 ods. 1, ods. 2 C.s.p.). 19.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stotožnil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žalobca. NBS mohla podľa platnej právnej úpravy kontrolovať len to, či PDSI plní informačné povinnosti v zmysle ustanovení §§ 126 až 130 zákona č. 566/2001 Z.z. Je potrebné poukázať i na to, že žalobca si musel byť vedomý toho, že s jeho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žalobca vedomý nebol, nemožno to pričítať na ťarchu žalovanej v zmysle zásady, podľa ktorej neznalosť zákona neospravedlňuje. To isté platí aj pokiaľ ide o argumentáciu žalobcu, že o rozsahu dohľadu NBS nad činnosťou družstva nemal vedomosť. Nebolo možné sa stotožniť ani s námietkou žalobcu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zo zákona vyplývajú. 21.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žalobca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žalobcovi. Odvolací súd ďalej v názorovej zhode so súdom prvej inštancie poznamenáva, že ani prípadný nesprávny úradný postup NBS voči obchodníkovi s CP, nie je z hľadiska predmetu prebiehajúceho konania pre úspech žalobcu v konaní právne významný, pretože na strane žalobcu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žalobca v rozhodnom období nebol (a ani nie je) v žiadnom záväzkovom vzťahu s obchodníkom s CP. Zisťovanie naplnenia nesprávneho úradného postupu NBS vyplývajúceho z jeho dohľadu nad obchodníkom s CP preto nebolo dôležité. Napriek uvedenému sa však s námietkou žalobcu,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22. Z uvedeného je potom zrejmé, že v konaní nebol preukázaný základný predpoklad vzniku zodpovednosti za škodu spôsobenú nesprávnym úradným postupom štátu v zmysle § 9 zákon č. 514/2003 Z.z., ktorým je nesprávny úradný postup štátu zastúpeného NBS. 23. Pokiaľ ide o rozsudok Najvyššieho súdu ČR sp. zn. 29Cdo/4968/2009, na ktorý v odvolaní poukázal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návrh na začatie konania bol podaný predčasne. 24. O nároku na náhradu trov odvolacieho konania odvolací súd rozhodol podľa § 396 ods. 1 C.s.p. v spojení s § 255 ods. 1 C.s.p. a § 262 ods. 1 C.s.p. tak, že žalovanej priznal proti žalobcovi plný nárok na náhradu trov odvolacieho konania, nakoľko mala vo veci plný úspech. 25.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https://www.kauzis.sk/judikatura/r/ECLI:SK:KSBA:2018:1111244524.2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