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5Co/22/2018 z 26. 2. 2018</w:t>
      </w:r>
    </w:p>
    <w:p>
      <w:r>
        <w:t>Rozsudok Krajského súdu Bratislava z 26. februára 2018, sp. zn. 5Co/22/2018, ECLI:SK:KSBA:2018:1111244543.1</w:t>
      </w:r>
    </w:p>
    <w:p>
      <w:r>
        <w:t>Súd: Krajský súd Bratislava</w:t>
      </w:r>
    </w:p>
    <w:p>
      <w:r>
        <w:t>Spisová značka: 5Co/22/2018</w:t>
      </w:r>
    </w:p>
    <w:p>
      <w:r>
        <w:t>ECLI: ECLI:SK:KSBA:2018:1111244543.1</w:t>
      </w:r>
    </w:p>
    <w:p>
      <w:r>
        <w:t>Dátum vydania: 26. 2. 2018</w:t>
      </w:r>
    </w:p>
    <w:p>
      <w:r>
        <w:t>Forma: Rozsudok</w:t>
      </w:r>
    </w:p>
    <w:p>
      <w:r>
        <w:t>Oblasť práva: Občianske právo</w:t>
      </w:r>
    </w:p>
    <w:p>
      <w:pPr>
        <w:pStyle w:val="Heading2"/>
      </w:pPr>
      <w:r>
        <w:t>Text rozhodnutia</w:t>
      </w:r>
    </w:p>
    <w:p>
      <w:r>
        <w:t>Súd: Krajský súd Bratislava Spisová značka: 5Co/22/2018 Identifikačné číslo súdneho spisu: 1111244543 Dátum vydania rozhodnutia: 27. 02. 2018 Meno a priezvisko sudcu, VSÚ: JUDr. Milan Chalupka ECLI: ECLI:SK:KSBA:2018:1111244543.1 ROZSUDOK V MENE SLOVENSKEJ REPUBLIKY Krajský súd v Bratislave v senáte zloženom z predsedu senátu JUDr. Milana Chalupku a členov senátu JUDr. Juraja Považana a JUDr. Magdalény Florekovej v právnej veci žalobcu: B.. E. D., nar. X.X.XXXX, R.: L. X, R., v zast.: FUTEJ &amp; Partners, s.r.o., sídlom: Radlinského 2, Bratislava, IČO: 35 955 341, proti žalovanému: Slovenská A., Q. U. R. E., sídlom: B. L. X, R., o náhradu škody vo výške 5212,81 eur s príslušenstvom, na odvolanie žalobcu proti rozsudku Okresného súdu Bratislava I, č.k. 14C/188/2011-207 zo dňa 20.02.2015, takto r o z h o d o l : Odvolací súd napadnutý rozsudok súdu prvej inštancie p o t v r d z u j e. Žalovanému sa p r i z n á v a náhrada trov odvolacieho konania v rozsahu 100%. o d ô v o d n e n i e : 1. Napadnutým rozsudkom súd prvej inštancie zamietol návrh, ktorým sa žalobca voči odporcovi domáhal zaplatenia sumy 5.212,81,- € s príslušenstvom predstavujúcu náhradu škody spôsobenej nesprávnym úradným postupom odporcu pri vykonávaní bankového dohľadu nad činnosťou PODIELOVÉHO DRUŽSTVA SLOVENSKÉ INVESTÍCIE (ďalej len "PDSI") a obchodníka s cennými papiermi V. B., O..V..D.., a.s. (ďalej len "obchodník s CP"). Ďalej prvostupňový súd zamietol návrh žalobcu na podanie prejudiciálnej otázky Súdnemu dvoru Európskej únie a rozhodol, že žalovanému náhradu trov konania nepriznáva. 2. Svoje rozhodnutie po právnej stránke prvostupňový súd odôvodnil ustanoveniami § 3 ods.1,2, § 9 ods.1,2, § 15 ods.1 , § 17 ods.1 zákona č. 514/2003 Z.z. o zodpovednosti za škodu spôsobenú pri výkone verejnej moci, § 127 ods. 2, § 128 zákona č. 566/2001 Z.z. o cenných papieroch, keď z obsahu návrhu je zrejmé, že žalobca sa voči žalovanému domáha náhrady škody titulom zodpovednosti štátu za nesprávny úradný postup v zmysle zákona č. 514/2003 Z.z., preto súd nárok posudzoval v intenciách tohto zákona. Prvoinštančný súd uviedol, že žalobca bol členom družstva PODIELOVÉ DRUŽSTVO SLOVENSKÉ INVESTÍCIE, do tohto družstva vložil členský vklad, avšak vzhľadom na rozhodnutie o vystúpení z Družstva mu členstvo zaniklo rozhodnutím predstavenstva družstva podľa čl. 16 ods.3 Stanov družstva k 30.03.2011, čím mu vzniklo právo na vyplatenie vyrovnacieho podielu.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preukázané založenie zmluvného vzťahu medzi Družstvom a Obchodníkom s cennými papiermi V. B., O..V..D.., K..E... Predmetná zmluva bola Obchodníkom s cennými papiermi vypovedaná listom z 30.03.2010 s účinnosťou od 01.05.2010. Po tomto úkone Družstvo listom z 15.04.2010 požiadalo NBS o preskúmanie postupu spoločnosti V. B., O..V..D.., K..E...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V. T., K..E..,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V. T., K..E...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U. disponovala nejakou sťažnosťou voči jednotlivým družstvám. Družstvo až listom doručeným U.R. dňa 15.04.2010 požiadalo U. o preskúmanie postupu spoločnosti V. B., O..V..D.., K..E.. potom, čo mu Obchodník CP vypovedal zmluvu o zriadení portfólia. Z obsahu listinných dôkazov, ako aj z obsahu výpovede splnomocneného zástupcu odporcu mal súd preukázané, že U. vykonala v období od 20.04.2010 do 06.05.2010 u Obchodníka s cennými papiermi dohľad na mieste. U. v tomto období vyzvala Družstvo listom z 20.04.2010, aby predĺžilo žiadosť o schválenie dodatku prospektu investície tak, aby Družstvo mohlo pokračovať v zhodnocovaní finančných prostriedkov, keďže U. zistila, že podstatná časť prospektu investície sa stala neaktuálna. Z obsahu listinných dôkazov mal súd ďalej preukázané, že Družstvo predložilo U.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U. Č. I.-XXXX/XXXX z 08.12.2010, právoplatné 16.12.2010. U.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U. Družstvu zakázala predaj majetkových hodnôt, avšak nezakázala Družstvu vykonávať inú činnosť, keďže U. takéto kompetencie voči Družstvu ako podnikateľskému subjektu nemala. U.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č.k. ČVS:PPZ-153/BPK-B-2010 zo 16. 11. 2010, bolo dňa 10.08.2010 začaté trestné stíhanie podľa § 199 ods. 1 Trestného poriadku pre obzvlášť závažný zločin podvodu podľa § 221 ods. 1 a ods. 4 písm. a) Trestného zákona spolupáchateľstvom podľa § 20 Trestného zákona. 3. Prvoinštančný súd vznik škody titulom nesprávneho úradného potupu posudzoval v zmysle § 9 zákona č.514/2003 Z.z., keď žalobca bola povinný preukázať zákonné podmienky vzniku zodpovednosti odporcu za vznik škody, ktorá mu mala vzniknúť v príčinnej súvislosti s nesprávnym úradným postupom NBS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U. vo vzťahu k Družstvu nesprávne úradne postupovala. Práve naopak, v konaní bolo preukázané, že U. až od účinnosti zákona č.566/2001 Z.z. o cenných papieroch od 01.06.2010 bola oprávnená dohliadať aj na skutočnosť, či vyhlasovateľ majetkových hodnôt - Družstvo, dodržiava schválený prospekt investície. U. nevykonávala a ani nemohla vykonávať dohľad nad celkovou činnosťou Družstva ako vyhlasovateľa verejnej ponuky majetkových hodnôt, nakoľko by konala v rozpore s čl. 2 ods.2 Ústavy Slovenskej republiky a v rozpore s ustanoveniami zákona č. 566/1992 Zb. o U. R. E., so zákonom č.566/2001 Z.z. o cenných papieroch a zákonom č. 747/2004 Z.z. o dohľade nad finančným trhom. Vzhľadom na uvedené prvostupňový súd návrh zamietol z dôvodu, že navrhovateľ nepreukázal už prvú z troch podmienok vzniku zodpovednosti za vznik škody a to nesprávny úradný postup U. a z dôvodu hospodárnosti konania sa s ostatnými podmienkami vzniku zodpovednosti štátu výškou škody a príčinnou súvislosťou s nesprávnym úradným postupom U. pri výkone dohľadu nad Družstvom, nezaoberal. 4. Provinštančný súd ďalej poukázal nato,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žalobcu bola síce správcom konkurznej podstaty popretá /čo však neznamená, že počas incidenčného konania pohľadávku navrhovateľa neuzná/, navrhovateľ si uplatnil pohľadávku na tunajšom súde incidenčnou žalobou. Súd doposiaľ o incidečnej žalobe navrhovateľa nerozhodol a konkurz nie je ukončený, preto nie je možné ustáliť výšku škody, ktorá navrhovateľovi vznikla a návrhy na začatie konania o zaplatenie škody je možné považovať za predčasne podané. 5. S poukazom na tieto skutočnosti prvostupňový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č.514/2003 Z.z. 6. Podľa názoru proinštančného súdu v danom prípade je právne relevantným prípadný nesprávny úradný postup, ktorého by sa mohla U.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Žalobca poukázal, že mu vznikla škoda aj v príčinnej súvislosti so zanedbaním dohľadu zo strany U.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U.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U. vyplývajúci z dohľadu nad Obchodníkom s CP v danom prípade právne irelevantný, pretože na strane navrhovateľky nedošlo k vzniku škody v priamej príčinnej súvislosti s prípadným nesprávnym úradným postupom U. spočívajúcom v zanedbaní dohľadu nad Obchodníkom s CP, preto sa súd takýmto prípadným nesprávnym úradným postupom ani nezaoberal. 7. Žalovaný v konaní preukázal, že U.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U.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U.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8.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9. O trovách konania súd prvej inštancie rozhodol podľa § 142 ods. 1 O.s.p. a ich náhradu úspešnému žalovanému nepriznal z dôvodu, že tento si náhradu trov konania neuplatnil a ani mu žiadne nevznikli. 10. 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U. R. E.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U. R. E. ako orgánu dohľadu a nemohol predpokladať, že dohľad nad Prospektom investície je podľa U. R. E. len formálny, resp., že takýto je jeho obsah podľa jej výkladu, pretože zákon o dohľade takýmto spôsobom obsah dohľadu nad Prospektom investícií nedefinoval. Postup U. R. E.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U. R. E.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U. R. E. napriek tomu, že v priebehu celého konania tvrdila opak - preto mala U. R. E. zisťovať všetky informácie a podklady o dodržiavaní, resp. nedodržiavaní povolení na činnosť vydaných U.A. R. E. N. (Prospekt investícií, vydaný vtedajším Úradom pre finančný trh a následne pravidelne kontrolovaný U. R. E.) a obchodníkovi s cennými papiermi. Povinný zákonný dohľad zo strany U. R. E.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B.. Q. C., V.. preukázané, že U. R. E. už v roku 2007 pri kontrole Družstva zistila, že z hľadiska rizikovosti portfólia má nedostatočne rozložené portfólio, ktoré bolo tvorené zmenkou jediného emitenta, a to spoločnosti V. T., K..E.., ktorý v tom čase akcionársky vlastnil obchodníka s cennými papiermi, t.j. že Družstvo malo všetky peňažné prostriedky získané od navrhovateľov investované v subjekte personálne a majetkovo prepojenom s obchodníkom a Družstvom. U. R. E. sa po zistení o rizikovosti portfólia Družstva uspokojila s takou nápravou stavu, že toto portfólio bolo po vytknutí zo strany banky rozložené namiesto jednej do troch zmeniek, a to zmeniek vystavených spoločnosťou V. T. K..E.., V. A., E..A..O.. K. I. D. E..A..O.., pričom posledné dve spoločnosti boli opäť 100 % dcérskymi spoločnosťami V. T., K..E.. a vo všetkých troch spoločnostiach bol navyše či už členom predstavenstva alebo konateľom B.. M. Červenka, vtedajší predseda predstavenstva obchodníka. Navrhovateľ poukázal tiež na to, že U. R. E. naďalej akceptovala stav, že celé portfólio Družstva je rozložené a investované do prepojených subjektov s V. T. K..E..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U.A. R. E.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11. Žalobca ďalej uviedol, že U. R. E. rozhodnutím zo dňa 30. mája 2011 č. ODT-10890-4/2010 ( právoplatným dňa 18. júla 2011) zakázala Družstvu predaj majetkových hodnôt z dôvodu neaktuálnosti Prospektu investícií s tým, že U. R. E. ustálila trvanie neaktuálnosti Prospektu až od mája 2010 účelovo, nakoľko údaje zahrnuté do Prospektu boli v skutočnosti neaktuálne dlhodobo pred májom 2010, spätne k 31. decembru 2006, kedy došlo v sídle U. R. E.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U. R. E. voči Družstvu úradne zasiahla až v máji 2011 ( zákazom činnosti ). 12.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U.A. R. E.,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13. 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1.7.2016 (ďalej len „C.s.p“) ak nie je ustanovené inak, platí tento zákon aj na konania začaté predo dňom nadobudnutia jeho účinnosti. 14. Podľa § 470 ods. 1 prechodných ustanovení zákona č. 160/2015 Z. z. Civilný sporový poriadok platného a účinného od 1.7.2016 (ďalej len „C.s.p“) ak nie je ustanovené inak, platí tento zákon aj na konania začaté predo dňom nadobudnutia jeho účinnosti. 15.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16.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 Vzhľadom na skutočnosť, že odvolací súd sa v celom rozsahu stotožňuje i s odôvodnením napadnutého rozsudku súdu prvej inštancie, obmedzil odvolací súd odôvodnenie potvrdzujúceho rozhodnutia na konštatovanie správnosti dôvodov uvedených súdom prvej išnatancie v zmysle ust. § 387 ods. 2 C.s.p. 18.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19.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stotožňuje so záverom súdu prvej inštancie, že v konaní nebol preukázaný nesprávny úradný postup zo strany U. R. E. pri vykonávaní dohľadu nad činnosťou Družstva. V danom prípade nie je sporné, že U.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U.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U. kontrolovať. NBS nevykonávala dohľad nad finančnými ukazovateľmi Družstva ako sa mylne domnieva navrhovateľ. U.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žalobcu, že o rozsahu dohľadu U. nad činnosťou Družstva nemal vedomosť. 21. Nebolo možné sa stotožniť ani s námietkou žalobcu o povinnosti U. R. E. v oblasti skúmania rizikovosti portfólia Družstva, nakoľko zákon č. 566/2001 Z.z. o cenných papieroch neukladal vyhlasovateľovi verejnej ponuky majetkových hodnôt v tomto smere žiadne povinnosti - preto ani U. R. E.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U.A. R. E..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U. R. E. pri aplikácii zákonov viac povinností ako tých, ktoré jej konkrétnym spôsobom zo zákona vyplývajú. 22.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U. R. E. zo dňa 21. decembra 2010, č. ODT-8305-5/2010, ktorým odobrala obchodníkovi s cennými papiermi povolenie na poskytovanie investičných služieb, potvrdeným rozhodnutím Bankovej rady U. R. E. zo dňa 1. marca 2011, č. GUV - 274/2011, vykonával obchodník s cennými papiermi túto činnosť ako regulovanú U. R. E..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23. Nebolo možné stotožniť sa ani s námietkou žalobcu o nedostatočných opatreniach Národnej banky Slovenska na nápravu protiprávneho stavu po zistení závažných pochybení obchodníka s cennými papiermi pri činnosti voči Družstvu zohľadňujúc aktívny prístup U. R. E.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U.A. R. E., ktoré sa týka hmotnoprávneho posúdenia veci; hmotnoprávne pochybenia sa môžu priamo odraziť len v obsahu rozhodnutí U. R. E.,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24.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25.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26. Vzhľadom na vyššie uvedené odvolací súd napadnutý rozsudok súdu prvej inštancie podľa § 387 ods. 1 C. s. p. ako vecne správny potvrdil. 27.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28.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https://www.kauzis.sk/judikatura/r/ECLI:SK:KSBA:2018:1111244543.1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