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4Co/28/2018 z 20. 2. 2018</w:t>
      </w:r>
    </w:p>
    <w:p>
      <w:r>
        <w:t>Rozsudok Krajského súdu Bratislava z 20. februára 2018, sp. zn. 4Co/28/2018, ECLI:SK:KSBA:2018:1111244645.3</w:t>
      </w:r>
    </w:p>
    <w:p>
      <w:r>
        <w:t>Súd: Krajský súd Bratislava</w:t>
      </w:r>
    </w:p>
    <w:p>
      <w:r>
        <w:t>Spisová značka: 4Co/28/2018</w:t>
      </w:r>
    </w:p>
    <w:p>
      <w:r>
        <w:t>ECLI: ECLI:SK:KSBA:2018:1111244645.3</w:t>
      </w:r>
    </w:p>
    <w:p>
      <w:r>
        <w:t>Dátum vydania: 20. 2. 2018</w:t>
      </w:r>
    </w:p>
    <w:p>
      <w:r>
        <w:t>Forma: Rozsudok</w:t>
      </w:r>
    </w:p>
    <w:p>
      <w:r>
        <w:t>Oblasť práva: Občianske právo</w:t>
      </w:r>
    </w:p>
    <w:p>
      <w:pPr>
        <w:pStyle w:val="Heading2"/>
      </w:pPr>
      <w:r>
        <w:t>Text rozhodnutia</w:t>
      </w:r>
    </w:p>
    <w:p>
      <w:r>
        <w:t>Súd: Krajský súd Bratislava Spisová značka: 4Co/28/2018 Identifikačné číslo súdneho spisu: 1111244645 Dátum vydania rozhodnutia: 21. 02. 2018 Meno a priezvisko sudcu, VSÚ: JUDr. Michaela Frimmelová ECLI: ECLI:SK:KSBA:2018:1111244645.3 ROZSUDOK V MENE SLOVENSKEJ REPUBLIKY Krajský súd v Bratislave v senáte zloženom z predsedníčky senátu JUDr. Michaely Frimmelovej a členov senátu JUDr. Valérie Kleinovej a Mgr. Ingrid Degmovej Pospíšilovej, v právnej veci žalobkyne: X. W., B.. XX.XX.XXXX, X. Z.U. X, X., zast. FUTEJ &amp; Partners, s.r.o., IČO: 35 955 341, so sídlom Radlinského 2, Bratislava, proti žalovanému: Slovenská republika, zastúpená Národnou bankou Slovenska, IČO: 30 844 789, so sídlom Imricha Karvaša 1, Bratislava, o náhradu škody vo výške 12.944,59 eur s príslušenstvom, na odvolanie žalobkyne proti rozsudku Okresného súdu Bratislava I zo dňa 10. marca 2014, č.k. 16C 198/2011-107, takto r o z h o d o l : Odvolací súd rozsudok súdu prvej inštancie v napadnutej časti p o t v r d z u j e. Žalovanému náhradu trov odvolacieho a dovolacieho konania nepriznáva. o d ô v o d n e n i e : 1. Napadnutým rozsudkom súd prvej inštancie zamietol žalobu žalobkyne, ktorou sa domáhala uloženia povinnosti žalovanému zaplatiť jej sumu 12.944,59 eur s príslušenstvom titulom náhrady škody spôsobenej nesprávnym úradným postupom Národnej banky Slovenska podľa zák. č. 514/2003 Z.z. o zodpovednosti za škodu spôsobenú pri výkone verejnej moci a o zmene niektorých zákonov, a zároveň rozhodol, že nepožiada Súdny dvor Európskej únie o rozhodnutie o predbežnej otázke podľa článku 267 Zmluvy o fungovaní Európskej únie a zamietol návrh žalobkyne na prerušenie konania. Žalovanému nepriznal náhradu trov konania. Svoje rozhodnutie o zamietnutí žaloby odôvodnil právne ust. § 3 ods. 1, 2, § 9 ods. 1 a 2, § 15 ods. 1, § 17 ods. 1 zák. č. 514/2003 Z.z. o zodpovednosti za škodu spôsobenú pri výkone verejnej moci a o zmene niektorých zákonov, a vecne tým, že žalobkyňa v konaní nepreukázala vznik škody, ani namietaný nesprávny úradný postup žalovaného, a tým ani príčinnú súvislosť medzi ňou tvrdenou škodou a nesprávnym úradným postupom žalovaného. O trovách konania rozhodol podľa ust. § 142 ods. 1 O.s.p., a v konaní úspešnému žalovanému ich náhradu nepriznal, nakoľko ich náhradu nežiadal návrhom. 2. Vykonaným dokazovaním zistil, že Úrad pre finančný trh rozhodnutím zo dňa 21.03.2002 schválil PODIELOVÉMU DRUŽSTVU SLOVENSKÉ INVESTÍCIE (ďalej len „Družstvo“) Prospekt investície, pri ktorom Družstvo požiadalo návrhom na začatie konania doručeným úradu dňa 16.04.2003 o schválenie jeho dodatku, a to zápisnicou z riadnej členskej schôdze Družstva zo dňa 09.01.2003, podľa ktorej mal Úrad pre finančný trh schválením Prospektu investície odobriť projekt družstiev, pričom Úrad pre finančný trh v upozornení zo dňa 13.05.2003 oboznámil Družstvo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že vykonáva dohľad nad činnosťou vyhlasovateľa verejnej ponuky majetkových hodnôt podľa ust. § 135 ods. 1 zák. č. 566/2001 Z.z., ale nie dohľad nad celkovou činnosťou Družstva. Dňa 02.06.2008 uzavrelo Družstvo s obchodnou spoločnosťou CAPITAL INVEST, o.c.p., a.s. v likvidácii,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investície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Poukázal na skutočnosť, že Národná banka Slovenska rozhodnutím zo dňa 08.01.2008, č. OPK-9750-3/2007, uložila obchodníkovi s cennými papiermi pokutu vo výške 500.000,- Sk za porušenie v rozhodnutí špecifikovaných ustanovení zák. č. 566/2001 Z.z., pričom po jeho zrušení rozhodnutím zo dňa 20.08.2008, č. OPK-9750-5/2007 uložila obchodníkovi s cennými papiermi opätovne pokutu vo výške 300.000,- Sk za porušenie v rozhodnutí špecifikovaných ustanovení zák. č. 566/2001 Z.z., a rozhodnutím zo dňa 22.04.2008, č. OPK-2744-5/2007-PLP zmenila obchodníkovi s cennými papiermi povolenie na poskytovanie investičných služieb, a povolila mu, okrem iného, poskytovanie investičnej služby podľa ust. § 6 ods. 1 písm. d) v spojení s § 5 ods. 1 písm. a), b), c) zák. č. 566/2001 Z.z., s obmedzením podľa § 59 ods. 3 tohto zákona a poskytovanie investičných služieb, investičných činností a vedľajších služieb podľa § 6 ods. 1 a 2 v spojení s § 5 ods. 1 zák. č. 566/2001 Z.z. v špecifikovanom rozsahu. Po obdržaní výpovede obchodníka s cennými papiermi zo Zmluvy o riadení portfólia požiadalo Družstvo listom zo dňa 15.04.2010 Národnú banku Slovenska o preskúmanie postupu obchodníka s cennými papiermi a o výkon dohľadu na mieste dôvodiac, že výpoveďou zmluvy sa Družstvo dostalo do zložitej situácie, pretože obchodník s cennými papiermi zabezpečoval pre Družstvo odbyt výrobkov a iné, a listom zo dňa 23.04.2010 požiadalo Družstvo Národnú banku Slovenska o zjednanie nápravy v činnosti obchodníka s cennými papiermi, pretože tento si neplnil voči nemu svoje základné povinnosti, spočívajúce v zabezpečení zhodnotenia finančných prostriedkov jemu zverených do správy. Poukázal na skutočnosť, že Národná banka Slovenska rozhodnutím o predbežnom opatrení zo dňa 12.07.2010, č. ODT-8305/2010 podľa § 25 ods. 1 písm. a) zák. č. 747/2004 Z.z. uložila obchodníkovi s cennými papiermi povinnosť zdržať sa nakladania s majetkom klientov, ktorý mu bol zverený bez písomného súhlasu Národnej banky Slovenska, keďže na základe oznámenia klientov, najmä Družstva, vzniklo dôvodné podozrenie z možného poškodenia klientov obchodníka s cennými papiermi, a rozhodnutím zo dňa 21.12.2010, č. ODT-8305-5/2010, potvrdeným Bankovou radou Národnej banky Slovenska (rozhodnutím zo dňa 01.03.2011, č. GUV-274/2011), odobrala obchodníkovi s cennými papiermi povolenie na poskytovanie investičných služieb z dôvodov podľa § 156 ods. 2 písm. a), § 55 ods. 7, ods. 9, § 85 ods. 2 v spojení s ust. § 84 ods. 1 písm. b), § 76 ods. 2 a § 77 ods. 7 zák. č. 566/2001 Z.z.. Rozhodnutím zo dňa 26.08.2010, č. OPK-5664/1-5/2010 zastavila konanie o schválenie dodatku k Prospektu investície z dôvodu, že i napriek poskytnutiu dostatočnej lehoty na odstránenie nedostatkov, žiadosť Družstva neobsahovala náležitosti stanovené zákonom, čo potvrdila Banková rada Národnej banky Slovenska rozhodnutím zo dňa 07.12.2010, č. GUV-1744/2010. Rozhodnutím zo dňa 30.05.2011, č. ODT-10890-4/2010, právoplatným dňa 18.07.2011, zakázala Národná banka Slovenska Družstvu, ako vyhlasovateľovi verejnej ponuky majetkových hodnôt, predaj majetkových hodnôt s tým, že zmenou skutočností uvedených v Prospekte investície Družstvo tento Prospekt nedodržiavalo, a neurobilo žiadne kroky k tomu, aby stav Družstva uviedlo do súladu s údajmi v Prospekte investície. Národná banka Slovenska podala dňa 27.07.2010 trestné oznámenie na neznámeho páchateľa po tom, čo pri výkone dohľadu na diaľku zistila skutočnosti nasvedčujúce spáchaniu skutku, ktorý by mohol naplniť znaky skutkovej podstaty trestného činu. Mal tiež za preukázané, že Národná banka Slovenska podľa zápisu z prerokovania problémov a nezrovnalostí zo dňa 24.08.2007 zistila, že majetok vložený do investičných nástrojov Družstva je tvorený podielmi v družstvách EDSI, KPDSI a DDSI a na 98,85 % podielom zmenkami emitenta CI HOLDING, akciová spoločnosť, a že nakoľko v zmysle prijatej investičnej stratégie v Prospekte investície, by angažovanosť voči jednému emitentovi nemala prekročiť 30 % podielu na celkových aktívach vyhlasovateľa verejnej ponuky, a podiel emitenta CI HOLDING, akciová spoločnosť na celkových aktívach predstavovala 91,45 %, Prospekt investície nebol zo strany Družstva dodržaný. Národná banka Slovenska preto považovala za vhodné v aktívach družstva umiestniť finančné nástroje aj iných subjektov, ako subjektov nachádzajúcich sa v skupine CI HOLDING, a.s., z dôvodu rozloženia investičného rizika, a odporučila zosúladiť štruktúru aktív Družstva podľa schváleného Prospektu investície najneskôr do 31.12.2007. Splnomocnený zástupca Družstva na to v liste zo dňa 10.10.2007 uviedol, že zo strany Družstva nedošlo k porušeniu zákona ani Prospektu investície, nakoľko jeho znenie umožňovalo rozloženie finančných nástrojov v portfóliu aj tak, že sa v ňom budú nachádzať iba finančné nástroje jedného eminenta. Súd prvej inštancie ďalej uviedol, aké skutočnosti zistil z listinných dokladov, a z dokladov, predložených na CD nosiči, týkajúcich sa najmä postupu Družstva vo vzťahu k obchodníkovi s cennými papiermi. 3. Zo spisu Okresného súdu Bratislava I sp. zn. 19C 56/2011 zistil, že predmetom konania medzi žalobcom PODIELOVÝM DRUŽSTVOM SLOVENSKÉ INVESTÍCIE (ďalej len „Družstvo“) a žalovaným SR - Národná banka Slovenska je náhrada škody vo výške 63,163.426,03 eur s príslušenstvom, spôsobenej nesprávnym úradným postupom Národnej banky Slovenska, spočívajúcim v tom, že táto po zistení závažných nedostatkov v činnosti obchodníka s cennými papiermi pri výkone dohľadu nad jeho činnosťou neurobila riadne a včas úkony potrebné pre nápravu nedostatkov a ani na ich zamedzenie do budúcna, neurobila ani potrebné opatrenia na zabránenie vzniku škody na majetku Družstva, keď ho najmä včas neupozornila na riziká, vyplývajúce z činnosti obchodníka s cennými papiermi, voči ktorému tiež včas a účinne nezasiahla, čím mala spôsobiť, že obchodník s cennými papiermi mohol v protiprávnom konaní na ujmu Družstva pokračovať a Družstvo si nemohlo uplatniť nárok na náhradu za nedostupný klientsky majetok u garančného fondu investícií. Družstvo v tomto konaní namietalo i zbytočné prieťahy resp. nečinnosť Národnej banky Slovenska. Uviedol, že konanie sp. zn. 19C 56/2011 nie je právoplatne skončené. 4. Zistil tiež, že Okresný súd Bratislava I uznesením zo dňa 11.04.2011, č.k. 3K 95/2010-21, právoplatným dňa 05.05.2011, vyhlásil konkurz na majetok Družstva ako úpadcu, a do funkcie správcu konkurznej podstaty ustanovil T.. T. I.V., ktorý vo vyjadrení zo dňa 27.12.2013 uviedol, že konkurz nie je právoplatne skončený. V záujme úpadcu je vedených približne 200 súdnych konaní, z ktorých väčšina je tvorená uplatnenými nárokmi z odporovateľných právnych úkonov pred vyhlásením konkurzu, ktorými boli niektorí veritelia úpadcu uspokojení na úkor ostatných veriteľov. Najväčšie nároky úpadcu predstavujú tie, ktoré sú uplatnené voči SR-Národnej banke Slovenska, voči poisťovni Chartis Europe, voči členom predstavenstva úpadcu, voči SR-Garančnému fondu investícií a voči obchodníkovi s cennými papiermi. 5. Poukázal na to, že žalobkyňa sa stala členkou Družstva, a vystupovala pod por. č. člena XXXXX, pričom si formou prihlášky uplatnila svoju pohľadávku voči Družstvu vo výške 12.944,59 eur v konkurznom konaní, vedenom voči Družstvu ako úpadcovi pod sp. zn. 3K 95/2010. Jej pohľadávka bola správcom konkurznej podstaty v celom rozsahu popretá, a žalobkyňa podala incidenčnú žalobu na určenie oprávnenosti jej pohľadávky. Konanie je vedené na Okresnom súde Bratislava I pod sp. zn. 3Cbi 100/2011, a nie je právoplatne skončené. Žalobkyňa mala za to, že škoda jej vznikla nesprávnym úradným postupom Národnej banky Slovenska pri výkone dohľadu nad povinne dohliadanými subjektmi finančného trhu, teda nad Družstvom, ktorého bola členkou, a nad obchodníkom s cennými papiermi, a požiadala Národnú banku Slovenska o predbežné prerokovanie nároku na náhradu škody, ale jej nárok nebol ani čiastočne uspokojený. Žalovaný s návrhom nesúhlasil, keď mal za to, že postupoval v súlade so zákonom č. 747/2004 Z.z. o dohľade a so zákonom č. 566/2001 Z.z., a jeho konanie preto nemohlo mať bezprostredný a priamy vplyv na vznik škody žalobkyne. 6. Súd prvej inštancie vyhodnotil, že žalobkyňa v konaní nepreukázala existenciu predpokladov zodpovednosti žalovaného za škodu podľa zákona č. 514/2003 Z.z., na vyvodenie ktorej je potrebné kumulatívne splnenie všetkých zákonom stanovených podmienok, ktorými sú existencia majetkovej ujmy vyjadriteľnej v peniazoch, nezákonné rozhodnutie alebo nesprávny úradný postup orgánu verejnej moci a príčinná súvislosť medzi škodou a nezákonným rozhodnutím alebo nesprávnym úradným postupom, pričom nepreukázanie čo i len jedného z týchto predpokladov má za následok zamietnutie celej žaloby. Mal za to, že žalobkyňa v konaní nepreukázala vznik škody. V tejto súvislosti poukázal na ustálenú judikatúru, podľa ktorej nárok na náhradu škody podľa zák.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Vyvodil, že ak má žalobkyňa pohľadávku voči subjektu, ktorý ju získal ako prospech, a má povinnosť tento prospech vydať, resp. kým nepreukázala bezúspešné domáhanie sa úhrady pohľadávky voči dlžníkovi, nie je daný základný predpoklad zodpovednosti štátu, a tým ani predpoklad existencie škody. Uviedol, že žalobkyňa sa ako bývalá členka Družstva, s ktorým bola v právnom vzťahu, z ktorého jej v prípade vystúpenia vzniklo právo na vyplatenie vyrovnacieho podielu, musí domáhať zaplatenia svojej pohľadávky voči Družstvu, ktoré je vo vzťahu k nej v pozícii dlžníka, resp. osoby, ktorá je povinná jej vydať získaný prospech v podobe vyrovnacieho podielu. Žalobkyňa však nepreukázala bezúspešnosť uplatňovania svojich práv, keďže ani konkurzné konanie, a ani konanie o ňou podanej incidenčnej žalobe nie je právoplatne skončené. Až následne, teda až v prípade bezúspešného uplatňovania pohľadávky voči Družstvu, by bolo totiž možné ustáliť, či a najmä v akej výške by vôbec žalobkyni vznikla škoda, čo je rozhodná okolnosť aj pre plynutie premlčacej doby na uplatnenie nároku na náhradu škody voči štátu. Skonštatoval, že ak v čase rozhodovania súdu o uplatnenom nároku na jej náhradu škoda neexistuje, bol nárok žalobkyne uplatnený predčasne. 7. Z uvedeného vyvodil, že žalobkyňa nepreukázala existenciu škody ako jeden z predpokladov zodpovednosti štátu podľa zák. č. 514/2003 Z.z., a mal za to, že nepreukázala ani namietaný nesprávny úradný postup Národnej banky Slovenska, ktorý mal podľa nej spočívať v oneskorenom zistení neaktuálnosti údajov zahrnutých do Prospektu investície, a tým údajnej neplatnosti Prospektu investície a následnom oneskorení zakázania činnosti Družstva, a tiež v prijatí nedostatočných opatrení na nápravu protiprávneho stavu po zisteniach v prerokovaní nedostatkov podľa zápisu zo dňa 24.08.2007, ako aj po zistení závažných pochybení obchodníka s cennými papiermi pri činnosti voči Družstvu. 8. Pokiaľ ide o nesprávny úradný postup spočívajúci v oneskorenom zistení neaktuálnosti údajov zahrnutých do Prospektu investície a tým neplatnosti Prospektu investície a následnom oneskorení zakázania činnosti Družstvu, súd prvej inštancie uviedol, že dohľad Národnej banky Slovenska nad činnosťou Družstva ako vyhlasovateľa verejnej ponuky majetkových hodnôt, bol regulovaný zákonom č. 566/2001 Z.z. v obmedzenom, resp. vymedzenom rozsahu, spočívajúcom v kontrole povinností uložených vyhlasovateľovi verejnej ponuky majetkových hodnôt zákonom, a k takým povinnostiam patrila až od 01.01.2009 i povinnosť aktualizácie Prospektu investície podľa ust. § 125c ods. 1 v spojení s ust. § 127 ods. 4 zák. č. 566/2001 Z.z. a až od 01.06.2010 povinnosť dodržiavania Prospektu investície podľa ust. § 129 ods. 3 zák. č. 566/2001 Z.z.. Mal potom za to, že v zmysle relevantného znenia zákona č. 566/2001 Z.z. účinného v roku 2007 nebolo možné vyhlasovateľovi ponuky majetkových hodnôt uložiť sankciu za nedodržiavanie Prospektu investície a ani za jeho neaktualizovanie, pretože takéto povinnosti neboli vyhlasovateľovi v predmetnom období zákonom uložené. Dospel preto k záveru, že povinnosť aktualizácie Prospektu investície sa vzťahovala primárne na Družstvo, ktoré malo v takom prípade vypracovať dodatok Prospektu investície a predložiť ho na schválenie Národnej banke Slovenska. Keďže tak neurobilo, mohla Národná banka Slovenska nové významné skutočnosti zistiť až s určitým časovým odstupom, najmä pri plnení zákonom uloženej periodickej informačnej povinnosti Družstva, s tým, že nie je možné opomenúť, že štatutárny orgán Družstva počas celej doby verejnej ponuky zodpovedal za pravdivosť a úplnosť údajov v Prospekte investícií, pričom schválenie Prospektu investície nemalo za následok aj schválenie Zmluvy o riadení portfólia. V tejto súvislosti zdôraznil, že Národná banka Slovenska nemala právomoc vykonávať dohľad nad celkovou činnosťou Družstva s tým, že Družstvo až do 15.04.2010 nesignalizovalo Národnej banke Slovenska zhoršenie jeho finančnej situácie, príp. nedostatky v činnosti obchodníka s cennými papiermi, a až pri výkone dohľadu na mieste samom, od 20.04. do 06.05.2010, Národná banka Slovenska zistila zmeny v údajoch v Prospekte investície, ktoré by mohli ovplyvniť hodnotenie majetkových hodnôt, s následkom neaktuálnosti Prospektu investície, nie však jeho neplatnosti, pretože zo žiadnych ustanovení zák. č. 566/2001 Z.z. nevyplýva neplatnosť Prospektu investície pre neaktuálnosť jeho údajov. Poukázal na skutočnosť, že Národná banka Slovenska vyzvala Družstvo na predloženie žiadosti o schválenie dodatku Prospektu investície, ktorú síce predložilo, táto však (ako vyplýva z rozhodnutia banky č. OPK-5664/1-5/2010 zo dňa 26.08.2010) neobsahovala všetky náležitosti podľa zák. č. 747/2004 Z.z., pričom rovnaké nedostatky mal aj dodatok Prospektu investície v zmysle zák. č. 566/2001 Z.z., a keďže tieto nedostatky neboli odstránené, bolo konanie zastavené. Národná banka Slovenska ukončila aj ňou iniciované konanie o uložení sankcie podľa ust. § 144 ods. 4 zák. č. 566/2001 Z.z. vydaním rozhodnutia č. ODT-10890-4/2010 zo dňa 30.05.2011, ktorým zakázala Družstvu predaj majetkových hodnôt. Dospel potom k záveru, že Národná banka Slovenska konala v rámci svojich oprávnení stanovených zákonom, a v jej postupe namietaný nesprávny úradný postup nezistil. 9. Vo vzťahu k namietanému nesprávnemu úradnému postupu, spočívajúcom v prijatí nedostatočných opatrení na nápravu protiprávneho stavu uviedol, že predmetom konania je nesprávny úradný postup žalovaného, a nie obchodníka s cennými papiermi, a preto v priamej príčinnej súvislosti s ním mohla vzniknúť škoda len Družstvu a nie žalobkyni, ktorá nebola v žiadnom záväzkovom ani inom vzťahu s obchodníkom s cennými papiermi, keďže zmluvnou stranou Zmluvy o riadení portfólia bolo len Družstvo. Poukázal na skutočnosť, že dohľad Národnej banky Slovenska bol limitovaný zák. č. 566/2001 Z.z., a informácie a podklady zistené v rámci predmetu dohľadu podľa ust. § 135 ods. 2 a § 137 ods. 2 zák. č. 747/2004 Z.z. o dohľade, sa vzťahovali výlučne ku konkrétnemu druhu dohliadaného subjektu, v danom prípade Družstvu, ktorému zákon neukladal povinnosti v oblasti obmedzenia a rozloženia rizika, prípadne krytia rizika, a Národná banka Slovenska podľa platnej úpravy v danom období (rok 2007) nemohla uložiť Družstvu sankciu, pretože povinnosť dodržiavať Prospekt investícií sa na Družstvo v tom čase nevzťahovala, a preto nemohla konať nad rámec, rozsah a spôsob stanovený zákonom. Národná banka Slovenska zistené nedostatky a nezrovnalosti v činnosti Družstva prerokovala na stretnutí s členmi štatutárneho orgánu Družstva dňa 24.08.2007 a dala odporúčania na nápravu tohto stavu, pričom v danom období nemohla uložiť peňažnú sankciu, alebo pozastaviť prípadne zakázať predaj majetkových hodnôt za nedodržiavanie Prospektu investície. Súd prvej inštancie sa nestotožnil ani s argumentáciou žalobkyne pokiaľ išlo o tvrdený nesprávny úradný postup žalovaného, spočívajúci v prijatí nedostatočných opatrení na nápravu protiprávneho stavu po zistení závažných pochybení obchodníka s cennými papiermi pri činnosti voči Družstvu, a to z dôvodu absencie priamej príčinnej súvislosti s prípadnou škodou na strane žalobkyne. Zároveň poukázal na to, že z listinných dôkazov, najmä z rozhodnutí Národnej banky Slovenska o uložení pokút vo výške 16.596,96 eur (500.000,-Sk) a vo výške 9.958,18 eur (300.000,-Sk) vyhodnotil, že Národná banka Slovenska činnosť obchodníka s cennými papiermi sledovala, pričom nebolo jej povinnosťou informovať Družstvo o výsledných zisteniach, nakoľko dohľad nad dohliadanými subjektmi je neverejný, ako aj konanie vo veciach dohľadu, a účastníkom konania v konaní o uložení pokuty alebo inej sankcie, alebo opatrenia na nápravu, je len dohliadaný subjekt alebo iná osoba, ktorej sa má pokuta, prípadne sankcia, uložiť. V dôvodoch svojho rozhodnutia uviedol, že bolo primárne povinnosťou Družstva, ktoré malo všetky dostupné informácie o činnosti obchodníka s cennými papiermi, zabezpečiť priamu kontrolu plnenia jeho povinností a dohľad nad jeho činnosťou voči Družstvu, pričom nemožno zanedbať ani povinnosti samotnej žalobkyne, ktorá sa mala ako členka Družstva aktívne a včas zaujímať o svoje práva a ich výkon voči Družstvu a jeho orgánom, a zamedziť tak znehodnocovaniu, príp. nevymožiteľnosti svojich majetkových a iných práv súvisiacich s Družstvom. Vychádzajúc z uvedeného uzavrel, že žalobkyňa v konaní nepreukázala existenciu predpokladov zodpovednosti žalovaného za škodu podľa zák. č. 514/2003 Z.z., a preto jej žalobu ako nedôvodnú v celom rozsahu zamietol. 10. Zamietnutie návrhu žalobkyne na začatie prejudiciálneho konania pred Súdnym dvorom Európskej únie podľa článku 267 Zmluvy o fungovaní Európskej únie odôvodnil právne ust. § 109 ods. 1 písm. c) O.s.p. a vecne tým, že smernica Európskeho parlamentu a Rady 2003/71/ES, na znenie ktorej sa žalobkyňa odvolávala v návrhu na začatie prejudiciálneho konania, bola transponovaná do nášho právneho poriadku, do zákona č. 566/2001 Z.z., a týkala sa primárne oblasti právnej úpravy prospektu, ktorý sa zverejňuje pri verejnej ponuke cenných papierov, a nie pri verejnej ponuke majetkových hodnôt, pričom bola transponovaná v jej súlade. Mal potom za to, že vo vzťahu k prejednávanej veci je irelevantné zaoberať sa otázkami uvedenými v návrhu žalobkyne na prerušenie konania. 11. Rozhodnutie o trovách konania odôvodnil právne ust. § 142 ods. 1 O.s.p. a vecne plným úspechom žalovaného, ktorému náhradu trov konania nepriznal, nakoľko si ich náhradu neuplatnil a v konaní mu ani žiadne nevznikli. 12. Proti tomuto rozsudku podala žalobkyňa prostredníctvom svojho právneho zástupcu včas odvolanie v časti výroku, ktorým súd prvej inštancie zamietol jej žalobu o zaplatenie náhrady škody s príslušenstvom, a navrhla rozsudok v napadnutej časti zmeniť, a jej žalobe vyhovieť, resp. rozsudok súdu prvej inštancie v uvedenej časti zrušiť a vec vrátiť na ďalšie konanie. Zároveň žiadala priznať náhradu trov konania. Súdu prvej inštancie vytkla, že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Uviedla, že sa spoliehala, že nedôjde ku škode na jej úkor, pretože vychádzala z garancie Národnej banky Slovenska ako orgánu dohľadu, a nemohla predpokladať, že dohľad nad Prospektom investície je podľa Národnej banky Slovenska len formálny, resp., že takýto je jeho obsah podľa výkladu žalovaného, pretože zákon o dohľade takýmto spôsobom obsah dohľadu nad Prospektom investície nedefinoval, a postup Národnej banky Slovenska bol preto svojvoľný v neprospech každého, kto sa na ňu z hľadiska stability a ochrany investície spoľahol. Argument Národnej banky Slovenska, že upozornila Družstvo, že vykonáva dohľad nad činnosťou Družstva ako vyhlasovateľa verejnej ponuky majetkových hodnôt podľa ust. § 135 ods. 1 zák. č. 566/2001 Z.z., ale nie dohľad nad celkovou činnosťou Družstva, posúdila ako úplne irelevantný, nakoľko nemohla mať o takto zúženom dohľade orgánu vedomosť, a nesúhlasila ani so záverom súdu prvej inštancie, že neexistuje príčinná súvislosť medzi škodou a porušením zákonných povinností Národnou bankou Slovenska, spočívajúcom v nesprávnom výkone dohľadu, ktorým bol porušený zákon č. 566/2001 Z.z.. Za obzvlášť nepochopiteľný považovala záver súdu prvej inštancie,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mohla zabezpečiť dodržiavanie zákona o cenných papieroch, resp. sankciami k dodržiavaniu zákona porušujúci subjekt donútiť. 13. Argumentovala, že Národná banka Slovenska zanedbávala svoje povinnosti pri výkone dohľadu nad Družstvom aj obchodníkom s cennými papiermi minimálne od roku 2007. Poukázala na to, že jej povinnosťou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01.05.2007, Družstvo ako vyhlasovateľ verejnej ponuky majetkových hodnôt, ako aj obchodník s cennými papiermi, patrili a patria k povinne dohliadaným subjektom zo strany Národnej banky Slovenska napriek tomu, že žalovaný v priebehu celého konania tvrdil opak, a preto mala Národná banka Slovenska zisťovať všetky informácie a podklady o dodržiavaní, resp. nedodržiavaní povolení na činnosť vydaných Národnou bankou Slovenska Družstvu (Prospekt investície,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vyplývajúcich z povolení na činnosť, vrátane rizík, ktorým sú vystavené dohliadané subjekty, a v rámci nich aj Družstvo činnosťou obchodníka, ako i vrátane rizík, ktoré mohli viesť k ohrozeniu záujmov klientov dohliadaných subjektov, teda aj žalobkyne. Poukázal na skutočnosť, že v konaní vedenom na Okresnom súde Bratislava I pod sp. zn. 7C 206/2011 bolo výpoveďou svedka N.. Z. Y., S.., preukázané, že Národná banka Slovenska už v roku 2007 pri kontrole Družstva zistila, že z hľadiska rizikovosti portfólia má nedostatočne rozložené portfólio, ktoré bolo tvorené zmenkou jediného emitenta, a to spoločnosti CI HOLDING a.s., ktorý v tom čase akcionársky vlastnil obchodníka s cennými papiermi, z čoho vyplýva, že Družstvo malo všetky peňažné prostriedky od neho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N.. I. Č., vtedajší predseda predstavenstva obchodníka. Uviedol, že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žalobkyňou do Družstva vložených prostriedkov, pričom banka svojou nečinnosťou a ľahostajným prístupom k svojim kompetenciám zapríčinila aj to, že už nemohla rozpoznať riziko svojej investície, resp., že túto investíciu jej banka svojim zanedbaným dohľadom ani v minimálnej možnej miere neochránila. Poukázala na skutočnosť,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obchodníkom i Družstvom minimálne od roku 2008 do roku 2011. Vo svojom odvolaní ďalej uviedla, že Národná banka Slovenska rozhodnutím č. ODT-10890-4/2010 zo dňa 30.05.2011, právoplatným dňa 18.07.2011, zakázala Družstvu predaj majetkových hodnôt z dôvodu neaktuálnosti Prospektu investície s tým, že Národná banka Slovenska ustálila trvanie neaktuálnosti Prospektu až od mája 2010 účelovo, nakoľko údaje zahrnuté do Prospektu boli v skutočnosti neaktuálne dlhodobo pred májom 2010, keď ich neaktuálnosť siahala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svojim konaním porušovalo ust. § 129 ods. 3 v spojení s § 128 ods. 1 písm. b), c) a h) a § 125c ods. 1 v spojení s § 127 ods. 4 zákona o cenných papieroch od 31.12.2006, avšak Národná banka Slovenska voči Družstvu úradne zasiahla až v máji 2011, kedy činnosť Družstva zakázala. 14. Mala tiež za to, že existujúce konkurzné konanie samo osebe nevylučuje možnosť podať veriteľovi, ktorý si prihlásil svoju pohľadávku do konkurzu, žalobu na náhradu škody proti štátu a nerobí takúto žalobu predčasnou, pretože je povinnosťou súdu v konaní o náhradu škody skúmať, či aktuálny stav konkurzného konania objektívne vylučuje možnosť uspokojenia žalobkyne ako veriteľa v konkurznom konaní, a ak áno, v akom rozsahu, pričom súd pri tomto hodnotení dokonca nemá čakať až na konečné rozvrhové uznesenie konkurzného súdu (rozsudok NS ČR zo dňa 11.04.2012, sp. zn. 29Cdo/4968/2009), ale je povinný zohľadniť až napr. správy ustanoveného správcu konkurznej podstaty o stave daného konkurzu, a preto žiadna platná právna norma neumožňuje vysloviť záver o predčasnosti podania žaloby, a to ani vtedy, ak žalobkyňa doposiaľ nemala možnosť vymôcť plnenie od subjektu, ktorý jediný je podľa názoru žalovaného a súdu prvej inštancie povinný jej dané plnenie vrátiť s tým, že ani zákon č. 514/2003 Z.z.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podľa žalobkyne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Uviedla, že z písomného vyjadrenia správcu konkurznej podstaty o stave konkurzu zo dňa 20.08.2013 vyplýva, že v konkurznej podstate nie sú žiadne prostriedky, celý majetok je tvorený hypotetickými pohľadávkami z neukončených súdnych sporov proti Národnej banke Slovenska, Garančnému fondu investícií, či poisťovni Chartis Europe a iným žalovaným, a preto aktuálny stav konkurzu vylučuje jej možnosť, svoju pohľadávku z konkurzu uspokojiť. Namietala tiež, že zo zápisníc o pojednávaní pred súdom prvej inštancie vyplýva, že listinné dôkazy neboli riadne vykonané spôsobom podľa ust. § 129 ods. 1 O.s.p. (s poukazom na uznesenie Najvyššieho súdu Slovenskej republiky sp. zn. 6MCdo 11/2010 zo dňa 31.01.2012). 15. Žalovaný vo svojom vyjadrení k odvolaniu žalobkyne uviedol, že navrhuje rozsudok súdu prvej inštancie v napadnutej časti potvrdiť, keď mal za to, že súd prvej inštancie vykonal vo veci rozsiahle dokazovanie za účelom spoľahlivého zistenia skutkového (navrhnuté žalobkyňou) a právneho stavu veci, riadne zabezpečil dôkazné listiny, a z iných súdnych konaní v skutkovo a právne identických veciach mal k dispozícii všetky pre vec podstatné a rozhodujúce písomné listinné dôkazy, a tiež 11 právoplatných rozhodnutí vydaných žalovaným, z ktorých je jeho úradný postup preukázaný. Nesúhlasil s tvrdením žalobkyne, že je povinnosťou všeobecného súdu dať odpoveď na všetky otázky nastolené stranou sporu (pričom ani nešpecifikovala, na ktoré otázky nedostala odpoveď), keď aj podľa konštantnej judikatúry Ústavného súdu SR všeobecný súd musí dať odpoveď na tie otázky, nastolené stranou sporu, ktoré majú pre vec podstatný význam, prípadne dostatočne objasňujú skutkový a právny základ rozhodnutia bez toho, aby zachádzali do všetkých detailov sporu uvádzaných stranami sporu, a odôvodnenie rozhodnutia všeobecného súdu, ktoré stručne a jasne objasní skutkový a právny základ rozhodnutia, postačuje na záver o tom, že z tohto aspektu je plne realizované základné právo strany sporu na spravodlivý proces (IV. ÚS 115/03, III. ÚS 209/04, I. ÚS 241/07). Uviedol, že podstatou práva na spravodlivé konanie nie je právo na úspech v konaní a teda právo na rozhodnutie zodpovedajúce názorom a predstavám žalobkyne, a preto jej tvrdenie, že rozsudok súdu prvej inštancie v napadnutej časti považuje za denegatio iustitiae, je účelové. Mal za to, že žalobkyňa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Poukázal na to, že žalobkyňa nevyužila všetky možnosti na uplatnenie a vymoženie svojho nároku, pretože nepodala žiadny návrh proti členom predstavenstva ani členom kontrolnej komisie Družstva, ktorí boli zodpovední za jeho riadenie, za hospodárenie a nakladanie s jeho majetkom. Ohľadom tvrdenia žalobkyne v odvolaní, že Národná banka Slovenska nepostupovala v súlade s princípom právneho štátu, uviedol, že jej kompetencie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Zdôraznil,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Mal tiež za to, že ak bola žalobkyňa neznalá právnych predpisov, mohla požiadať Národnú banku Slovenska o vysvetlenie jej zákonom zverených kompetencií v oblasti dohľadu nad finančným trhom. Muselo jej však byť známe, že s investíciou je spojené aj riziko, a doterajší alebo propagovaný výnos nie je zárukou budúcich výnosov. 16. Ohľadom žalobkyňou v odvolaní tvrdeného zanedbania povinností banky pri dohľade nad Družstvom a obchodníkom s cennými papiermi uviedol, že Národná banka Slovenska môže ukladať sankcie dohliadanému subjektu len za také porušenie a neplnenie povinností, ktoré sú dohliadanému subjektu uložené zákonom a ktoré zároveň patria do pôsobnosti a kompetencií orgánu dohľadu. Poukázal na to, že až od účinnosti novelizovaného ust.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01.01.2009, na základe novelizovaného ust. § 127 ods. 4 zákona o cenných papieroch v znení zák. č. 558/2008 Z.z., avšak počas celej doby od vyhlásenia verejnej ponuky majetkových hodnôt, nepretržite zodpovedal a zodpovedá investorom za pravdivosť a úplnosť údajov v Prospekte investície štatutárny zástupca vyhlasovateľa verejnej ponuky majetkových hodnôt.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teda ani Družstvu, žiadne povinnosti v oblasti obmedzenia a rozloženia rizík ani krytia, na rozdiel od iných dohliadaných subjektov, a preto reálne neexistujúce povinnosti Družstva nemohla Národná banka Slovenska kontrolovať.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Uviedol, že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Poukázal na nepravdivé, klamlivé a zavádzajúce tvrdenia žalobkyne v odvolaní s tým, že Národná banka Slovenka nevykonávala dohľad nad finančnými ukazovateľmi Družstva, ale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žalobkyne, že vo vzťahu k Družstvu bola Národná banka Slovenska nečinná, nakoľko vydala relevantné rozhodnutia, pričom sa nedopustila žiadnych prieťahov v konaní a postupovala v rámci jej oprávnení a v súlade so zákonom o cenných papieroch, zák. č. 747/2004 Z.z. o dohľade nad finančným trhom a o zmene a doplnení niektorých zákonov v znení neskorších predpisov, ako aj Ústavou SR. 17. Vo vzťahu k rozsudku Najvyššieho súdu Českej republiky, sp. zn. 29Cdo/4968/2009, na ktorý žalobkyňa poukazovala tvrdiac, že jej žaloba nebola podaná predčasne, žalovaný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Zdôraznil, že žalobkyni doposiaľ nevznikla žiadna škoda a nemožno ani odhadnúť, kedy a v akej výške jej v budúcnosti eventuálne škoda vznikne, pretože jej vznik a výška závisí od výsledku konkurzného konania na majetok úpadcu (Družstva). Uviedol, že až následne, ak pohľadávka žalobkyne voči Družstvu nebude uspokojená v rámci konkurzu, môže žalobkyni vzniknúť škoda. V tejto súvislosti poukázal na odôvodnenie nálezu Ústavného súdu SR č.k. II. ÚS 165/2012-45 zo dňa 13.02.2013, podľa ktorého, kým má žalobkyňa pohľadávku na vydanie bezdôvodného obohatenia voči tomu, kto ho získal, resp. kým nepreukázala bezúspešné domáhanie sa vydania tohto obohatenia, nie je daný základný predpoklad zodpovednosti štátu za škodu podľa zák. č. 58/1969 Zb., a to existencia samotnej škody. K námietke žalobkyne, že v konkurze na majetok Družstva a v súvisiacich incidenčných súdnych konaniach ani viac ako dva roky od vyhlásenia konkurzu nemajú veritelia ani len zistené pohľadávky, poukázal na písomné vyjadrenie správcu konkurznej podstaty Družstva zo dňa 14.09.2011, kde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pričom pohľadávky neboli popreté z dôvodu, že by boli nedostatočne zdokladované, ale v dôsledku veľmi podozrivého hospodárenia úpadcu v období pred konkurzom a zároveň nemožnosti preveriť skutočnú existenciu pohľadávok. Zastával názor, že žalobkyňa nepreukázala, že jej štát spôsobil vznik škody, pretože má voči Družstvu a jeho orgánom vymáhateľnú pohľadávku, a preto považoval záver súdu prvej inštancie o predčasnosti ňou podanej žaloby za správny. Nesúhlasil ani s tvrdením žalobkyne, že listinné dôkazy údajne neboli vykonané spôsobom upraveným v ust. § 129 ods. 1 O.s.p.. V zápisnici o pojednávaní síce nie je osobitne uvedené, že na tomto pojednávaní boli prečítané určité listiny alebo ich presne označené časti, ale z nej jasne vyplýva, že súd prvej inštancie jednotlivé dôkazy, nachádzajúce sa doteraz v súdnom spise, oboznámil a presne špecifikoval o aké doklady išlo a aký je ich obsah. Naviac, súdu, i zástupcom oboch strán sporu bol obsah všetkých listinných dôkazov a vyjadrení známy z inej činnosti súdu prvej inštancie. Zdôraznil, že v súlade s ust. § 121 O.s.p. netreba dokazovať skutočnosti všeobecne známe alebo známe súdu z jeho činnosti s tým, že z odôvodnenia uznesenia Najvyššieho súdu SR zo dňa 27.02.2008, sp. zn. 1Obo 283/2006 vyplýva, že „dôkazy, na ktoré účastník dodatočne poukazuje, sú súdu všeobecne známe, pretože účastník viedol desiatky sporov na rovnakom skutkovom a právnom základe voči rôznym dlžníkom, takže dokazovanie v tomto smere nebolo potrebné vykonať“, pričom poukázal na to, že na Okresnom súde Bratislava I je proti nemu vedených niekoľko sto sporov na rovnakom skutkovom a právnom základe, a s totožnými listinnými dôkazmi, pričom vo všetkých sporoch majú žalobcovia rovnakého právneho zástupcu. 18. Žalobkyňa sa už k vyjadreniu žalovaného k jej odvolaniu, doručenému jej právnemu zástupcovi dňa 20.03.2015, nevyjadrila. Následne odvolací súd rozhodol o žalobkyňou podanom odvolaní rozsudkom č.k. 4Co 548/2014-153 zo dňa 25.03.2015, ktorým rozsudok súdu prvej inštancie v napadnutej časti ako vecne správny potvrdil a žalovanému náhradu trov odvolacieho konania nepriznal. 19. Predmetný rozsudok bol však na základe žalobkyňou riadne a včas podaného dovolania uznesením Najvyššieho súdu SR č.k. 2Cdo 67/2017 zo dňa 31.10.2017 zrušený a vec bola vrátená odvolaciemu súdu na ďalšie konanie a nové rozhodnutie. Dovolací súd tento rozsudok zrušil z dôvodu, že v konaní pred odvolacím súdom, ktoré jeho vydaniu predchádzalo, došlo k procesnej vade spočívajúcej v odňatí možnosti žalobkyni konať pred súdom (§ 237 ods. 1 písm. f/ O.s.p.), a to tým, že vyjadrenie žalovaného k ňou podanému odvolaniu odvolací súd doručil jej právnemu zástupcovi len dňa 20.03.2015 a už dňa 25.03.2015 vyhlásil dovolaním napadnutý rozsudok, teda neposkytol jej ani minimálnu 5-dňovú lehotu na vyjadrenie sa k vyjadreniu žalovaného replikou. Pri uvedenej argumentácii vychádzal dovolací súd z rozhodnutia Najvyššieho súdu SR sp. zn. 3Cdo 156/201, ktoré je publikované v Zbierke stanovísk Najvyššieho súdu a rozhodnutí súdov Slovenskej republiky ako judikát R 8/2016, a podľa ktorého: „nevyhnutnou podmienkou zabezpečenia účinnej možnosti odvolateľa vyjadriť sa k úkonom protistrany svojou replikou je, že mu súd na toto vyjadrenie poskytne primeranú lehotu, ktorá nemôže byť kratšia ako 5 dní“ a poukázal tiež na rozsudok ESĽP zo dňa 13.01.2015 vo veci O. proti Slovenskej republike, v ktorom ESĽP dospel k názoru, že aj keď vyjadrenie k odvolaniu neobsahuje žiadne nové skutočnosti alebo argumenty, ku ktorým by sa procesná strana už nebola vyjadrila v predchádzajúcom priebehu konania, a prípadne ide o vyjadrenie nemajúce vplyv na rozhodnutie odvolacieho súdu, musí byť druhému účastníkovi daná možnosť oboznámiť sa s ním, ak bolo formulované ako právna a skutková argumentácia. Vzhľadom na to, že odvolacie konanie bolo postihnuté procesnou vadou podľa ust. § 237 ods. 1 písm. f) O.s.p., obsahom ďalších dovolacích námietok sa už dovolací súd nezaoberal. 20. Po tom, ako bola vec dovolacím súdom vrátená na ďalšie konanie a nové rozhodnutie, odvolací súd, viazaný právnym názorom dovolacieho súdu (§ 455 C.s.p.) s prihliadnutím na vytknutú procesnú vadu a skutočnosť, že žalobkyňa sa ani dodatočne k vyjadreniu žalovaného replikou nevyjadrila, opätovne prejednal žalobkyňou podané odvolanie, ktorého rozsahom a dôvodmi bol viazaný (§ 379 a § 380 C.s.p.), preskúmal napadnutý rozsudok, prejednal odvolanie bez nariadenia odvolacieho pojednávania a dospel k záveru, že odvolanie žalobkyne nie je dôvodné. Podľa ust. § 219 ods. 3 C.s.p. verejne vyhlásil rozsudok, ktorým rozsudok súdu prvej inštancie v napadnutej časti ako vecne správny potvrdil. 21. Podľa ust. § 470 ods. 1 a 2 veta prvá C.s.p., ak nie je ustanovené inak, platí tento zákon aj na konania začaté predo dňom nadobudnutia jeho účinnosti. Právne účinky úkonov, ktoré v konaní nastali predo dňom nadobudnutia účinnosti tohto zákona, zostávajú zachované. 22. V zmysle prechodného ustanovenia § 470 C.s.p., podľa ktorého právne účinky úkonov, ktoré v konaní nastali predo dňom nadobudnutia účinnosti tohto zákona, zostávajú zachované a s prihliadnutím na skutočnosť, že žaloba žalobkyne, o ktorej bolo napadnutým rozsudkom rozhodnuté, samotný napadnutý rozsudok súdu prvej inštancie, jeho poučenie o odvolaní, ako i odvolanie žalobkyne spadajú pod režim procesných ustanovení Občianskeho súdneho poriadku účinného do 30.06.2016, posudzoval odvolací súd odvolanie žalobkyne, napadnutý rozsudok a konanie, ktoré mu predchádzalo podľa v tom čase účinných ustanovení Občianskeho súdneho poriadku. Dospel k záveru, že žalobkyňa podala v konaní pred súdom prvej inštancie žalobu, o ktorej súd prvej inštancie rozhodol napadnutým rozsudkom, proti ktorému je odvolanie prípustné a žalobkyňa podala odvolanie v zákonnej lehote. Na procesný postup v posudzovanej veci sa vzťahovali ustanovenia Občianskeho súdneho poriadku účinného do 30.06.2016. 23. Podľa ust. § 387 ods. 1 C.s.p., odvolací súd rozhodnutie súdu prvej inštancie potvrdí, ak je vo výroku vecne správne. 24.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25. Súd prvej inštancie vykonal vo veci dostatočné dokazovanie z hľadiska žalobkyňou uplatneného nároku a jeho výsledky aj náležite podľa v tom čase účinného ust. § 132 O.s.p. zhodnotil, na skutkové zistenia aplikoval správne právne predpisy, z vykonaného dokazovania vyvodil správny právny záver, a svoje rozhodnutie aj veľmi podrobne a náležite v súlade s ust. § 157 ods. 2 O.s.p. odôvodnil. S odôvodnením rozhodnutia súdom prvej inštancie sa odvolací súd v celom rozsahu stotožňuje (§ 387 ods. 2 C.s.p.). 26. V procesnom postupe súdu prvej inštancie odvolací súd nezistil ani procesné pochybenia alebo vady, ktoré by mali za následok nesprávne rozhodnutie vo veci, keď sa nestotožnil s námietkou žalobkyne, že nevykonal riadne dokazovanie listinnými dôkazmi, pretože zo zápisnice o pojednávaní zo dňa 10.03.2014 jednoznačne vyplýva, že súd prvej inštancie oboznámil obsah do spisu založených listinných dôkazov, ktoré aj v zápisnici konkrétne špecifikoval (č.l. 94-102 súdneho spisu), pričom zástupcovia strán sporu k oboznámeným dôkazom uviedli, že ich obsah ako i obsah vyjadrení im je známy, a tiež zhodne uviedli, že nežiadajú všetky listinné dôkazy oboznamovať ich prečítaním. Tvrdenie žalobkyne o riadnom nevykonaní listinných dôkazov súdom prvej inštancie potom vyhodnotil ako nepravdivé a nemajúce oporu v predloženom spise. 27. Z obsahu spisu vyplýva, že žalobkyňa bola členom PODIELOVÉHO DRUŽSTVA SLOVENSKÉ INVESTÍCIE, Poľná č. 1, Bratislava, IČO: 35 784 717 (ďalej „Družstvo“), toho času v konkurze vyhlásenom uznesením Okresného súdu Bratislava I zo dňa 11.04.2011, č.k. 3K 95/2010-21, právoplatným dňa 05.05.2011, do ktorého vložila finančné prostriedky, ktorých zaplatenia titulom škody spôsobenej nesprávnym úradným postupom Národnej banky Slovenska sa v konaní domáha. Žalovanú sumu vo výške 12.944,59 eur si uplatnila voči Družstvu v konkurze na majetok Družstva, ktorý nie je právoplatne skončený. Po popretí jej nároku správcom konkurznej podstaty podala incidenčnú žalobu, ktorá je vedená na Okresnom súde Bratislava I pod sp. zn. 3Cbi 100/2011, pričom konanie nie právoplatne skončené. Zaplatenia svojho nároku sa domáha aj v tomto konaní titulom škody spôsobenej nesprávnym úradným postupom Národnej banky Slovenska. Zo súdom prvej inštancie vykonaného dokazovania vyplýva, že dňa 02.06.2008 bola medzi Družstvom ako klientom a obchodnou spoločnosťou CAPITAL INVEST, o.c.p., a.s. v likvidácii, (ďalej „obchodník s cennými papiermi“), ako obhospodarovateľom uzavretá Zmluva o riadení portfólia podľa ust. § 43 zák. č. 566/2001 Z.z. o cenných papieroch a investičných službách, predmetom ktorej bol podľa článku I. bod 2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investície, uschovávať a spravovať cenné papiere, nachádzajúce sa v portfóliu Družstva, uskutočňovať optimalizáciu a taktické zmeny v portfóliu Družstva a poskytovať mu konzultácie a finančné analýzy, pričom podľa Prílohy č. 2 k predmetnej zmluve sa obchodník s cennými papiermi zaviazal zabezpečiť mieru zhodnotenia Družstva vo výške 8 % ročne. Medzi stranami sporu nebolo sporné,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č. ODT-10890-4/2010 zo dňa 30.05.2011 Národná banka Slovenska zakázala Družstvu predaj majetkových hodnôt podľa ust. § 144 ods. 4 písm. c) zák. č. 566/2001 Z.z. z dôvodu porušenia ust. § 129 ods. 3 v spojení s § 128 ods. 1 písm. b), c), h) zák. č. 566/2001 Z. z. a ust. § 125c ods. 1 v spojení s § 127 ods. 4 zák. č. 566/2001 Z.z. o cenných papieroch a investičných službách. V posudzovanej veci sa žalobkyňa žalobou domáhala uloženia povinnosti žalovanému zaplatiť jej škodu v sume 12.944,59 eur s príslušenstvom, ktorá jej mala vzniknúť v príčinnej súvislosti s nesprávnym úradným postupom Národnej banky Slovenska, špecifikovaným v žalobe a jej doplneniach, ktorý mal spočívať v tom, že Národná banka Slovenska oneskorene zistila neaktuálnosť Prospektu investície Družstva, keď Družstvo porušovalo ust. § 129 ods. 3 v spojení s ust. § 128 ods. 1 písm. b), c), h) a ust. § 125c ods. 1 v spojení s ust. § 127 ods. 4 zák. č. 566/2001 Z.z. o cenných papieroch, a zasiahla až v máji 2011, kedy vydaním rozhodnutia o zákaze činnosti zakázala Družstvu činnosť, hoci neaktuálnosť Prospektu investície bola už od 31.12.2006, ďalej v prijatí nedostatočných opatrení zo strany Národnej banky Slovenska po 24.08.2007,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a tiež že Národná banka Slovenska prijala od 20.08.2008 do 04.03.2011, kedy nadobudlo právoplatnosť rozhodnutie o odobratí povolenia obchodníkovi, nedostatočné opatrenia, a zapríčinila, že žalobkyňa nemohla rozpoznať riziko svojej investície už skôr, najmä po zisteniach, že obchodník s cennými papiermi poskytol Družstvu investičnú službu, ktorú mu poskytovať nemohol. 28. V posudzovanej veci sa teda žalobkyňa voči štátu domáha náhrady škody, ktorá jej mala byť spôsobená nesprávnym úradným postupom Národnej banky Slovenska podľa zák. č. 514/2003 Z.z. o zodpovednosti za škodu spôsobenú pri výkone verejnej moci a o zmene niektorých zákonov. Hmotnoprávnym základom pre uplatnenie práva žalobkyne na náhradu škody je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29. Prvotnou podmienkou pre vznik zodpovednosti štátu za škodu spôsobenú nesprávnym úradným postupom je existencia nesprávneho úradného postupu, ktorý zákon č. 514/2003 Z.z.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30. Ani vzťah príčinnej súvislosti (kauzálny nexus) medzi nesprávnym úradným postupom a škodou zákon č. 514/2003 Z.z.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31.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32. Podľa ust. § 420 ods. 1 Občianskeho zákonníka, každý zodpovedá za škodu, ktorú spôsobil porušením právnej povinnosti. 33. Podľa ust. § 442 ods. 1 Občianskeho zákonníka, uhrádza sa skutočná škoda a to, čo poškodenému ušlo (ušlý zisk). 34. Z dikcie citovaných zákonných ustanovení teda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35. Odvolací súd sa najskôr stotožnil so záverom súdu prvej inštancie, že v konaní nebol preukázaný nesprávny úradný postup Národnej banky Slovenska pri vykonávaní dohľadu nad činnosťou Družstva. Nevyhnutným predpokladom pre záver o tom, že postup Národnej banky Slovenska v preskúmavanej veci bol nesprávny, je normatívne vyjadrenie „správneho úradného postupu“ a zistenie, že Národná banka Slovenska tento postup nezachovala s tým, že v posudzovanej veci mal nesprávny úradný postup žalovaného spočívať aj v tom, že Národná banka Slovenska oneskorene zistila neaktuálnosť Prospektu investície Družstva. V tejto súvislosti je potrebné uviesť, že námietka žalobkyne, spočívajúca v tvrdení, že povinnosťou Národnej banky Slovenska bolo dohliadať na aktualizáciu Prospektu investície, neobstojí. V danom prípade nie je sporné, že Národná banka Slovenska bola povinná vykonávať dohľad nad činnosťou Družstva ako vyhlasovateľa verejnej ponuky majetkových hodnôt, v konaní však bol sporný rozsah tohto dohľadu. V tejto súvislosti odvolací súd zdôrazňuje,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Národná banka Slovenska dohliadať, či Družstvo dodržiava schválený Prospekt investície. Pokiaľ potom Družstvo od 31.12.2006 do 01.06.2010 zo zákona povinnosť dodržiavať schválený Prospekt investície nemalo, nemohla Národná banka Slovenska takúto povinnosť prostredníctvom výkonu dohľadu skúmať, keďže Družstvo samo o sebe nebolo povinné Prospekt investície dodržiavať. Tiež povinnosť aktualizovať Prospekt investície v zmysle ust.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36. Nebolo možné sa stotožniť ani s námietkou žalobkyne o povinnosti Národnej banky Slovenska v oblasti skúmania rizikovosti portfólia Družstva, nakoľko zákon č. 566/2001 Z.z. o cenných papieroch neukladal vyhlasovateľovi verejnej ponuky majetkových hodnôt (teda ani Družstvu) žiadne povinnosti v oblasti rozloženia rizík, na rozdiel od iných dohliadaných subjektov, napr. správcovských spoločností pre kolektívne investovanie. Preto tieto neexistujúce povinnosti Družstva nemohla Národná banka Slovenska kontrolovať.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jej postup ukázal mylným, zasahujúcim do základných práv žalobkyne, ktorý však nemôže vychádzať z toho, ako takýto postup žalobkyňa vyhodnotila, ale musí vychádzať výlučne z toho, že nemožno prisúdiť Národnej banke Slovenska pri aplikácii zákonov viac povinností ako tých, ktoré jej konkrétnym spôsobom zo zákona vyplývajú. 37.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žalobkyňa si ako členka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01.03.2011, č. GUV - 274/2011, vykonával obchodník s cennými papiermi túto činnosť ako regulovanú Národnou bankou Slovenska, a činnosť Družstva, ktorého bola žalobkyňa v rozhodnom čase členkou, spĺňala znaky investovania s finančnými prostriedkami, disponibilnými za účelom ich zhodnotenia, pričom táto forma nakladania s vlastným majetkom je spôsob zhodnocovania na vlastné riziko, keď ide o riziko v zmysle neistého výnosu z realizovaného finančného investovania. Zodpovednosť štátu nemôže nahrádzať primárnu zodpovednosť obchodníka s cennými papiermi voči Družstvu, či sekundárnu zodpovednosť Družstva voči žalobkyni. 38. Národná banka Slovenska nevykonávala dohľad nad finančnými ukazovateľmi Družstva, ako sa mylne domnieva žalobkyňa. Podľa platnej právnej úpravy mohla totiž kontrolovať len to, či Družstvo plní informačné povinnosti v zmysle ust. § 126 až § 130 zák. č. 566/2001 Z.z.. V tejto súvislosti treba poukázať i na to, že žalobkyňa si musela byť vedomá toho, že s jej investíciou je spojené riziko, a že doterajší alebo propagovaný výnos nie je zárukou budúcich výnosov (ust. § 129 ods. 1 písm. b/ zák. č. 566/2001 Z.z. v znení platnom do 21.07.2013; ust. § 126 až § 130 boli zo zákona č. 566/2001 Z.z. vypustené novelou vykonanou zákonom č. 206/2013 Z.z. účinným dňa 22.07.2013). Ak si toho žalobkyňa vedomá nebola, nemožno to pričítať na ťarchu Národnej banky Slovenska v zmysle zásady, podľa ktorej neznalosť zákona neospravedlňuje. To isté platí aj pokiaľ ide o jej argumentáciu, že o rozsahu dohľadu Národnej banky Slovenska nad činnosťou Družstva nemala vedomosť. Žalobkyňa ako členka družstva (t.j. podnikateľského subjektu) neinvestovala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Družstva. Sama žalobkyňa argumentovala tým, že peňažné prostriedky do Družstva vložila z dôvodu, že sa spoliehala na to, že družstvo a aj obchodník s cennými papiermi sú subjekty, nad ktorými vykonáva dohľad Národná banka Slovenska, a tak že bude zabezpečené ich riadne fungovanie, a tým budú nielen ochránené jej peňažné prostriedky, ale aj budú zhodnotené v garantovanej výške. Jej spoľahnutie vychádzalo z toho, že Družstvo malo ako jednu z činností (zapísaných v predmete činnosti podľa výpisu z Obchodného registra) zhromažďovanie peňažných prostriedkov od svojich členov formou členských vkladov a vykonávania činností na uspokojovanie potrieb svojich členov, spočívajúce v efektívnom zhodnotení vložených finančných prostriedkov. Žalobkyňa vložila svoje finančné prostriedky do Družstva s plným vedomím toho, že vložením finančných prostriedkov sa stala členom podnikateľského subjektu (Družstva), pričom s členstvom sú spojené určité práva a povinnosti, ktoré sa týkajú okrem iného aj hospodárenia a majetku družstva. Bola to práve samotná žalobkyňa (v danom prípade sa jedná o členku družstva a vzťah členky družstva k družstvu, a dodržiavanie stanovených povinností v tomto vzťahu ako prevenčnej povinnosti predchádzať škodám), ktorá zanedbala prevenčnú povinnosť uloženú jej Obchodným zákonníkom ako členke družstva, a v zmysle ust. § 415 Obč. zák. mala postupovať ako členka družstva v spolupráci s ďalšími členmi družstva s primeranou dávkou opatrnosti, ktorú bolo možné od nej spravodlivo požadovať, a zvážiť možnú mieru rizika. Mohla a mala sa presvedčiť ako členka družstva o skutočnostiach uvádzaných Družstvom, mala sa aktívne, s dostatočnou starostlivosťou riadne a včas zaujímať o svoje práva (a ich výkon) voči družstvu, nakoľko ich podcenením či zanedbaním sa aj sama pričinila o znehodnotenie alebo nevymožiteľnosť investovaných prostriedkov. 39. Nebolo možné stotožniť sa ani s námietkou žalobkyne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08.01.2008, č. OPK-9750/3/2007, ktorým uložila obchodníkovi s cennými papiermi pokutu vo výške 16.596,96 eur (500.000,- Sk), kedy po zrušení a vrátení veci na ďalšie konanie Bankovou radou Národnej banky Slovenska, opätovne rozhodnutím zo dňa 20.08.2008, č. OPK-9750-5/2007, uložila obchodníkovi s cennými papiermi pokutu vo výške 9.958,18 eur (300.000,- Sk), a následne rozhodnutím zo dňa 21.12.2010, č. ODT-8305-5/2010, ktorým odobrala obchodníkovi s cennými papiermi povolenie na poskytovanie investičných služieb, odvolací súd považuje za dôležité zdôrazniť, že žalobkyňa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ktorého práv, či právom chránených záujmov sa má rozhodnutie dotýkať. 40. Odvolací súd sa preto v celom rozsahu stotožnil so správnym právnym záverom súdu prvej inštancie,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Z.z. 41.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žalobkyňa očakávala a namietala ich nedostatočnosť, nemôžu byť na ujmu žalovanému.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žalobkyňa v priebehu celého konania pred súdom prvej inštancie vytýkala len nesprávny úradný postup Národnej banky Slovenska a pochybenia, či nedostatky spočívajúce v tom, že Národná banka Slovenska pred svojím rozhodnutím nesprávne (nedostatočne) vyhodnotila podmienky pre jeho vydanie, čo je možné posudzovať v rámci tzv. nezákonného rozhodnutia. Všetky uvedené rozhodnutia však boli vydané v súlade so zákonom, neboli zrušené a majú povahu tzv. zákonného rozhodnutia s tým, že žalobkyňa tvrdený nesprávny úradný postup žalovaného v konaní nepreukázala. 42. Z uvedeného je potom zrejmé, že v konaní nebol preukázaný základný predpoklad vzniku zodpovednosti za škodu spôsobenú nesprávnym úradným postupom štátu v zmysle ust. § 9 zák. č. 514/2003 Z.z., ktorým je nesprávny úradný postup štátu zastúpeného Národnou bankou Slovenska. 43. Z obsahu spisu tiež vyplýva, že žalobkyňa bola členom Družstva, ktoré je v súčasnosti v konkurze, vyhlásenom uznesením Okresného súdu Bratislava I zo dňa 11.04.2011, č.k. 3K 95/2010-21, právoplatným dňa 05.05.2011. Súd prvej inštancie správne vyhodnotil, že žalobkyňa v konaní nepreukázala vznik škody, pretože nepreukázala bezúspešné domáhanie sa úhrady pohľadávky v žalovanej sume voči dlžníkovi, teda Družstvu, s ktorým bola v právnom vzťahu, a ktoré je vo vzťahu k nej v pozícii dlžníka povinného vydať jej získaný prospech v podobe vyrovnacieho podielu. Nárok na náhradu škody spôsobenej nesprávnym úradným postupom voči žalovanému môže byť v občianskom súdom konaní uplatnený až vtedy, ak žalobkyňa nedosiahne uspokojenie svojej pohľadávky v konkurznom konaní, v ktorom si aj uplatnila pohľadávku, ktorá je predmetom tohto sporu. Je potom nepochybné, že jej škoda ešte nevznikla, a preto nemôže byť daná zodpovednosť štátu za škodu.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 tým ani základný predpoklad zodpovednosti štátu podľa zákona č. 514/2003 Z.z. (analogicky rozhodnutie Najvyššieho súdu, sp. zn. 4Cdo 199/2005 zo dňa 31.05.2006, z odôvodnenia ktorého vyplýva, že rozhodnutie Najvyššieho súdu Slovenskej republiky, sp. zn. 4Cz 110/84, publikované pod č. 4/87 vo Výbere rozhodnutí a stanovísk Najvyššieho súdu Slovenskej republiky, je stále použiteľné, resp. nález Ústavného súdu SR č.k. II. ÚS 165/2012-45 zo dňa 13.02.2013). Z uvedeného dôvodu odvolací súd vyhodnotil námietky žalobkyne, rozporujúce záver súdu prvej inštancie o predčasnosti podanej žaloby, ako nedôvodné. 44. S poukazom na vyššie uvedené a za stavu, keď súd prvej inštancie v danom prípade v potrebnom rozsahu pre rozhodnutie vo veci samej zistil skutkový stav, vykonaním potrebných a stranami sporu navrhnutých dôkazov, a keď žalobkyňa v odvolaní neuviedla žiadne skutočnosti, resp. tvrdenia, s ktorými by sa nebol súd prvej inštancie v odôvodnení napadnutého rozsudku dôsledne vysporiadal, a následne takto riadne zistený skutkový stav aj správne právne posúdil, čo znamená, že na správne zistený skutkový stav aplikoval zodpovedajúce zákonné ustanovenia, odvolací súd tento rozsudok v napadnutom rozsahu ako vecne správny podľa ust. § 387 ods. 1 a 2 C.s.p. potvrdil. 45. O nároku na náhradu trov odvolacieho a dovolacieho konania rozhodol podľa ust. § 255 ods. 1 v spojení s § 262 ods. 1 a § 396 ods. 1 C.s.p. podľa zásady úspešnosti v spore. Žalovanému, ktorý bol v odvolacom konaní plne úspešný, nárok na náhradu trov odvolacieho a dovolacieho konania nepriznal, pretože mu žiadne trovy nevznikli. 46.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https://www.kauzis.sk/judikatura/r/ECLI:SK:KSBA:2018:1111244645.3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