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5Co/374/2016 z 26. 3. 2018</w:t>
      </w:r>
    </w:p>
    <w:p>
      <w:r>
        <w:t>Rozsudok Krajského súdu Bratislava z 26. marca 2018, sp. zn. 5Co/374/2016, ECLI:SK:KSBA:2018:1111244768.4</w:t>
      </w:r>
    </w:p>
    <w:p>
      <w:r>
        <w:t>Súd: Krajský súd Bratislava</w:t>
      </w:r>
    </w:p>
    <w:p>
      <w:r>
        <w:t>Spisová značka: 5Co/374/2016</w:t>
      </w:r>
    </w:p>
    <w:p>
      <w:r>
        <w:t>ECLI: ECLI:SK:KSBA:2018:1111244768.4</w:t>
      </w:r>
    </w:p>
    <w:p>
      <w:r>
        <w:t>Dátum vydania: 26. 3. 2018</w:t>
      </w:r>
    </w:p>
    <w:p>
      <w:r>
        <w:t>Forma: Rozsudok</w:t>
      </w:r>
    </w:p>
    <w:p>
      <w:r>
        <w:t>Oblasť práva: Občianske právo</w:t>
      </w:r>
    </w:p>
    <w:p>
      <w:pPr>
        <w:pStyle w:val="Heading2"/>
      </w:pPr>
      <w:r>
        <w:t>Text rozhodnutia</w:t>
      </w:r>
    </w:p>
    <w:p>
      <w:r>
        <w:t>Súd: Krajský súd Bratislava Spisová značka: 5Co/374/2016 Identifikačné číslo súdneho spisu: 1111244768 Dátum vydania rozhodnutia: 27. 03. 2018 Meno a priezvisko sudcu, VSÚ: JUDr. Milan Chalupka ECLI: ECLI:SK:KSBA:2018:1111244768.4 ROZSUDOK V MENE SLOVENSKEJ REPUBLIKY Krajský súd v Bratislave v senáte zloženom z predsedu senátu JUDr. Milana Chalupku a členov senátu JUDr. Juraja Považana a JUDr. Janky Richterovej v právnej veci žalobcu: O. H., J.. XX.XX.XXXX, G.: G. XX, G., v zast.: FUTEJ &amp; Partners s.r.o., advokátskou kanceláriou so sídlom: Radlinského 2, Bratislava, proti žalovanému: Slovenská republika konajúca prostredníctvom Národnej banky Slovenska, so sídlom: Imricha Karvaša 1, Bratislava, o náhradu škody 6.738,20 eur príslušenstvom, na odvolanie žalobcu proti rozsudku Okresného súdu Bratislava I, č.k.: 10C/203/2011 - 506 zo dňa 23.04.2014, takto r o z h o d o l : Odvolací súd rozsudok súdu prvej inštancie v napadnutej časti p o t v r d z u j e . Žalovanému sa p r i z n á v a náhrada trov odvolacieho konania v rozsahu 100%. o d ô v o d n e n i e : 1. Súd prvej inštancie napadnutým rozsudkom zamietol žalobu žalobcu (ďalej aj ako „navrhovateľa“), ktorým sa domáhal uložiť žalovanému (ďalej aj ako „odporcovi“) povinnosť zaplatiť mu sumu 6.738,20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navrhovateľa zo dňa 23. apríla 2014 na začatie prejudiciálneho konania pred Súdnym dvorom Európskej únie podľa článku 267 Zmluvy o fungovaní Európskej únie. Svoje rozhodnutie v časti výroku, ktorým návrh na zaplatenie istiny 6.738,20 eur s príslušenstvom zamietol odôvodnil právne ust. § 3 ods. 1 písm. d), § 9 ods. 1, 2 zák. č. 514/2003 Z. z. o zodpovednosti za škodu spôsobenú pri výkone verejnej moci a o zmene niektorých zákonov, § 125 ods. 7, § 127 ods. 2, 4, § 128 zák. č. 566/2001 Z. z. o cenných papieroch a investičných službách, čl. 2 ods. 2 Ústavy Slovenskej republiky a vecne tým, že navrhovateľ v konaní vznik škody a nesprávny úradný postup odporcu, ako ani príčinnú súvislosť medzi škodou a nesprávnym úradným postupom nepreukázal a preto sa správnosťou vyčíslenej škody, nezaoberal. V dôvodoch svojho rozhodnutia súd prvého stupňa uviedol, že navrhovateľ sa stal členom PODIELOVÉHO DRUŽSTVA SLOVENSKÉ INVESTÍCIE, (ďalej „Družstvo“), do ktorého vložil finančné prostriedky za účelom zhodnotenia, na základe Rozhodnutia predstavenstva družstva zo dňa 30. septembra 2004 a dňa 14. decembra 2010 s Družstvom uzavrel dohodu o znížení členského podielu, v zmysle ktorej mu vznikol nárok na vyplatenie vyrovnávacieho podielu v sume 6.724,93 eur, ktorý navrhovateľovi vyplatený nebol a za účelom jeho vyplatenia mu bola Družstvom pri podpise dohody vystavená zmenka splatná na videnie s tým, že kritériom rozhodnutia navrhovateľa vstúpiť do Družstva a investovať do neho finančné prostriedky bola jeho vedomosť, že nad činnosťou Družstva vykonáva dohľad Národná banka Slovenska, z dôvodu ktorého sa v konaní domáha voči štátu náhrady škody, spôsobenej nesprávnym úradným postupom Národnej banky Slovenska, ktorá nepostupovala v súlade so zákonom č. 566/1992 Zb. o Národnej banke Slovenska, v súlade so zákonom č. 566/2001 Z. z. o cenných papieroch a investičných službách a o zmene a doplnení niektorých zákonov (zákon o cenných papieroch), ako aj zákonom č. 747/2004 Z. z. o dohľade nad finančným trhom a o zmene a doplnení niektorých zákonov. Poukázal na skutočnosť, že navrhovateľ výšku uplatnenej škody odvodil od skutočnosti, že na základe prihlášky sa stal členom Družstva a vlastníkom členského podielu a svoju pohľadávku prihlásil do konkurzu, ktorý bol na Družstvo vyhlásený uznesením Okresného súdu Bratislava I zo dňa 11. 04. 2011, č. k. (správne spisová značka) 3K/95/2010, pričom pohľadávka navrhovateľa bola správcom konkurznej podstaty úpadcu popretá, z dôvodu ktorého podal incidenčnú žalobu a konanie v tejto veci nie je doposiaľ ukončené. Uviedol, že vykonaným dokazovaním mal preukázané, že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(ďalej „obchodník s cennými papiermi“) a Družstvom s tým, že zmluva bola ukončená zo strany obchodníka s cennými papiermi výpoveďou zo dňa 30. marca 2010 a po zániku záväzkového vzťahu medzi Družstvom a obchodníkom s cennými papiermi, sa Družstvo domáhalo svojich nárokov vyplývajúcich zo zmluvy voči obchodníkovi s cennými papiermi rôznymi žiadosťami a výzvami na zaplatenie dlžných súm, avšak súdnou cestou si svoje nároky Družstvo neuplatnilo. Poukázal na skutočnosť, že Družstvo finančné prostriedky, ktoré získalo od svojich členov neposkytovalo obchodníkovi s cennými papiermi na základe zmluvy, v ktorej by bola špecifikovaná výška poskytnutej sumy, ale zamestnanci obchodníka s cennými papiermi priamo disponovali s peniazmi Družstva, na základe ním udeleného súhlasu s tým, že s finančnými prostriedkami na účte Družstva boli oprávnené disponovať zamestnankyne obchodníka s cennými papiermi pani N., Y., J.H. M. S., pričom Družstvo malo účty vedené v Slovenskej sporiteľni a.s., v Československej obchodnej banke a.s. a vo Všeobecnej úverovej banke a s. Uviedol, že na základe Prospektu investície schváleného Úradom pre finančný trh rozhodnutím zo dňa 21.marca 2002, č. UTF - 002/2002/SPI, právoplatným dňa 28. marca 2002, bolo Družstvo oprávnené ponúkať majetkové hodnoty s lehotou verejnej ponuky 10 rokov a zo Zmluvy o zriadení portfólia zo dňa 02. júna 2008 mal preukázané založenie zmluvného vzťahu medzi Družstvom a obchodníkom s cennými papiermi CAPITAL INVEST, o.c.p., a.s., ktorú obchodník s cennými papiermi vypovedal listom zo dňa 30. marca 2010 s účinnosťou od 01.mája 2010 a Družstvo listom zo dňa 15. apríla 2010 požiadalo Národnú banku Slovenska o preskúmanie postupu obchodníka s cennými papiermi a riešenie situácie, pričom sa však v tom čase neobrátilo žalobou o náhradu škody proti obchodníkovi s cennými papiermi na súd. Súd prvého stupňa uviedol, že na základe zisteného skutkového stavu do 01. júna 2010 Národná banka Slovenska, ako aj jej právny predchodca Úrad pre finančný trh v súlade so zákonom č. 566/2001 Z. z. o cenných papieroch a investičných službách a o zmene a doplnení niektorých zákonov (zákon o cenných papieroch) postupovali správne vo vzťahu k Družstvu, ktoré bolo tomuto orgánu povinné predkladať polročné správy o svojom hospodárení, z obsahu ktorých nevyplývali žiadne informácie o prípadnej zhoršenej finančnej situácií Družstva, predovšetkým po tom, čo bolo dňa 24. augusta 2007 vedené rokovanie so štatutárom Družstva, s ostatnými štatutármi dcérskych spoločností Družstva a Národnou bankou Slovenska, pričom Družstvo reagovalo na závery rokovania, ktoré vyplývajú zo zápisu z prerokovania problémov a nezrovnalostí v činnosti družstiev tým, že Národnej banke Slovenska dňa 10. októbra 2007 doručilo písomnú odpoveď, v ktorej predovšetkým zdôraznilo, že zo strany družstiev nedošlo k porušeniu zákona a prospektov investícií schválených Úradom pre finančný trh z dôvodov v odpovedi špecifikovaných a zároveň sa vyjadrilo k systému fungovania družstiev, vzhľadom na ich investičnú stratégiu, že vtedajší stav zodpovedal dlhoročnej finančnej spolupráci medzi spoločnosťami CI HOLDINGU, a.s., jej dcérskymi spoločnosťami a družstvami a upozornil na riziko značných škôd a nákladov týmto spoločnostiam v dôsledku narušenia systému s poukazom na charakter finančných vzťahov medzi uvedenými spoločnosťami, ktoré sú dlhodobými investičnými vzťahmi, keďže sa Družstvu a jeho dcérskym spoločnostiam javilo ako problematické zabezpečiť do portfólia družstiev iné investičné nástroje, ktorých emitentmi boli spoločnosti v rámci finančného skupiny CI HOLDING, a.s. Poukázal na skutočnosť, že Družstvo až listom doručeným Národnej banke Slovenska dňa 15. apríla 2010 požiadalo o preskúmanie postupu spoločnosti CAPITAL INVEST, o.c.p., a.s. po tom, čo obchodník s cennými papiermi vypovedal zmluvu o zriadení portfólia s tým, že z obsahu listinných dôkazov, ako aj z obsahu výpovede splnomocneného zástupcu odporcu mal prvostupňový súd preukázané, že Národná banka Slovenska vykonala v období od 20. apríla 2010 do 06. mája 2010 u obchodníka s cennými papiermi dohľad na mieste a v tomto období vyzvala Družstvo listom zo dňa 20. apríla 2010, aby predĺžilo žiadosť o schválenie dodatku prospektu investície tak, aby mohlo pokračovať v zhodnocovaní finančných prostriedkov, keďže Národná banka Slovenska zistila, že podstatná časť prospektu investície sa stala neaktuálna, pričom Družstvo dňa 28. apríla 2010 Národnej banke Slovenska predložilo Žiadosť o schválenie dodatkov k prospektu investície, o ktorej bolo vedené konanie OPK-5664/1/2010, ktoré však bolo podľa ustanovenia § 21 ods. 1 písmeno a) zák. č. 747/2004 Z. z. o dohľade nad finančným trhom a o zmene a doplnení niektorých zákonov v znení neskorších predpisov prerušené rozhodnutím OPK-5664/1-2/2010 zo dňa 10. mája 2010 na čas, po ktorý Družstvo bolo povinné odstrániť nedostatky žiadosti a žiadosť doplniť, nakoľko však Družstvo ani po opakovanom predĺžení lehoty na odstránenie vád žiadosti jej nedostatky neodstránilo, rozhodnutím OPK-5664/1-5/2010 zo dňa 26. augusta 2010, potvrdeným rozhodnutím Bankovej rady Národnej banky Slovenska č. GUV-1744/2010 zo dňa 08. decembra 2010, právoplatným dňa 16. decembra 2010, Národná banka Slovenska konanie vo veci žiadosti zastavila a súbežne začala voči Družstvu konanie o uložení sankcie podľa ustanovenia § 144 ods. 4 zákona č. 566/2001 Z. z. o cenných papieroch za porušenie ustanovenia § 129 ods. 3 v spojení s ustanovením § 128 ods. 1 písmeno b), c), h) citovaného zákona a ustanovenia § 125c ods. 1 v spojení s ustanovením § 127 ods. 4 citovaného zákona a následne Rozhodnutím ODT-10890-4/2010 zo dňa 30. mája 2011, právoplatným dňa 18. júla 2011, zakázala Družstvu predaj majetkových hodnôt s tým, že vzhľadom na nedostatok kompetencií voči Družstvu, ako podnikateľskému subjektu, mu nemohla zakázať vykonávať inú činnosť. Súd prvého stupňa poukázal na skutočnosť, že na základe získaných poznatkov činnosti Družstva, ako aj obchodníka s cennými papiermi, ešte dňa 27. júla 2010, orgánom činným v trestnom konaní podala oznámenie o podozrení zo spáchania trestného činu, pričom uznesením Prezídia Policajného zboru, Úradu boja proti korupcii, vyšetrovateľa odboru boja proti korupcii č. k. ČVS: PPZ-153/BPK-B-2010 zo dňa 16. novembra 2010, bolo dňa 10. augusta 2010 začaté trestné stíhanie podľa § 199 ods. 1 Trestného poriadku pre obzvlášť závažný zločin podvodu podľa § 221 ods. 1, 4 písm. a) Trestného zákona spolupáchateľstvom podľa § 20 Trestného zákona. Uviedol, že navrhovateľ v konaní nepreukázal, že by odporca vo vzťahu k Družstvu nesprávne úradne postupoval, práve naopak, v konaní bolo preukázané, že Národná banka Slovenska až od účinnosti zákona č. 566/2001 Z. z. o cenných papieroch, bola od 01. júna 2010 oprávnená dohliadať na to, či vyhlasovateľ majetkových hodnôt - Družstvo, dodržiava schválený prospekt investície, avšak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v rozpore so zákonom č. 566/2001 Z. z. o cenných papieroch, ako aj zákonom č. 747/2004 Z. z. o dohľade nad finančným trhom a o zmene a doplnení niektorých zákonov. Poukázal na skutočnosť, že činnosť vyhlasovateľov verejnej ponuky majetkových hodnôt je zákonom o cenných papieroch regulovaná len čiastočne v ustanovení § 126 až § 130 s tým, že alternatívne investičné možnosti začala v rámci Európskej únie regulovať až smernica Európskeho parlamentu a Rady 2011/61/EÚ z 08.06.2011 o správcoch alternatívnych investičných fondov a o zmene a doplnení smerníc 2003/41/ ES a 2009/65/ES a nariadení ES č. 1060/2009 a EÚ č.1095/2010, ktorú podľa jej článku 66 ods. 1 majú členské štáty EÚ, vrátane Slovenskej republiky, prevziať do svojich právnych poriadkov do 22. júla 2013, pričom prevzatie smernice sa má vykonať na základe vládneho návrhu novely zákona č. 203/2011 Z. z. o kolektívnom investovaní v znení neskorších prepisov a zákona č. 566/2001 o cenných papieroch a investičných službách a o zmene a doplnení niektorých zákonov. Zamietnutie návrhu navrhovateľa odôvodnil vecne aj tým, že nárok na náhradu škody voči štátu môže byť úspešne uplatnený iba vtedy, ak nemôže poškodený dosiahnuť uspokojenie svojej pohľadávky voči dlžníkovi, ktorý mu je povinný plniť, avšak navrhovateľ si svoj nárok na náhradu škody uplatnil v konkurznom konaní vedenom Okresným súdom Bratislava I pod sp. zn. 3K/95/2010 voči úpadcovi - Družstvu z čoho vyplýva,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V dôvodoch svojho rozhodnutia uviedol, že popretie pohľadávky správcom konkurznej podstaty neznamená, že počas incidenčného konania, ktoré doposiaľ nebolo skončené, pohľadávku navrhovateľa neuzná, a preto nie je možné ustáliť výšku škody, ktorá navrhovateľovi vznikla. Predčasnosť podaného návrhu navrhovateľa spočíva aj v tom, že navrhovateľ, ako bývalý člen Družstva, ktorý sa stane v dôsledku nevyplatených finančných prostriedkov jeho veriteľom, si môže svoje nároky na náhradu škody uplatniť v zmysle ustanovenia § 243 ods. 4 Obchodného zákonníka za splnenia podmienok vzniku škody voči členom predstavenstva Družstva alebo členom kontrolnej komisie Družstva, podľa ustanovenia § 244 Obchodného zákonníka, ktorý v zákonných ustanoveniach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Súd prvého stupňa dospel k záveru, že právne relevantným je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navrhovateľovi vznikla škoda. Nestotožnil sa s názorom navrhovateľa, že mu vznikla škoda aj v príčinnej súvislosti so zanedbaním dohľadu zo strany Národnej banky Slovenska nad činnosťou obchodníka s cennými papiermi, keď samotný navrhovateľ poukazoval na to, že Družstvo poskytovalo finančné prostriedky po ich získaní od navrhovateľa obchodníkovi s cennými papiermi na základe zmluvy o riadení portfólia, na základe ktorej medzi Družstvom a obchodníkom s cennými papiermi vznikol záväzkový vzťah, titulom ktorého boli obe zmluvné strany povinné si plniť z uzavretej zmluvy a ak Družstvo zistilo, že si obchodník s cennými papiermi neplní svoje povinnosti vyplývajúce mu zo zmluvy, bolo jeho povinnosťou domáhať sa súdnou cestou pohľadávok, na ktoré malo na základe uzavretej zmluvy nárok a iba v prípade, ak by sa Družstvo svojej pohľadávky nedomohlo voči obchodníkovi s cennými papiermi titulom nároku vyplývajúceho zo zmluvy, bolo by teoreticky možné dospieť k záveru, že Družstvu vznikla škoda v súvislosti s prípadným nesprávnym úradným postupom Národnej banky Slovenska, spočívajúcom v zanedbaní dohľadu nad obchodníkom s cennými papiermi s tým, že v priamej príčinnej súvislosti s prípadným preukázaným nesprávnym úradným postupom nad dohliadaným subjektom - obchodníkom s cennými papiermi, mohla vzniknúť škoda len na strane Družstva, čo je však subjekt odlišný od navrhovateľa. Uviedol, že prípadný nesprávny úradný postup Národnej banky Slovenska, vyplývajúci z dohľadu nad obchodníkom s cennými papiermi, je v danom prípade právne irelevantný, pretože na strane navrhovateľa nedošlo k vzniku škody v priamej príčinnej súvislosti s prípadným nesprávnym úradným postupom Národnej banky Slovenska, spočívajúcim v zanedbaní dohľadu nad obchodníkom s CP a preto sa takýmto prípadným nesprávnym úradným postupom ani nezaoberal. Súd prvého stupňa v odôvodnení svojho rozhodnutia ďalej uviedol, že podľa jeho názoru odporca v konaní preukázal, že Národná banka Slovenska dohľad nad dohliadaným subjektom - Družstvom nezanedbala a priklonil sa k jeho názoru, že Družstvo bolo dohliadaným subjektom len v obmedzenom rozsahu, týkajúcom sa dohľadu nad plnením povinností vyhlasovateľa verejnej ponuky majetkových hodnôt v súlade s ustanoveniami § 125 až § 128 zákona o cenných papieroch, pričom v súlade s uvedenými ustanoveniami, Úrad pre finančný trh schválil Družstvu Prospekt investície a v súlade s ustanoveniami § 127 ods. 4 v spojení s § 125 ods. 7 zákona o cenných papieroch, posudzoval len jeho úplnosť, obsah všetkých údajov, vzájomný súlad predložených údajov a ich zrozumiteľnosť s tým, že za pravdivosť údajov v Prospekte investície zodpovedali príslušné orgány Družstva. Súd prvého stupňa v dôvodoch svojho rozhodnutia uviedol, že odporca preukázal aj skutočnosť, že odporca v konaní preukázal, že nebolo v právomoci Národnej banky Slovenska schvaľovať zmluvu o riadení alebo správe portfólia a Prospekt investície mal podľa § 128 ods. 1 písm. a/ bodu 10 zákona o cenných papieroch obsahovať len zoznam zmlúv, ktoré zabezpečujú odbyt výrobkov navrhovateľa verejnej ponuky majetkových hodnôt, alebo realizáciu služieb, ktoré poskytuje, pričom Národná banka Slovenska, ktorá až od 01. júna 2010 bola oprávnená dohliadať aj na skutočnosť, či vyhlasovateľ majetkových hodnôt dodržiava schválený prospekt investície, nemohla vykonávať dohľad nad celkovou činnosťou Družstva, pretože v takom prípade by došlo k prekročeniu jej kompetencií. Súd prvého stupňa napokon v odôvodnení svojho rozhodnutia uviedol, že štát (Slovenská republika) nemôže priamo zasahovať do vlastnej činnosti Družstva a jeho majetkovoprávnych vzťahov, v ktorých má Družstvo autonómne postavenie, pričom vnútorné vzťahy Družstva sa spravovali v danom čase jeho stanovami, ustanoveniami Obchodného zákonníka s tým, že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orgánoch, v zmysle ustanovení Obchodného zákonníka a Stanov, avšak navrhovateľ v konaní nepreukázal, že počas členstva v Družstve realizoval svoje oprávnenia vyplývajúce mu z členstva tak, že by aktívne zasiahol do jeho činnosti, za účelom odvrátenia hroziacej škody pri zistení nedostatkov v činnosti štatutárnych zástupcov Družstva. Rozhodnutie v časti výroku, ktorým návrh navrhovateľa na začatie prejudiciálneho konania pred Súdnym dvorom Európskej únie zamietol, odôvodnil právne ust. § 109 ods. 1 písm. c) O. s. p., článkom 267 Konsolidovaného znenia Zmluvy o fungovaní Európskej únie a vecne tým, že rozhodnutie Súdneho dvora Európskej únie o položených otázkach nie je nevyhnutné pre rozhodnutie vo veci samej z dôvodu,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odvolával v návrhu na začatie prejudiciálneho konania s tým, že alternatívne investičné možnosti, medzi ktoré je možné zahrnúť aj činnosť vyhlasovateľov verejnej ponuky majetkových hodnôt začala v rámci EÚ regulovať až smernica Európskeho parlamentu a Rady 2011/61/EÚ zo dňa 08.06.2011 o správcoch alternatívnych investičných fondov a o zmene a doplnení smerníc 2003/41/ES a 2009/65/ ES a nariadením (ES) číslo 1060/2009, (EÚ) číslo 1095/2010. Poukázal na skutočnosť, že rozhodnutie Súdneho dvora Európskej únie o položených otázkach nie je pre vydanie rozhodnutia vo veci samej nevyhnutné s tým, že prvostupňový súd nie je súdom, proti ktorému rozhodnutiu nie je prípustný opravný prostriedok podľa vnútroštátneho práva a preto mu povinnosť obrátiť sa na Súdny dvor Európskej únie nevyplýva, keďže táto povinnosť vyplýva po zhodnotení skutkových okolností len súdu, voči ktorému rozhodnutiu opravný prostriedok prípustný nie je. Rozhodnutie o trovách konania odôvodnil právne ust. § 142 ods. 1 O. s. p. a vecne úspechom odporcu v konaní, ktorému náhradu trov konania nepriznal, nakoľko si ich náhradu neuplatnil a v konaní mu ani žiadne nevznikli. 2. Odvolací súd rozsudkom zo dňa 27.08.2014, sp. zn. 2Co/549/2014 napadnutý rozsudok súdu prvej inštancie potvrdil. Najvyšší súd Slovenskej republiky uznesením sp. zn. 2 Cdo/547/2015 zo dňa 30.06.2016 rozsudok odvolacieho súdu zrušil a vec mu vrátil na ďalšie konanie. 3. Proti tomuto rozsudku v časti výroku, ktorým súd prvého stupňa návrh navrhovateľa na zaplatenie istiny 6.738,20 eur s príslušenstvom zamietol, podal navrhovateľ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navrhol rozsudok v napadnutej časti zmeniť a jeho návrhu vyhovieť, resp. rozsudok súdu prvého stupňa v napadnutej časti zrušiť a vec vrátiť na ďalšie konanie. Zároveň žiadal priznať náhradu trov konania. Navrhovateľ namietol,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F.. L. Z., U..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F.. X. Č.,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uviedol, že Národná banka Slovenska rozhodnutím zo dňa 30. mája 2011, č. ODT-10890-4/2010, právoplatným dňa 18.júla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31.decembra 2006, avšak Národná banka Slovenska voči Družstvu úradne zasiahla až v máji 2011, kedy činnosť Družstva zakázala. Uviedol,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a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navrhovateľa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Namietol,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 januára 2012, sp. zn. 6 MCdo 11/2010. 4. Odporca vo svojom vyjadrení k odvolaniu navrhovateľa uviedol, že navrhuje rozsudok súdu prvého stupňa v napadnutej časti potvrdiť, nakoľko prvostupňový súd vo veci vykonal rozsiahle dokazovanie za účelom spoľahlivého zistenia skutkového a právneho stavu veci s poukazom na skutočnosť, že z jeho činnosti mu boli známe aj iné dôležité skutočnosti z prebiehajúcich konaní v skutkovo a právne analogických veciach na súde prvého stupňa (od 02. 07. 2012).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rozhodnutí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5. Podľa § 470 ods. 1 prechodných ustanovení zákona č. 160/2015 Z. z. Civilný sporový poriadok platného a účinného od 1.7.2016 (ďalej len „C.s.p“) ak nie je ustanovené inak, platí tento zákon aj na konania začaté predo dňom nadobudnutia jeho účinnosti. 6.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v ním napadnutej časti nie je opodstatnené. 7. Súd prvej inštancie vo veci samej riadne zistil skutkový stav veci, vykonal dokazovanie v rozsahu potrebnom na zistenie rozhodujúcich skutočností (§ 185 ods. 1, 2, 3 C.s.p.) z hľadiska posúdenia opodstatnenosti návrhu, výsledky vykonaného dokazovania správne zhodnotil (§ 191 C. s. p.) a na ich základe dospel k správnym skutkovým a právnym záverom, ktoré v napadnutom rozhodnutí aj náležite, jasne a výstižne odôvodnil (§ 220 ods. 1, 2 C. s. p.). 8. Vzhľadom na skutočnosť, že odvolací súd sa v celom rozsahu stotožňuje i s odôvodnením napadnutého rozsudku súdu prvej inštancie, obmedzil odvolací súd odôvodnenie potvrdzujúceho rozhodnutia na konštatovanie správnosti dôvodov uvedených súdom prvej išnatancie v zmysle ust. § 387 ods. 2 C.s.p. 9. Z obsahu spisu vyplýva, že navrhovateľ bol členom PODIELOVÉHO DRUŽSTVA SLOVENSKÉ INVESTÍCIE, Poľná č. 1, Bratislava, IČO: 35 784 717 (ďalej „Družstvo“), toho času v konkurze vyhlásenom uznesením Okresného súdu Bratislava I zo dňa 11. apríla 2011, č. k. 3K/95/2010 - 21, právoplatným dňa 5. mája 2011 s tým, že z Dohody o znížení členského podielu zo dňa 14. decembra 2010 uzavretej medzi Družstvom a navrhovateľom vyplýva, že členský podiel navrhovateľa bol ku dňu uzavretia dohody v sume 6.724,93 eur a na základe zníženia členského podielu, vznikol navrhovateľovi nárok na vyplatenie vyrovnacieho podielu vo výške 6.724,93 eur (č. l. 38 spisu), pričom navrhovateľovi Družstvo vystavilo zmenku v sume 6.724,93 eur, so splatnosťou na videnie (č. l. 39 spisu). 10.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(č. l. 58 spisu). 11. Medzi stranami sporu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12. V posudzovanej veci sa navrhovateľ návrhom podaným na súd prvého stupňa dňa 30.decembra 2011 domáhal uloženia povinnosti odporcovi zaplatiť mu škodu v sume 6.738,20 eur s 9,25 % úrokom z omeškania ročne od 19. apríla 2011 do zaplatenia, ktorá mu vznikla v príčinnej súvislosti s nesprávnym úradným postupom Národnej banky Slovenska, špecifikovanom v podanom návrhu na začatie konania a doplnenom v podaní doručenom súdu prvého stupňa dňa 28. mája 2013,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evidentná,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20.augusta 2008 do 4. marca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13. V posudzovanej veci sa navrhovateľ voči štátu domáha náhrady škody, ktorá mu mala byť spôsobená nesprávnym úradným postupom Národnej banky Slovenska podľa zák. č. 514/2003 Z.z. o zodpovednosti za škodu spôsobenú pri výkone verejnej moci a o zmene niektorých zákonov (ďalej „zák. č. 514/2003 Z. z.“). 14. Hmotnoprávnym základom pre uplatnenie práva navrhovateľa na náhradu škody je ust. § 9 zák. č. 514/2003 Z. z., podľa ktorého štát zodpovedá za škodu spôsobenú nesprávnym úradným postupom. 15.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16.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17.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18. Podľa § 420 ods. 1 Občianskeho zákonníka, každý zodpovedá za škodu, ktorú spôsobil porušením právnej povinnosti. 19. Podľa § 442 ods. 1 Občianskeho zákonníka, uhrádza sa skutočná škoda a to, čo poškodenému ušlo (ušlý zisk). 20.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21.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22.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investícií. 23.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Z.z., neexistovala samotná povinnosť Družstva aktualizovať Prospekt investícií, je z povahy veci vylúčený dohľad zo strany Národnej banky Slovenska v tomto smere z dôvodu, že nebolo možné kontrolovať povinnosť, ktorá sama o sebe v rozhodnom čase ani neexistovala. 24.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25.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26.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27.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(č. l. 73 spisu), ktorým uložila obchodníkovi s cennými papiermi pokutu vo výške 16.596,96 eur (500.000,- Sk), kedy po zrušení a vrátení veci na ďalšie konanie Bankovou radou Národnej banky Slovenska, opätovne rozhodnutím zo dňa 20. augusta 2008, č. OPK-9750-5/2007 (č. l. 88 spisu), uložila obchodníkovi s cennými papiermi pokutu vo výške 9.958,18 eur (300.000,- Sk) a následne rozhodnutím zo dňa 21. decembra 2010, č. ODT-8305-5/2010 (č. l. 143 spisu), ktorým odobrala obchodníkovi s cennými papiermi povolenie na poskytovanie investičných služieb, odvolací súd považuje za dôležité zdôrazniť nasledovné. 28.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29.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30.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navrhovateľom tvrdený nesprávny úradný postup odporcu, v konaní nepreukázal s poukazom na skutočnosť, že nedostatočnosť opatrení prijatých Národnou bankou Slovenska, podľa názoru navrhovateľa, bez opory v zákone, podľa jeho subjektívneho presvedčenia, sa nemusia vždy legitímne zhodovať s objektívnou realitou. 31.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a nakoľko si navrhovateľ pohľadávku, ktorá je predmetom tohto sporu uplatnil v konkurznom konaní, škoda mu ešte nevznikla, a preto nemôže byť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32. Nebolo možné sa stotožniť ani s námietkou navrhovateľa v podanou odvolaní, týkajúcej sa procesného pochybenia súdu prvého stupňa, ktorý na pojednávaní nevykonal dokazovanie listinnými dôkazmi predpísaným spôsobom, nakoľko z obsahu zápisnice o pojednávaní (dňa 23. 04. 2014) pred prvostupňovým súdom a z obsahu samotného spisu vyplýva, že účastníci boli riadne oboznámení s obsahom listinných dôkazov, ku ktorým mali možnosť vyjadriť sa, čo aj využili, pričom na pojednávaní výslovne netrvali na vykonaní dokazovania osobitným čítaním ich obsahu (č. l. 496 spisu). 33. S poukazom na citované zákonné ustanovenia a za stavu, keď súd prvej inštancie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ako vecne správny potvrdil. 34. O trovách odvolacieho konania rozhodol súd podľa § 396 ods. 1 C. s. p. v spojení s § 255 ods. 1 C.s.p. V odvolacom konaní súd úspešnému žalovanému náhradu trov odvolacieho konania priznáva v pomere 100%. O výške náhrady trov konania rozhodne súd prvej inštancie po právoplatnosti rozhodnutia, ktorým sa konanie končí, samostatným uznesením podľa § 262 ods. 2 C.s.p. 35.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https://www.kauzis.sk/judikatura/r/ECLI:SK:KSBA:2018:1111244768.4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