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8Co/251/2017 z 26. 2. 2018</w:t>
      </w:r>
    </w:p>
    <w:p>
      <w:r>
        <w:t>Rozsudok Krajského súdu Bratislava z 26. februára 2018, sp. zn. 8Co/251/2017, ECLI:SK:KSBA:2018:1111244896.5</w:t>
      </w:r>
    </w:p>
    <w:p>
      <w:r>
        <w:t>Súd: Krajský súd Bratislava</w:t>
      </w:r>
    </w:p>
    <w:p>
      <w:r>
        <w:t>Spisová značka: 8Co/251/2017</w:t>
      </w:r>
    </w:p>
    <w:p>
      <w:r>
        <w:t>ECLI: ECLI:SK:KSBA:2018:1111244896.5</w:t>
      </w:r>
    </w:p>
    <w:p>
      <w:r>
        <w:t>Dátum vydania: 26. 2. 2018</w:t>
      </w:r>
    </w:p>
    <w:p>
      <w:r>
        <w:t>Forma: Rozsudok</w:t>
      </w:r>
    </w:p>
    <w:p>
      <w:r>
        <w:t>Oblasť práva: Občianske právo</w:t>
      </w:r>
    </w:p>
    <w:p>
      <w:pPr>
        <w:pStyle w:val="Heading2"/>
      </w:pPr>
      <w:r>
        <w:t>Text rozhodnutia</w:t>
      </w:r>
    </w:p>
    <w:p>
      <w:r>
        <w:t>Súd: Krajský súd Bratislava Spisová značka: 8Co/251/2017 Identifikačné číslo súdneho spisu: 1111244896 Dátum vydania rozhodnutia: 27. 02. 2018 Meno a priezvisko sudcu, VSÚ: JUDr. Ondrej Krajčo ECLI: ECLI:SK:KSBA:2018:1111244896.5 ROZSUDOK V MENE SLOVENSKEJ REPUBLIKY Krajský súd v Bratislave v senáte zloženom z predsedu senátu JUDr. Ondreja Krajča a členiek senátu JUDr. Jany Vlčkovej a JUDr. Moniky Holickej v právnej veci žalobkyne: C. V., K. M.. P.. Š. X/X, O., zastúpenej: FUTEJ &amp; Partners, s.r.o., Radlinského č. 2, Bratislava, IČO: 35 955 341, proti žalovanému: Slovenská republika - Národná banka Slovenska, so sídlom ul. Imricha Karvaša č. 1, Bratislava, o náhradu škody, o odvolaní žalobkyne proti rozsudku Okresného súdu Bratislava I, zo dňa 30. októbra 2014, č.k. 15C/214/2011-205, takto r o z h o d o l : Odvolací súd rozsudok súdu prvej inštancie v napadnutej časti p o t v r d z u j e . Žalovaný má nárok na náhradu trov odvolacieho a dovolacieho konania v celom rozsahu. o d ô v o d n e n i e : 1. Rozsudkom zo dňa 30. októbra 2014, č.k. 15C 214/2011-205, zamietol súd prvej inštancie žalobu; ktorou sa žalobkyňa domáha zaplatenia náhrady škody vo výške 4.347,28 eur s 9,25 % úrokom z omeškania ročne od 19.04.2011 do zaplatenia, podľa zák. č. 514/2003 Z.z., o zodpovednosti za škodu spôsobenú pri výkone verejnej moci; a žalovanému nepriznal náhradu trov konania. Zároveň zamietol návrh žalobkyne na začatie prejudiciálneho konania pred Súdnym dvorom Európskej únie podľa článku 267 Zmluvy o fungovaní Európskej únie. Vychádzal zo zistenia, že Úrad pre finančný trh rozhodnutím zo dňa 21.03.2002 schválil PODIELOVÉMU DRUŽSTVU SLOVENSKÉ INVESTÍCIE (ďalej "Družstvo"); ktorého členkou bola žalobkyňa;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žalobkyni na základe rozhodnutia predstavenstva zaniklo dňom 30.03.2011 členstvo v Družstve a vznikol jej nárok na vyplatenie vyrovnacieho podielu v sume 4.347,28 eur, ktorý si prihlásila do konkurzu vyhláseného na majetok Družstva ako úpadcu uznesením Okresného súdu Bratislava I zo dňa 11.04.2011, sp. zn. 3K 95/2010,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čl. 2 ods. 2 Ústavy SR, § 1, § 9 ods. 1, 2, § 15 ods. 1, § 17 ods. 1 zák. č. 514/2003 Z. z. o zodpovednosti za škodu spôsobenú pri výkone verejnej moci a o zmene niektorých zákonov, § 127 ods. 2, § 128 Zákona o cenných papieroch, v znení účinnom od 01.06.2010, a dospel k záveru, že žalobkyňa v konaní nepreukázala naplnenie predpokladov zodpovednosti štátu za škodu spôsobenú nesprávnym úradným postupom, keď nepreukázala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V tejto súvislosti poukázal na to, že žalobkyňa ako členka Družstva (podnikateľského subjektu) mohla prostredníctvom členskej schôdze ako najvyššieho orgánu družstva uplatňovať svoje právo riadiť jeho záležitosti a kontrolovať jeho činnosť, avšak počas členstva v Družstve svoje oprávnenia za účelom odvrátenia hroziacej škody pri zistení nedostatkov v činnosti štatutárnych zástupcov Družstva nerealizovala. Pokiaľ ide o tvrdený vznik škody, uviedol, že žalobkyňa svoje finančné prostriedky vložila do Družstva, s ktorým bola v právnom vzťahu a preto iba Družstvu vznikla povinnosť vrátiť jej vložené finančné prostriedky; a iba ak by sa nedomohla úhrady svojej pohľadávky proti Družstvu v konkurznom konaní; ktoré doposiaľ nie je skončené a nie je skončené ani konanie o incidenčnej žalobe žalobkyne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O náhrade trov konania rozhodol podľa § 142 ods. 1 O.s.p. a v konaní úspešnému žalovanému ich náhradu nepriznal, nakoľko si trovy konania neuplatnil a ani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na základe vykonaných dôkazov dospel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 z., avšak nie dohľad nad jeho celkovou činnosťou a nesúhlasila so záverom súdu prvej inštancie,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žalobu o náhradu škody proti štátu a nerobí jej žalobu predčasnou,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žalobkyni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Na základe podaného odvolania preskúmal odvolací vecnú správnosť napadnutého rozsudku, a keďže dospel k záveru, že rozsudok súdu prvej inštancie je v napadnutej časti vecne správny, rozsudkom zo dňa 28. apríla 2015, č.k. 8Co/112/2015-250, ho potvrdil. 5. Citovaný rozsudok odvolacieho súdu zo dňa 28. apríla 2015, č.k. 8Co/112/2015-250, napadla žalobkyňa dovolaním, pričom Najvyšší súd Slovenskej republiky uznesením zo dňa 25. januára 2017, sp. zn. 7 Cdo 231/2016, napadnutý rozsudok zrušil a vec vrátil odvolaciemu súdu na ďalšie konanie. Jediným dôvodom jeho zrušenia bolo zistenie, že odvolací súd porušil právo žalobkyne na spravodlivé súdne konanie a odňal jej možnosť konať pred súdom tým, že jej neumožnil vyjadriť sa k vyjadreniu žalovaného k jej odvolaniu, obsahujúcemu skutkovú a právnu argumentáciu týkajúcu sa veci. 6. Vyjadrenie žalovaného k odvolaniu bolo riadne žalobkyni doručené, avšak žalobkyňa možnosť vyjadriť sa k nemu nevyužila. 7. Následne odvolací súd opätovne vec prejednal, podľa § 380 ods. 1 C.s.p., bez nariadenia odvolacieho pojednávania podľa § 378 ods. 1 v spojení s § 219 ods. 3 C.s.p. a opätovne dospel k záveru, že odvolanie žalobkyne nie je dôvodné 8. V danom spore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9.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10.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až do 30.03.2011, kedy jej na základe rozhodnutia predstavenstva Družstva členstvo zaniklo a vznikol jej nárok na vyplatenie vyrovnacieho podielu v sume 4.347,28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11. Hmotnoprávnym základom pre uplatnenie práva žalobkyne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12.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13. Podľa čl. 1 ods. 1 veta prvá Ústavy SR, Slovenská republika je zvrchovaný, demokratický a právny štát. 14. Podľa čl. 2 ods.2 Ústavy SR, štátne orgány môžu konať iba na základe Ústavy, v jej medziach a v rozsahu a spôsobom, ktorý ustanoví zákon. 15. Podľa čl. 2 ods.3 Ústavy SR, každý môže konať, čo nie je zákonom zakázané, a nikoho nemôže nútiť, aby konal niečo, čo zákon neukladá. 16. Podľa čl. 20 ods.1 Ústavy SR, každý má právo vlastniť majetok. 17. Podľa čl. 20 ods.3 Ústavy SR, vlastníctvo zaväzuje. 18.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19.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20.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21.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22.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23. Súd prvej inštancie postupoval správne, keď sa nestotožnil s argumentáciou žalobkyne,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24.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25.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26.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27. Pokiaľ ide o námietku žalobkyne, že súd prvej inštancie nevykonal dokazovanie listinnými dôkazmi predpísaným spôsobom, odvolací súd ju považuje za nedôvodnú a účelovú, keď z obsahu zápisnice o pojednávaní konanom dňa 30.10.2014 pred prvoinštančným súdom vyplýva, že strany boli oboznámené s obsahom listinných dôkazov predložených v priebehu konania. 28.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29. Vzhľadom na uvedené, odvolací súd rozsudok súdu prvej inštancie v napadnutej časti; t.j. vo výroku vo veci samej a súvisiacom výroku o náhrade trov konania; ako vecne správny potvrdil (§ 387 ods. 1,2 C.s.p.). 30. O nároku na náhradu trov odvolacieho konania rozhodol odvolací súd podľa ust. § 396 ods. 2 C.s.p. v spojení s § 262 ods. 1 a § 255 C.s.p., a v odvolacom konaní úspešnému žalovanému priznal nárok na náhradu trov odvolacieho konania v celom rozsahu, pričom o ich náhrade rozhodne súd prvej inštancie po právoplatnosti rozhodnutia vo veci samej. 31.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https://www.kauzis.sk/judikatura/r/ECLI:SK:KSBA:2018:1111244896.5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