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5Co/116/2017 z 23. 4. 2018</w:t>
      </w:r>
    </w:p>
    <w:p>
      <w:r>
        <w:t>Rozsudok Krajského súdu Bratislava z 23. apríla 2018, sp. zn. 5Co/116/2017, ECLI:SK:KSBA:2018:1111244903.3</w:t>
      </w:r>
    </w:p>
    <w:p>
      <w:r>
        <w:t>Súd: Krajský súd Bratislava</w:t>
      </w:r>
    </w:p>
    <w:p>
      <w:r>
        <w:t>Spisová značka: 5Co/116/2017</w:t>
      </w:r>
    </w:p>
    <w:p>
      <w:r>
        <w:t>ECLI: ECLI:SK:KSBA:2018:1111244903.3</w:t>
      </w:r>
    </w:p>
    <w:p>
      <w:r>
        <w:t>Dátum vydania: 23. 4. 2018</w:t>
      </w:r>
    </w:p>
    <w:p>
      <w:r>
        <w:t>Forma: Rozsudok</w:t>
      </w:r>
    </w:p>
    <w:p>
      <w:r>
        <w:t>Oblasť práva: Občianske právo</w:t>
      </w:r>
    </w:p>
    <w:p>
      <w:pPr>
        <w:pStyle w:val="Heading2"/>
      </w:pPr>
      <w:r>
        <w:t>Text rozhodnutia</w:t>
      </w:r>
    </w:p>
    <w:p>
      <w:r>
        <w:t>Súd: Krajský súd Bratislava Spisová značka: 5Co/116/2017 Identifikačné číslo súdneho spisu: 1111244903 Dátum vydania rozhodnutia: 24. 04. 2018 Meno a priezvisko sudcu, VSÚ: JUDr. Milan Chalupka ECLI: ECLI:SK:KSBA:2018:1111244903.3 ROZSUDOK V MENE SLOVENSKEJ REPUBLIKY Krajský súd v Bratislave v senáte zloženom z predsedu senátu JUDr. Milana Chalupku a členov senátu JUDr. Juraja Považana a JUDr. Janky Richterovej v právnej veci žalobcu: A. L., U.. XX.XX.XXXX, R.: D. XX, R., v zast.: FUTEJ &amp; Partners, s.r.o., sídlom: Radlinského 2, Bratislava, IČO: 35 955 341, proti žalovanej: Slovenská A., Q. U. R. E., E.: B. L. X, R., o náhradu škody, na odvolanie žalobcu proti rozsudku Okresného súdu Bratislava I, č.k. 25C 213/2011-174 zo dňa 5.2.2014, takto r o z h o d o l : Odvolací súd napadnutý rozsudok súdu prvej inštancie v napadnutej časti p o t v r d z u j e. Žalovanej sa p r i z n á v a náhrada trov odvolacieho konania v rozsahu 100%. o d ô v o d n e n i e : 1. Súd prvej inštancie napadnutým rozsudkom zamietol návrh žalobcu (ďalej aj ako „navrhovateľa“), ktorým sa domáhal uložiť žalovanej (ďalej aj ako „odporkyni“) povinnosť zaplatiť mu sumu 1.095,93 eur s 9,25 % úrokom z omeškania ročne od 19.4.2011 do zaplatenia, titulom náhrady škody spôsobenej nesprávnym úradným postupom Národnej banky Slovenska podľa zák. č. 514/2003 Z. z. o zodpovednosti za škodu spôsobenú pri výkone verejnej moci a o zmene niektorých zákonov a zároveň rozhodol, že nepožiada Súdny dvor Európskej únie o rozhodnutie o predbežnej otázke podľa čl. 267 Zmluvy o fungovaní Európskej únie a návrh navrhovateľa na prerušenie konania zamietol. Odporkyni náhradu trov konania nepriznal. Svoje rozhodnutie odôvodnil právne ust. § 3 ods. 1, 2, § 9 ods. 1, § 15 ods. 1, § 17 ods. 1 zák. č. 514/2003 Z. z. o zodpovednosti za škodu spôsobenú pri výkone verejnej moci a o zmene niektorých zákonov a vecne tým, že navrhovateľ v konaní vznik škody a nesprávny úradný postup odporkyne, ako ani príčinnú súvislosť medzi škodou a nesprávnym úradným postupom nepreukázal. Poukázal na skutočnosť, že Úrad pre finančný trh rozhodnutím zo dňa 21.3.2002 schválil D. N. E. B. (Ď. ".") Prospekt investície, pri ktorom Družstvo požiadalo o schválenie jeho dodatku spolu s prílohou a to zápisnicou z riadnej členskej schôdze N. zo dňa 9.1.2003, podľa ktorej mal Úrad pre finančný trh schválením Prospektu investície odobriť projekt družstiev s tým, že Úrad pre finančný trh N.A. v upozornení zo dňa 13.5.2003 oboznámil o splnení podmienok pre schválenie tohto dodatku a upozornil N.E.,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N. s tým, že dňa 2.6.2008 uzavrelo N. s obchodnou spoločnosťou V. B., O..V..D.., K..E.. v likvidácii, (ďalej "obchodník s cennými papiermi") Zmluvu o riadení portfólia, podľa ktorej sa obchodník s cennými papiermi, ako obhospodarovateľ, zaviazal riadiť portfólio N.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prvého stupňa vykonaným dokazovaním zistil, že Národná banka Slovenska rozhodnutím zo dňa 20.8.2008, č. OPK-9750-5/2007 uložila obchodníkovi s cennými papiermi pokutu vo výške 9.958,18 eur (300.000,- Sk) za porušenie ust. § 54 ods. 2, § 73 ods. 1 písm. a), § 74 ods. 1, ods. 7 písm. b) zák. č. 566/2001 Z. z. a rozhodnutím zo dňa 22. 4. 2008, č. OPK-2744-5/2007-PLP zmenila obchodníkovi s cennými papiermi povolenie na poskytovanie investičných služieb a povolila mu, okrem iného, poskytovanie investičnej služby podľa ust. § 6 ods. 1 písm. d) v spojení s § 5 ods. 1 písm. a), b), c) zák. č. 566/2001 Z. z., s obmedzením podľa § 59 ods. 3 tohto zákona a poskytovanie investičných služieb, investičných činností a vedľajších služieb podľa § 6 ods. 1 a 2 v spojení s § 5 ods. 1 zák. č. 566/2001 Z. z. v špecifikovanom rozsahu, s poukazom na výpoveď obchodníka s cennými papiermi zo Zmluvy o riadení portfólia a skutočnosti, že N. požiadalo listom zo dňa 15.4.2010 U.A. R. E. o preskúmanie postupu obchodníka s cennými papiermi a o výkon dohľadu na mieste dôvodiac, že výpoveďou zmluvy sa N. dostalo do zložitej situácie, pretože obchodník s cennými papiermi zabezpečoval pre N. odbyt výrobkov a iné a listom zo dňa 23.4.2010 požiadalo N. U. R. E. o zjednanie nápravy v činnosti obchodníka s cennými papiermi, pretože tento si neplnil voči nemu svoje základné povinnosti, spočívajúce v zabezpečení zhodnotenia finančných prostriedkov jemu zverených do správy. Súd prvého stupňa taktiež zistil, že Národná banka Slovenska rozhodnutím o predbežnom opatrení zo dňa 12.7.2010, č. ODT-8305/2010 podľa § 25 ods. 1 písm. a) zák. č. 747/2004 Z. z. uložila obchodníkovi s cennými papiermi povinnosť zdržať sa nakladania s majetkom klientov, ktorý mu bol zverený bez písomného súhlasu U. R. E., keďže na základe najmä oznámenia N. vzniklo dôvodné podozrenie z možného poškodenia klientov obchodníka s cennými papiermi a rozhodnutím zo dňa 21.12.2010, č. ODT-8305-5/2010, potvrdeným R. A. U. R. E. rozhodnutím zo dňa 1.3.2011, č. GUV-274/2011, odobrala obchodníkovi s cennými papiermi povolenie na poskytovanie investičných služieb z dôvodov podľa § 156 ods. 2 písm. a), § 55 ods. 7, ods. 9, § 85 ods. 2 v spojení s ust. § 84 ods. 1 písm. b), § 76 ods. 2 a § 77 ods. 7 zák. č. 566/2001 Z. z. a rozhodnutím zo dňa 26.8.2010, č. OPK-5664/1-5/2010 zastavila konanie o schválenie dodatku k Prospektu investície z dôvodu, že žiadosť neobsahovala náležitosti stanovené zákonom, čo potvrdila R. A. U. R. E.Y. rozhodnutím zo dňa 7.12.2010, č. GUV-1744/2010. Rozhodnutím zo dňa 30.5.2011, č. ODT-10890-4/2010, právoplatným dňa 18.7.2011, Národná banka Slovenska zakázala N., ako vyhlasovateľovi verejnej ponuky majetkových hodnôt predaj majetkových hodnôt z dôvodu porušenia ust. § 129 ods. 3 v spojení s § 128 ods. 1 písm. b), c), h) zák. č. 566/2001 Z. z. tým, že zmenou skutočností uvedených v Prospekte investície N. tento Prospekt nedodržiavalo a neurobilo žiadne kroky k tomu, aby stav N. uviedlo do súladu s údajmi v Prospekte investícii. Súd prvého stupňa mal za preukázané, že majetok vložený do investičných nástrojov N. je tvorený podielmi v N. Y., L. a N. a na 98,85 % podielom zmenkami emitenta V. T., K..E.., pričom v zmysle prijatej investičnej stratégie v Prospekte investície by angažovanosť voči jednému emitentovi nemala prekročiť 30 % podielu na celkových aktívach vyhlasovateľa verejnej ponuky a podiel emitenta V. T., K..E.. na celkových aktívach predstavovala 91,45 % a teda Prospekt investície nebol zo strany N. dodržaný a U. R. E. preto považovala za vhodné aby sa v aktívach družstva nachádzali finančné nástroje aj iných subjektov ako subjektov nachádzajúcich sa v skupine V. T., K..E.., z dôvodu rozloženia investičného rizika. Súd prvého stupňa poukázal na skutočnosť, že Okresný súd Bratislava I uznesením zo dňa 11.4.2011, č.k. 3K/95/2010-21, ktoré nadobudlo právoplatnosť dňa 5.5.2011, vyhlásil konkurz na majetok N. ako úpadcu a do funkcie správcu bol ustanovený G.. G. M. s tým, že mal vykonaným dokazovaním zároveň preukázané, že navrhovateľ bol členom N. a hodnota jeho členského podielu predstavovala ku dňu 31.12.2009 sumu 1.095,93 eur. Dňa 10.1.2011 N. navrhovateľovi vystavilo zmenku na videnie č. 2853 znejúcu na sumu 1.095,93 eur, ktorú si navrhovateľ prihlásil ako pohľadávku v konkurznom konaní vedenom na majetok družstva. Predmetná pohľadávka bola správcom konkurznej podstaty popretá a navrhovateľ sa v konaní vedenom na Okresnom súde Bratislava I pod sp. zn. 4Cbi 49/2011, ktoré nie je doposiaľ právoplatne skončené, domáha na základe incidenčnej žaloby určenia pravosti jeho pohľadávky. Z takto zisteného skutkového stavu súd prvého stupňa vyvodil záver, že nárok na náhradu škody podľa zák.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a preto, ak má navrhovateľ pohľadávku voči subjektu, ktorý ju získal ako prospech a má povinnosť tento prospech vydať, resp. kým nepreukázal bezúspešné domáhanie sa úhrady pohľadávky voči dlžníkovi, nie je daný základný predpoklad zodpovednosti štátu a tým ani predpoklad existencie škody. Poukázal na skutočnosť, že navrhovateľ sa ako bývalý člen N., s ktorým bol v právnom vzťahu, a z ktorého mu vzniklo právo na vyplatenie vyrovnacieho podielu, musí domáhať zaplatenia svojej pohľadávky voči N., ktoré je vo vzťahu k nemu v pozícii dlžníka, resp. osoby, ktorá je povinná navrhovateľovi vydať získaný prospech v podobe vyrovnacieho podielu s tým, že navrhovateľ si pohľadávku voči N. síce uplatnil v konkurznom konaní vyhlásenom na majetok N., avšak v čase rozhodovania súdu nepreukázal bezúspešnosť uplatňovania svojich práv voči družstvu, pričom toho času nie je možné ustáliť majetok N.E., s ktorým bol navrhovateľ v záväzkovom vzťahu, a z ktorého majetku by mohla byť uspokojená jeho pohľadávka uplatňovaná v prebiehajúcom konaní o náhradu škody za nesprávny úradný postup, a to i po skončení konkurzného konania. Z tohto dôvodu nemohol súd prvého stupňa ustáliť, či a najmä v akej výške vznikla navrhovateľovi škoda, ktoré okolnosti sú rozhodné aj pre plynutie premlčacej doby na uplatnenie nároku na náhradu škody voči štátu a uplatnený nárok považoval za predčasne podaný. Pokiaľ ide o nesprávny úradný postup spočívajúci v oneskorenom zistení neaktuálnosti údajov zahrnutých do Prospektu investície a tým neplatnosti Prospektu investície a následnom oneskorení zakázania činnosti N.A.E., súd prvého stupňa uviedol, že dohľad U.A. R. E. nad činnosťou N.A. ako vyhlasovateľa verejnej ponuky majetkových hodnôt bol regulovaný zák. č. 566/2001 Z.z., pričom dohľad vykonávala v obmedzenom, resp. vymedzenom rozsahu, spočívajúcom v kontrole povinností uložených vyhlasovateľovi verejnej ponuky majetkových hodnôt zákonom a k takým povinnostiam patrila od 1.1.2009 i povinnosť aktualizácie Prospektu investície podľa ust. § 125c ods. 1 v spojení s ust. § 127 ods. 4 zák. č. 566/2001 Z.z. a od 1.6.2010 povinnosť dodržiavania Prospektu investície podľa ust. § 129 ods. 3 zák. č. 566/2001 Z. z.. Dospel preto k záveru, že v prípade nastania novej významnej skutočnosti, vecnej chyby alebo nepresnosti týkajúcej sa údajov zahrnutých do Prospektu investície, ktorá by mohla ovplyvniť správne hodnotenie majetkových hodnôt, malo N. tieto uviesť v dodatku Prospektu investície a povinnosť aktualizácie Prospektu investície sa vzťahovala primárne na N., ktoré malo v takom prípade vypracovať dodatok Prospektu investície a predložiť ho na schválenie U. R. E., ktorá mohla tieto skutočnosti zistiť až s určitým časovým odstupom, najmä pri plnení zákonom uloženej periodickej informačnej povinnosti Družstva s tým, že nie je možné opomenúť, že štatutárny orgán N. počas celej doby verejnej ponuky zodpovedal za pravdivosť a úplnosť údajov v Prospekte investície, pričom schválenie Prospektu investície nemalo za následok aj schválenie Zmluvy o riadení portfólia. V tejto súvislosti uviedol, že U.Á. R. E. nemala právomoc vykonávať dohľad nad celkovou činnosťou N.H. s tým, že N. až do 15.4.2010 nesignalizovalo U. R. E. zhoršenie jeho finančnej situácie, príp. nedostatky v činnosti obchodníka s cennými papiermi a až pri výkone dohľadu na mieste samom v dňoch od 20.4. do 6.5.2010 U. R. E.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Poukázal na skutočnosť, že U. R. E. vyzvala N. na predloženie žiadosti o schválenie dodatku Prospektu investície, ktorú síce predložilo, táto však neobsahovala všetky náležitosti podľa zák. č. 747/2004 Z.z., pričom rovnaké nedostatky mal aj dodatok Prospektu investície v zmysle zák. č. 566/2001 Z.z. s tým, že U. R. E. konala v rámci svojich oprávnení stanovených zákonom a súd prvého stupňa v jej postupe nezistil namietaný nesprávny úradný postup. Vo vzťahu k nesprávnemu úradnému postupu spočívajúcom v prijatí nedostatočných opatrení na nápravu protiprávneho stavu uviedol, že predmetom konania je nesprávny úradný postup odporkyne a nie obchodníka s cennými papiermi a preto v priamej príčinnej súvislosti s ním mohla vzniknúť škoda len N. a nie navrhovateľovi, ktorý nebol v žiadnom záväzkovom, ani inom vzťahu s obchodníkom s cennými papiermi a zmluvnou stranou Zmluvy o riadení portfólia bolo len N.. Taktiež poukázal na skutočnosť, že dohľad U. R. E. bol limitovaný zák. č. 566/2001 Z. z. a informácie a podklady zistené v rámci predmetu dohľadu podľa ust. § 135 ods. 2 a § 137 ods. 2 zák. č. 747/2004 Z.z. o dohľade, sa vzťahovali výlučne ku konkrétnemu druhu dohliadaného subjektu, v danom prípade N., ktorému zákon neukladal povinnosti v oblasti obmedzenia a rozloženia rizika, prípadne krytia rizika a U. R. E. podľa platnej úpravy v danom období (rok 2007) nemohla uložiť N. sankciu, pretože povinnosť dodržiavať Prospekt investície sa na N. v tom čase nevzťahovala a preto nemohla konať nad rámec, rozsah a spôsob stanovený zákonom. Súd prvého stupňa zároveň dospel k záveru, že odporkyňa sa nesprávneho úradného postupu spočívajúceho v prijatí nedostatočných opatrení na nápravu protiprávneho stavu po zistení závažných pochybení obchodníka s cennými papiermi pri činnosti voči N. nedopustila z dôvodu absencie priamej príčinnej súvislosti s prípadnou škodou na strane navrhovateľa, keď z listinných dôkazov, najmä z rozhodnutí U. R. E. o uložení pokuty vo výške 16.596,96 eur (500.000,- Sk) a vo výške 9.958,18 eur (300.000,- Sk) je zrejmé, že U. R. E. činnosť obchodníka s cennými papiermi sledovala, pričom nebolo jej povinnosťou informovať N.E. o výsledných zisteniach, nakoľko dohľad nad dohliadanými subjektmi je neverejný a účastníkom konania v konaní o uložení pokuty alebo inej sankcie alebo opatrenia na nápravu, je len dohliadaný subjekt alebo iná osoba, ktorej sa má pokuta, prípadne sankcia uložiť. Bol názoru, že bolo primárne povinnosťouN.E., ktoré malo všetky dostupné informácie o činnosti obchodníka s cennými papiermi, zabezpečiť priamu kontrolu plnenia jeho povinností a dohľad nad jeho činnosťou voči N., pričom nemožno zanedbať ani povinnosti navrhovateľa, ktorý sa ako člen N. mal aktívne a včas zaujímať o svoje práva a ich výkon voči N. a jeho orgánom a zamedziť tak znehodnocovaniu, príp. nevymožiteľnosti svojich majetkových a iných práv súvisiacich s N.. Rozhodnutie v časti výroku, ktorým rozhodol, že nepožiada Súdny dvor Európskej únie o rozhodnutie o predbežnej otázke podľa čl. 267 Zmluvy o fungovaní Európskej únie a súčasne zamietol návrh navrhovateľa na prerušenie konania, odôvodnil právne ust. § 109 ods. 1 písm. c) O. s. p., článkom 267 Zmluvy o fungovaní Európskej únie a vecne tým, že nie je povinný predložiť prejudiciálnu otázku formulovanú navrhovateľom Súdnemu dvoru Európskej únie, nakoľko nejde o súd rozhodujúci v poslednom stupni a navrhovateľ nežiadal o výklad platnosti právneho aktu Európskej únie a zároveň mal za to, že zodpovedanie prejudiciálnych otázok navrhovateľa nie je pre rozhodnutie súdu potrebné. Súd prvého stupňa uviedol, že do zák. č. 566/2001 Z.z. bola transponovaná smernica Európskeho parlamentu a Rady č. 2003/71/ zo dňa 4.11.2003 a jej účel je vyjadrený v čl. 1 ods. 1, podľa ktorého jej účelom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považujú prevoditeľne cenné papiere definované v čl. 1 ods. 4 smernice Rady č. 93/22/EHS zo dňa 10.5.1993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Mal za zrejmé, že navrhovateľom označená smernica Európskeho parlamentu a Rady č. 2003/71/ES zo dňa 4.11.2003 sa primárne aplikuje na prospekt zverejňovaný pri verejnej ponuke cenných papierov a ich prijatí na obchodovanie. Uviedol, že nakoľko označená smernica bola trasponovaná do nášho právneho poriadku a týkala sa primárne oblasti právnej úpravy prospektu zverejňovania pri verejnej ponuke cenných papierov a nie pri verejnej ponuke majetkových hodnôt a bola transponovaná v jej súlade, vo vzťahu k prejednávanej veci je irelevantné zaoberať sa otázkami uvedenými navrhovateľom v návrhu na začatie prejudiciálneho konania. O trovách konania rozhodol podľa § 142 ods. 1 O. s. p. 2. Proti tomuto rozsudku v časti výroku, ktorým súd prvého stupňa návrh navrhovateľa na zaplatenie istiny 1.095,93 eur s príslušenstvom zamietol, podal navrhovateľ v zákonnej lehote odvolanie z dôvodu,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a navrhol rozsudok v napadnutej časti zmeniť a jeho návrhu vyhovieť, resp. rozsudok súdu prvého stupňa v napadnutej časti zrušiť a vec vrátiť na ďalšie konanie. Zároveň žiadal priznať náhradu trov konania. Namietal, že súd prvého stupňa nezohľadnil, že odporkyňa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odporkyne ako orgánu dohľadu a nemohol predpokladať, že dohľad nad Prospektom investície je podľa odporkyne len formálny, resp., že takýto je jeho obsah podľa výkladu odporkyne, pretože zákon o dohľade takýmto spôsobom obsah dohľadu nad Prospektom investícií nedefinoval a postup odporkyne bol svojvoľný v neprospech každého, ktorý sa na odporkyňu z hľadiska stability a ochrany investície spoľahol. Argument odporkyne, že upozornila N., že vykonáva dohľad nad činnosťou N. ako vyhlasovateľa verejnej ponuky majetkových hodnôt podľa ust. § 135 ods. 1 zák. č. 566/2001 Z. z., ale nie dohľad nad celkovou činnosťou N. posúdil ako úplne irelevantný, nakoľko nemohol mať o takto zúženom dohľade orgánu vedomosť a nesúhlasil so záverom súdu prvého stupňa, že neexistuje príčinná súvislosť medzi škodou a porušením zákonných povinností odporkyne, spočívajúcom v nesprávnom výkone dohľadu, ktorým bol porušený zák. č. 566/2001 Z.z.. Za obzvlášť nepochopiteľný navrhovateľ považoval záver súdu prvého stupňa, že sa mal viac starať o svoje záležitosti v rámci zásady "právo patrí bdelým", nakoľko ku škode došlo v rámci porušenia zákonnej povinnosti odporkyne vykonávať zákonom stanovené povinnosti dohľadu a nie v dôsledku toho, že nebol "bdelý" s tým, že mu nepatrili ani zákonom stanovené právomoci dohľadu nad činnosťou N., ani obchodníka s cennými papiermi, ktorými mohol zabezpečiť dodržiavanie zákona o cenných papieroch, resp. sankciami, k dodržiavaniu zákona porušujúci subjekt donútiť. Uviedol, že povinnosťou U. R. E.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N. ako vyhlasovateľ verejnej ponuky majetkových hodnôt, ako aj obchodník, patrili a patria k povinne dohliadaným subjektom zo strany U. R. E., napriek tomu, že odporkyňa v priebehu celého konania tvrdila opak, a preto mala U. R. E. zisťovať všetky informácie a podklady o dodržiavaní, resp. nedodržiavaní povolení na činnosť vydaných U. R. E. N. (Prospekt investícií, vydaný vtedajším Úradom pre finančný trh a následne pravidelne kontrolovaný U. R. E.) a obchodníkovi s cennými papiermi s tým, že povinný zákonný dohľad zo strany U. R. E. bol dokonca koncipovaný tak široko, že má zisťovať informácie a podklady aj o iných rizikách, ako tých vyplývajúcich z povolení na činnosť, vrátane rizík, ktorým sú vystavené dohliadané subjekty a v rámci nich aj N.E. činnosťou obchodníka, ako i vrátane rizík, ktoré mohli viesť k ohrozeniu záujmov klientov dohliadaných subjektov, teda aj navrhovateľa. Poukázal na skutočnosť, že v konaní vedenom na Okresnom súde Bratislava I pod sp. zn. 7C/206/2011 bolo výpoveďou svedka B.. Q. C., V.., preukázané, že U. R. E. už v roku 2007 pri kontrole N. zistila, že z hľadiska rizikovosti portfólia má nedostatočne rozložené portfólio, ktoré bolo tvorené zmenkou jediného emitenta, a to spoločnosti V. T., K..E.., ktorý v tom čase akcionársky vlastnil obchodníka s cennými papiermi, z čoho vyplýva, že N. malo všetky peňažné prostriedky od neho získané, investované v subjekte personálne a majetkovo prepojenom s obchodníkom a N. K. U. R. E. sa po zistení o rizikovosti portfólia N. uspokojila s takou nápravou stavu, že toto portfólio bolo po tomto vytknutí zo strany banky, rozložené namiesto jednej do troch zmeniek, a to zmeniek vystavených spoločnosťou V. T. K..E.., V. A., E..A..O.. K. I. production s.r.o., pričom posledné dve spoločnosti boli opäť 100 % dcérskymi spoločnosťami V. T., K..E.. a vo všetkých troch spoločnostiach bol navyše, či už členom predstavenstva alebo konateľom, B.. M. Č., vtedajší predseda predstavenstva obchodníka. Uviedol, že odporkyňa naďalej akceptovala stav, že celé portfólio N. je rozložené a investované do prepojených subjektov s V. T. K..E.. a obchodníkom a napriek tomu, že vydala právoplatné sankčné rozhodnutie voči obchodníkovi, v ktorom konštatovala, že obchodník s cennými papiermi vo svojej činnosti, pre svojich klientov a v rámci nich aj výslovne pre N.,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Mal za to, že následné podcenenie situácie a umožnenie ďalšej činnosti N. aj obchodníka s cennými papiermi, vyústilo v roku 2010 do nedostupnosti ním vložených prostriedkov do N., pričom odporkyňa svojou nečinnosťou a ľahostajným prístupom k svojim kompetenciám zapríčinila aj to, že už nemohol rozpoznať riziko svojej investície, resp., že túto investíciu mu odporkyňa svojim zanedbateľným dohľadom ani v minimálnej možnej miere neochránila. Poukázal na skutočnosť, že odporkyňa tým, že dňa 4. marca 2011 obchodníkovi s cennými papiermi odňala licenciu na činnosť a N. zakázala činnosť v roku 2011, potvrdila dlhodobé porušovanie zákona o cenných papieroch, z čoho vyplýva tolerovanie porušovania právnych predpisov minimálne od roku 2008 do roku 2011 U. R. E.. Vo svojom odvolaní ďalej uviedol, že odporkyňa svojím rozhodnutím zo dňa 30. mája 2011, č. ODT-10890-4/2010, právoplatným dňa 18. júla 2011, zakázala N.E. predaj majetkových hodnôt z dôvodu neaktuálnosti Prospektu investícií s tým, že odporkyňa ustálila trvanie neaktuálnosti Prospektu až od mája 2010 účelovo, nakoľko údaje zahrnuté do Prospektu boli v skutočnosti neaktuálne dlhodobo pred májom 2010, spätne k 31. decembru 2006, kedy došlo v sídle U. R. E. dňa 27. augusta 2007 k stretnutiu s poverenými členmi predstavenstva N. za účelom prerokovania nezrovnalostí a problémov v jeho činnosti a údaje o subjektoch, s ktorými je N.E.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N., boli neaktuálne už k 31. decembru 2006 z čoho vyplýva, že N. svojim konaním porušovalo ust. § 129 ods. 3 v spojení s § 128 ods. 1 písm. b), c) a h) a § 125c ods. 1 v spojení s § 127 ods. 4 zákona o cenných papieroch od 31. decembra 2006, avšak odporkyňa voči N. úradne zasiahla až v máji 2011, kedy činnosť N. zakázala. V ďalšom navrhovateľ uviedol, že žiadna platná právna norma neumožňuje vysloviť záver o predčasnosti podania žaloby, a to ani vtedy, ak navrhovateľ doposiaľ nemal možnosť vymôcť plnenie od subjektu, ktorý jediný je podľa názoru odporkyne, ako aj prvostupňového súdu, povinný mu dané plnenie vrátiť s tým, že ani zák. č. 514/2003 Z.z. nevyžaduje žiadne predchádzajúce vysporiadanie súkromnoprávnych vzťahov, ale naopak pripúšťa regresnú náhradu. Mal za to, že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Namietol, že zo zápisníc o pojednávaní pred súdom prvého stupňa vyplýva, že listinné dôkazy vyžiadané súdom prvého stupňa, resp. predložené účastníkmi konania neboli riadne vykonané spôsobom podľa § 129 ods. 1 O. s. p., s poukazom na uznesenie Najvyššieho súdu Slovenskej republiky zo dňa 31. januára 2012, sp. zn. 6 MCdo 11/2010. 3. Odporkyňa vo svojom vyjadrení k odvolaniu navrhovateľa navrhla rozsudok súdu prvého stupňa v napadnutej časti potvrdiť. Nesúhlasila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Taktiež uviedla, že navrhovateľ sa účelovo snaží dodatočne navrhovať vykonanie ďalších právne irelevantných dôkazov, ktoré iba odďaľujú vydanie rozhodnutí vo veci a zároveň sa snaží vyfabulovať fiktívnu existenciu jej údajného nesprávneho postupu a tiež fikciu, kedy sa tak stalo, pretože údajný nesprávny úradný postup nebol preukázaný a neexistuje. Poukázala na skutočnosť, že navrhovateľ nevyužil všetky možnosti na uplatnenie a vymoženie svojho nároku, pretože nepodal žiadny návrh proti členom predstavenstva ani členom kontrolnej komisie N., ktorí boli zodpovední za jeho riadenie, za hospodárenie a nakladanie s jeho majetkom. Taktiež poukázala na skutočnosť, že kompetencie U. R. E.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U. R. E. postupovala v súlade s Ústavou SR a platnými právnymi predpismi, nebola nečinná, nespôsobila žiadne prieťahy a pri svojom postupe voči N.E. a aj obchodníkovi s cennými papiermi dodržiavala zákonné pravidlá, zakotvené ustanoveniami zákona o dohľade a zákona o cenných papieroch. Bola názoru, že navrhovateľ mohol požiadať U. R. E. o vysvetlenie jej zákonom zverených kompetencií v oblasti dohľadu nad finančným trhom a muselo mu byť známe, že s investíciou je spojené aj riziko a doterajší alebo propagovaný výnos nie je zárukou budúcich výnosov s tým, že U. R. E.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N. ako vyhlasovateľ verejnej ponuky majetkových hodnôt malo zákonom uloženú aj povinnosť dodržiavať schválený Prospekt investície a teda až odvtedy mohla U. R. E. dohliadať, či N. schválený Prospekt investície dodržiava. Uviedla,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pričom informácie a podklady, ktoré má U. R. E.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N. nemohla U.Á. R. E.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N. bolo aj voči členom družstva vždy zodpovedné predstavenstvo ako štatutárny orgán, a to bez ohľadu na fakt, či vyhlasovateľovi verejnej ponuky majetkových hodnôt táto povinnosť bola alebo nebola osobitne zákonom uložená. Ďalej uviedla, že mohla kontrolovať len to, či si N. plní informačné povinnosti o verejných ponukách majetkových hodnôt, či informácie zverejňované N. obsahujú náležitosti predpísané zákonom a či N. ako vyhlasovateľ verejnej ponuky majetkových hodnôt zverejňuje finančné správy v zmysle bývalého ust. § 130 zákona o cenných papieroch, pričom tieto informácie odporkyňa nepotvrdzovala a ani nemohla potvrdzovať, pretože mohla postupovať len v súlade s bývalými ustanoveniami § 129 a § 130 zákona o cenných papieroch a nemohla potvrdzovať správnosť finančných ukazovateľov N.. Nesúhlasila s tvrdením navrhovateľa, že vo vzťahu k N. bola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Zároveň uviedla,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O.s.p.,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odporkyni je známe, že na Okresnom súde Bratislava I sú proti nej vedené stovky sporov na rovnakom skutkovom a právnom základe a vo všetkých sporoch majú navrhovatelia rovnakého právneho zástupcu. 4. K vyjadreniu žalovanej sa žalobca nevyjadril. 5. Podľa § 470 ods. 1 prechodných ustanovení zákona č. 160/2015 Z. z. Civilný sporový poriadok platného a účinného od 1.7.2016 (ďalej len „C.s.p“) ak nie je ustanovené inak, platí tento zákon aj na konania začaté predo dňom nadobudnutia jeho účinnosti. 6. Podľa § 470 ods. 1 prechodných ustanovení zákona č. 160/2015 Z. z. Civilný sporový poriadok platného a účinného od 1.7.2016 (ďalej len „C.s.p“) ak nie je ustanovené inak, platí tento zákon aj na konania začaté predo dňom nadobudnutia jeho účinnosti. 7. 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žalobcu nie je opodstatnené. 8.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9.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10. Z obsahu spisu vyplýva, že navrhovateľ bol členom PODIELOVÉHO N. E. B., D. X, R., B.: XX XXX XXX (ďalej "."), toho času v konkurze vyhlásenom uznesením Okresného súdu Bratislava I zo dňa 11.4.2011, č.k. 3K/95/2010 - 21, právoplatným dňa 5. mája 2011, ktorému mu dňa 10.1.2011 vystavilo zmenku na videnie v hodnote jeho členského podielu v družstve v sume 1.095,93 eur, ktorú si navrhovateľ prihlásil v konkurznom konaní vedenom na majetok N. ako úpadcu. 11. Z obsahu spisu ďalej vyplýva, že dňa 2. 6. 2008 bola medzi Družstvom ako klientom a obchodnou spoločnosťou V. B., O..V..D.., K..E.. v likvidácii, D. X, R.,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N., pravidelne sledovať a vyhodnocovať spravované portfólio, obstarávať predaj cenných papierov z portfólia, nákup cenných papierov a prvé nadobudnutie cenných papierov od emitenta do portfólia N. v súlade so schválenými prospektami investícií, uschovávať a spravovať cenné papiere nachádzajúce sa v portfóliu N., uskutočňovať optimalizáciu a taktické zmeny v portfóliu N. a poskytovať mu konzultácie a finančné analýzy, pričom podľa Prílohy č. 2 k Zmluve sa obchodník s cennými papiermi zaviazal zabezpečiť mieru zhodnotenia N. vo výške 8 % ročne. 12. Medzi účastníkmi konania nebolo sporným, že po výpovedi Zmluvy zo dňa 30.3.2010 zo strany obchodníka s cennými papiermi, U. R. E. rozhodnutím zo dňa 21.12.2010, č. ODT-8305-5/2010, odobrala obchodníkovi s cennými papiermi povolenie na poskytovanie investičných služieb, potvrdeným rozhodnutím R. A. U. R. E. zo dňa 1.3.2011, č. GUV - 274/2011 (ďalej "rozhodnutie o odobratí povolenia") a rozhodnutím zo dňa 30. 5. 2011, č. ODT-10890-4/2010, U. R. E. zakázala N. predaj majetkových hodnôt (ďalej "rozhodnutie o zákaze činnosti") podľa ust. § 144 ods. 4 písm. c) zák. č. 566/2001 Z.z. z dôvodu porušenia § 129 ods. 3 v spojení s ust. § 128 ods. 1 písm. b), c), h) zák. č. 566/2001 Z.z. a ust. § 125c ods. 1 v spojení s § 127 ods. 4 zák. č. 566/2001 Z. z. o cenných papieroch a investičných službách a o zmene a doplnení niektorých zákonov (ďalej "zák. 566/2001 Z. z. o cenných papieroch"). 13. V posudzovanej veci sa navrhovateľ domáhal uloženia povinnosti odporkyni zaplatiť mu škodu v sume 1.095,93 eur s 9,25 % úrokom z omeškania ročne od 19.4.2011 do zaplatenia, ktorý mu mal vzniknúť v príčinnej súvislosti s nesprávnym úradným postupom U. R. E., ktorý spočíval v tom, že U. R. E. oneskorene zistila neaktuálnosť Prospektu investícií N., keď N. porušovalo ust. § 129 ods. 3 v spojení s ust. § 128 ods. 1 písm. b), c), h) a ust. § 125c ods. 1 v spojení s ust. § 127 ods. 4 zák. č. 566/2001 Z.z. o cenných papieroch a U. R. E. zasiahla až v máji 2011, kedy vydaním rozhodnutia o zákaze činnosti, zakázala N. činnosť, hoci neaktuálnosť Prospektu investícií bola už od 31. 12. 2006, v prijatí nedostatočných opatrení zo strany U. R. E. po 24. 8. 2007, kedy pri kontrole N. zistila, že z hľadiska rizikovosti portfólia, má portfólio nedostatočne rozložené, t. j., že N. malo všetky získané peňažné prostriedky investované v subjekte personálne a majetkovo prepojenom s obchodníkom s cennými papiermi, pričom rizikovosť rozloženia portfólia je jedným z najdôležitejších ukazovateľov, ktoré U. R. E. pri výkone dohľadu sleduje a má sledovať, U. R. E. prijala od 20.8.2008 do 4.3.2011, kedy nadobudlo právoplatnosť rozhodnutie o odobratí povolenia, nedostatočné opatrenia a zapríčinila, že navrhovateľ nemohol rozpoznať riziko svojej investície už skôr, najmä po zisteniach, že obchodník s cennými papiermi poskytol N. investičnú službu, ktorú mu poskytovať nemohol. 14. V posudzovanej veci sa navrhovateľ voči štátu domáha náhrady škody, ktorá mu mala byť spôsobená nesprávnym úradným postupom U. R. E. podľa zák. č. 514/2003 Z. z. o zodpovednosti za škodu spôsobenú pri výkone verejnej moci a o zmene niektorých zákonov (ďalej "zák. č. 514/2003 Z. z."). 15. Hmotnoprávnym základom pre uplatnenie práva navrhovateľa na náhradu škody je ust. § 9 zák. č. 514/2003 Z.z., podľa ktorého štát zodpovedá za škodu spôsobenú nesprávnym úradným postupom. 16.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17.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18.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19.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20.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21. Nevyhnutným predpokladom pre záver o tom, že postup odporkyne v preskúmavanej veci bol nesprávny, je normatívne vyjadrenie "správneho úradného postupu" a zistenie, že odporkyňa tento postup nezachovala s tým, že v posudzovanej veci nesprávny úradný postup odporkyne mal spočívať aj v tom, že odporkyňa oneskorene zistila neaktuálnosť Prospektu investícií N.. 22. V tejto súvislosti je potrebné uviesť, že ak v posudzovanej veci úradným postupom je postup odporkyne ako orgánu štátu súvisiaci s výkonom štátnej (verejnej) moci, ktorý sa dotýka navrhovateľa, predovšetkým jeho individuálnych práv a povinností, tak neobstojí jej námietka spočívajúca v tvrdení, že povinnosťou odporkyne bolo dohliadať na aktualizáciu Prospektu investícií. 23. Povinnosť aktualizovať Prospekt investície bola N.Z. uložená s účinnosťou až od 1.1.2009 na základe novelizovaného ustanovenia § 127 ods. 4 zák. č. 566/2001 Z.z. o cenných papieroch v spojení s ust. § 125c ods. 1. zák. č. 566/2001 Z.z. o cenných papieroch a preto sa na odporkyňu nemohla vzťahovať povinnosť dohliadať na aktuálnosť Prospektu investícií realizovanú pred týmto dátumom, t.j. pred 1.1.2009, z čoho vyplýva, že ak v rozhodnom období, t.j. do novelizácie zák. č. 566/2001 Z.z. o cenných papieroch vykonanej zák. č. 558/2008 Z.z., neexistovala samotná povinnosť N. aktualizovať Prospekt investícií, je z povahy veci vylúčený dohľad zo strany odporkyne v tomto smere z dôvodu, že nebolo možné kontrolovať povinnosť, ktorá sama o sebe v rozhodnom čase ani neexistovala. 24. Odvolací súd považuje za potrebné poukázať aj na skutočnosť, že N. ako vyhlasovateľ verejnej ponuky majetkových hodnôt malo zákonom uloženú povinnosť dodržiavať schválený Prospekt investície až od 1.6.2010, kedy boli novelou ustanovenia § 129 ods. 3 zák. č. 566/2001 Z.z. o cenných papieroch, vykonanej zák. č. 129/2010 Z. z. rozšírené povinnosti N.A. a preto pokiaľ N. od 31.12.2006 do 1.6.2010 zo zákona takúto povinnosť nemalo, nemohla odporkyňa skúmať ani túto povinnosť prostredníctvom výkonu dohľadu, keď N. samo o sebe nebolo povinné Prospekt investície dodržiavať. 25. Nebolo možné sa stotožniť ani s námietkou navrhovateľa o povinnosti odporkyne v oblasti skúmania rizikovosti portfólia N., nakoľko zákon č. 566/2001 Z.z. o cenných papieroch neukladal vyhlasovateľovi verejnej ponuky majetkových hodnôt v tomto smere žiadne povinnosti a preto ani odporkyni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odporkyne a štát by sa nemohol zbaviť zodpovednosti za postup odporkyne iba v prípade, ak by sa jeho postup ukázal mylným, zasahujúcim do základných práv navrhovateľa, ktorý však nemôže vychádzať z toho, ako takýto postup navrhovateľ vyhodnotil, ale musí vychádzať výlučne z toho, že nemožno prisúdiť odporkyni pri aplikácii zákonov viac povinností ako tých, ktoré jej konkrétnym spôsobom vyplývajú zo zákona, čo je proporcionálne s tým, že nemožno poskytovať ochranu štátnemu orgánu, ktorý si prisvojí pri aplikácii zákona viac práv. 26. Z obsahu Zmluvy uzavretej medzi N. a obchodníkom s cennými papiermi vyplýva, že jej podstatou bol výkon finančných operácií za účelom obhospodarovania cenných papierov a iných finančných nástrojov a iných operácií súvisiacich s riadením portfólia N., čo v praxi znamenalo, že obchodník s cennými papiermi obchodoval vo vlastnom mene na účet N., čiže riziko nieslo samotné N., ktoré bolo iniciátorom celého obchodu N., ktoré dávalo pokyny na nákup, či predaj toho ktorého finančného nástroja (článok III bod 1 písm. c/ Zmluvy v spojení s § 5 zák. č. 566/2001 Z.z. o cenných papieroch). V danom prípade išlo o služby, ktoré N. ako klient obchodníka s cennými papiermi využívalo na vlastné riziko s vedomím, že ziskovosť uvedených operácií nie je zaručená a navrhovateľ si ako člen N., ktoré za týmto účelom zhodnocovalo portfólio, musel byť vedomý, že vývoj na finančných trhoch nemožno s istotou predpovedať a odhadnúť, čo je podstatným znakom týchto obchodov prostredníctvom obchodníkov s cennými papiermi s tým, že až do rozhodnutia odporkyne zo dňa 21.12.2010, č. ODT-8305-5/2010, ktorým odobrala obchodníkovi s cennými papiermi povolenie na poskytovanie investičných služieb, potvrdeným rozhodnutím Bankovej rady U.O. R. E. zo dňa 1.3.2011, č. GUV - 274/2011, vykonával obchodník s cennými papiermi túto činnosť ako regulovanú U. R. E. a činnosť N., ktorého bola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N., či sekundárnu zodpovednosť N. voči navrhovateľovi. 27. Nebolo možné stotožniť sa ani s námietkou navrhovateľa o nedostatočných opatreniach odporkyne na nápravu protiprávneho stavu po zistení závažných pochybení obchodníka s cennými papiermi pri činnosti voči N., nakoľko odhliadnuc od aktívneho prístupu odporkyne k obchodníkovi s cennými papiermi, preukázaného jej rozhodnutím zo dňa 8.1.2008, č. OPK - 9750/3/2007, ktorým uložila obchodníkovi s cennými papiermi pokutu vo výške 16.596,96 eur (500.000,- Sk), kedy po zrušení a vrátení veci na ďalšie konanie Bankovou radou U.A. R. E., opätovne rozhodnutím zo dňa 20.8.2008,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nasledovné. 28. Navrhovateľ sa nemôže v konaní domáhať náhrady škody titulom nesprávneho úradného postupu, ktorý má spočívať v takom pochybení v postupe odporkyne, ktoré sa týkajú hmotnoprávneho posúdenia veci, keď takéto hmotnoprávne pochybenia sa môžu priamo odraziť v obsahu rozhodnutí odporkyne,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29. Odvolací súd sa preto v celom rozsahu stotožnil so správnym právnym záverom súdu prvého stupňa, že odporkyňa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30. Odvolací súd považuje za potrebné uviesť, že postup odporkyne bol v súlade s článkom 2 ods. 2 Ústavy Slovenskej republiky, podľa ktorého štátne orgány môžu konať iba na základe Ústavy, v jej medziach, v rozsahu a spôsobom, ktorý ustanoví zákon a preto pokiaľ odporkyňa zisťovala podmienky a predpoklady pre vydanie vyššie uvedených rozhodnutí, za týmto účelom nepochybne zhromažďovala podklady (dôkazy), hodnotila zistené skutočnosti, tieto právne posúdila a iné opatrenia, ktoré od odporkyne navrhovateľ očakával a namietal ich nedostatočnosť, nemôžu byť na ujmu odporkyni.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odporkyne. Odvolací súd má za to, že pochybenia, či nedostatky spočívajúce v tom, že odporkyňa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Navrhovateľ tvrdený nesprávny úradný postup odporkyne v konaní nepreukázal, pričom odvolací súd poukazuje na skutočnosť, že nedostatočnosť opatrení prijatých odporkyňou, podľa názoru navrhovateľa, bez opory v zákone, podľa jeho subjektívneho presvedčenia, sa nemusia vždy legitímne zhodovať s objektívnou realitou. 31. V súvislosti s vyhlásením konkurzu uznesením Okresného súdu Bratislava I zo dňa 11.4.2011, č.k. 3K/95/2010 - 21, právoplatným dňa 5.5.2011 na majetok Družstva ako úpadcu, odvolací súd uvádza, že nárok na náhradu škody spôsobenej nesprávnym úradným postupom voči odporkyni môže byť v občianskom súdom konaní uplatnený až vtedy, ak navrhovateľ nemohol dosiahnuť uspokojenie svojej pohľadávky v konkurznom konaní. Odvolací súd má za to, že navrhovateľ si pohľadávku, ktorá je predmetom tohto sporu uplatnil v prebiehajúcom konkurznom konaní, škoda mu preto ešte nevznikla, a preto nemôže byť ani daná zodpovednosť štátu za škodu. Nárok na náhradu škody od štátu by mohol navrhovateľ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32. Nebolo možné sa stotožniť ani s námietkou navrhovateľa v podanou odvolaní, týkajúcej sa procesného pochybenia súdu prvého stupňa, ktorý na pojednávaní nevykonal dokazovanie listinnými dôkazmi predpísaným spôsobom, nakoľko z obsahu zápisníc o pojednávaní pred prvostupňovým súdom vyplýva, že prvostupňový súd účastníkov riadne oboznámil s obsahom listinných dôkazov. 33. S poukazom na citované ustanovenie a za stavu, keď súd prvej inštancie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rozsudok v napadnutej časti ako vecne správny potvrdil podľa § 219 ods. 1 a 2 O. s. p. 34. O trovách odvolacieho konania rozhodol súd podľa § 396 ods. 1 C.s.p. v spojení s § 255 ods. 1 C.s.p. V odvolacom konaní súd vzhľadom na to, že potvrdil rozsudok súdu prvej inštancie úspešnej žalovanej náhradu trov odvolacieho konania priznáva v rozsahu 100%,. O výške náhrady trov konania rozhodne súd prvej inštancie po právoplatnosti rozhodnutia, ktorým sa konanie končí, samostatným uznesením ( § 262 ods. 2 C.s.p.). 35.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https://www.kauzis.sk/judikatura/r/ECLI:SK:KSBA:2018:1111244903.3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