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5Co/602/2012 z 4. 2. 2018</w:t>
      </w:r>
    </w:p>
    <w:p>
      <w:r>
        <w:t>Uznesenie Krajského súdu Bratislava z 4. februára 2018, sp. zn. 5Co/602/2012, ECLI:SK:KSBA:2018:1112202869.2</w:t>
      </w:r>
    </w:p>
    <w:p>
      <w:r>
        <w:t>Súd: Krajský súd Bratislava</w:t>
      </w:r>
    </w:p>
    <w:p>
      <w:r>
        <w:t>Spisová značka: 5Co/602/2012</w:t>
      </w:r>
    </w:p>
    <w:p>
      <w:r>
        <w:t>ECLI: ECLI:SK:KSBA:2018:1112202869.2</w:t>
      </w:r>
    </w:p>
    <w:p>
      <w:r>
        <w:t>Dátum vydania: 4. 2. 2018</w:t>
      </w:r>
    </w:p>
    <w:p>
      <w:r>
        <w:t>Forma: Uznesenie</w:t>
      </w:r>
    </w:p>
    <w:p>
      <w:pPr>
        <w:pStyle w:val="Heading2"/>
      </w:pPr>
      <w:r>
        <w:t>Text rozhodnutia</w:t>
      </w:r>
    </w:p>
    <w:p>
      <w:r>
        <w:t>Súd: Krajský súd Bratislava Spisová značka: 5Co/602/2012 Identifikačné číslo súdneho spisu: 1112202869 Dátum vydania rozhodnutia: 05. 02. 2018 Meno a priezvisko sudcu, VSÚ: JUDr. Milan Chalupka ECLI: ECLI:SK:KSBA:2018:1112202869.2 Uznesenie Krajský súd v Bratislave, v senáte zloženom z predsedu senátu JUDr. Milana Chalupku a členov senátu JUDr. Juraja Považana a JUDr. Janky Richterovej v právnej veci žalobcu: V. X., bytom R. XXXX, XXX XX K., zastúpený: JUDr. Ľubomír Hlbočan, advokát, AK Vajnorská 20, Bratislava, proti žalovanému: Slovenská republika konajúca prostredníctvom Ministerstva vnútra Slovenskej republiky, Pribinova 2, Bratislava, o náhradu škody spôsobenej nezákonným rozhodnutím/nesprávnym úradným postupom, na odvolanie žalovaného proti rozsudku Okresného súdu Bratislava I, zo dňa 11.06.2012 č.k. 11C 16/2012-73, takto r o z h o d o l : Opravuje sa výrok rozsudku Krajského súdu v Bratislave, č.k. 5Co/602/2012-107 zo dňa 10.11.2015 tak, že správne má výrok znieť: 1. Odvolací súd napadnutý rozsudok súdu prvej inštancie týkajúci sa žalovaného povinnosti zaplatiť žalobcovi 1.268,40 eur s úrokom z omeškania vo výške 9,5% ročne od 09.09.2011 do zaplatenia p o t v r d z u j e . 2. Odvolací súd napadnutý rozsudok súdu prvej inštancie týkajúci sa žalovaného povinnosti zaplatiť žalobcovi 165,17 eur s úrokom z omeškania 9,5% ročne od 09.09.2011 do zaplatenia m e n í tak, že žalobcu zamieta. 3. Rozsudok súdu prvej inštancie v časti náhrady trov konania mení tak, že žalovaný je povinný zaplatiť žalobcovi náhradu trov konania vo výške 449,31 eur na účet právneho zástupcu žalobcu Q.. Ľ. S. vedený vo M.A., P..B.., pobočka Bratislava - Ružinov, Č..Ú.. XXXXXXXXX/XXXX. 4. Žalovaný je povinný zaplatiť náhradu trov odvolacieho konania žalobcu na účet právneho zástupcu žalobcu JUDr. Ľubomírovi Hlbočanovi, advokátovi so sídlom Vajnorská 20, Bratislava na č. ú. J.: B. XXXX XXXX XXXX XXXX XXXX vedeného vo M. P..B.. vo výške 166,61 eur. o d ô v o d n e n i e : 1. Krajský súd v Bratislave ako súd odvolací rozhodol na pojednávaní konanom na Krajskom súde v Bratislave dňa 10.11.2015, tak, že napadnutý rozsudok súdu prvej inštancie týkajúci sa žalovaného povinnosti zaplatiť žalobcovi 1268,40 eur s úrokom z omeškania vo výške 9,5% ročne do zaplatenia potvrdil. Napadnutý rozsudok súdu prvej inštancie týkajúci sa žalovaného povinnosti zaplatiť žalobcovi 165,17 eur s úrokom z omeškania 9,5% ročne od 09.09.2011 do zaplatenia zmenil tak, že žalobcu zamieta. Rozsudok súdu prvej inštancie v časti náhrady trov konania zmenil tak, že žalovaný je povinný zaplatiť žalobcovi náhradu trov konania vo výške 449,31 eur na účet právneho zástupcu žalobcu. Žalovanému uložil povinnosť žalobcovi náhradu trov odvolacieho konania. 2. Podľa § 378 ods. 1 C.s.p. na konanie na odvolacom súde sa primerane použijú ustanovenia o konaní pred súdom prvej inštancie, ak tento zákon neustanovuje inak. 3. Podľa § 224 C.s.p. súd kedykoľvek aj bez návrhu opraví v rozsudku chyby v písaní a počítaní, ako aj iné zrejmé nesprávnosti. O oprave súd vydá opravné uznesenie, ktoré doručí subjektom konania. 4. Podľa § 234 ods. 2 C.s.p. ak nie je ďalej ustanovené inak, použijú sa na uznesenie primerane ustanovenia o rozsudku. 5. V danej veci odvolacieho súdu došlo k nesprávnosti v písaní spočívajúcej v tom, že Krajský súd v Bratislave opomenul vo výroku svojho rozsudku č.k. 5Co/602/2012-107 zo dňa 10.11.2015 uviesť výroky: Napadnutý rozsudok súdu prvej inštancie týkajúci sa žalovaného povinnosti zaplatiť žalobcovi 165,17 eur s úrokom z omeškania 9,5% ročne od 09.09.2011 do zaplatenia zmenil tak, že žalobu zamieta. Rozsudok súdu prvej inštancie v časti náhrady trov konania zmenil tak, že žalovaný je povinný zaplatiť žalobcovi náhradu trov konania vo výške 449,31 eur na účet právneho zástupcu žalobcu. 6. Keďže pri vyhotovovaní predmetného rozsudku odvolacieho súdu došlo k chybe v písaní neuvedením výrokov 2. a 3. vo výroku svojho rozsudku, súd v súlade s citovanými zákonnými ustanoveniami rozhodol o oprave tak, ako je uvedené vo výrokovej časti tohto uznesenia a nesprávne znenie nahradil správnym. 7.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https://www.kauzis.sk/judikatura/r/ECLI:SK:KSBA:2018:1112202869.2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