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1Tos/135/2017 z 25. 9. 2018</w:t>
      </w:r>
    </w:p>
    <w:p>
      <w:r>
        <w:t>Uznesenie Krajského súdu Bratislava z 25. septembra 2018, sp. zn. 1Tos/135/2017, ECLI:SK:KSBA:2018:1113010355.1</w:t>
      </w:r>
    </w:p>
    <w:p>
      <w:r>
        <w:t>Súd: Krajský súd Bratislava</w:t>
      </w:r>
    </w:p>
    <w:p>
      <w:r>
        <w:t>Spisová značka: 1Tos/135/2017</w:t>
      </w:r>
    </w:p>
    <w:p>
      <w:r>
        <w:t>ECLI: ECLI:SK:KSBA:2018:1113010355.1</w:t>
      </w:r>
    </w:p>
    <w:p>
      <w:r>
        <w:t>Dátum vydania: 25. 9. 2018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Bratislava Spisová značka: 1Tos/135/2017 Identifikačné číslo súdneho spisu: 1113010355 Dátum vydania rozhodnutia: 26. 09. 2018 Meno a priezvisko sudcu, VSÚ: JUDr. Richard Molnár ECLI: ECLI:SK:KSBA:2018:1113010355.1 Uznesenie Krajský súd v Bratislave, predsedom senátu JUDr. Richardom Molnárom, v trestnej veci obvineného U.. I. P., pre zločin podvodu podľa § 221 ods. 1, ods. 3 písm. a/ Tr. zák., o sťažnosti obžalovaného proti uzneseniu Okresného súdu Bratislava I sp. zn. 2T/33/2013 zo dňa 11.08.2017 dňa 26. septembra 2018, takto r o z h o d o l : Podľa § 188 ods. 4 Tr. por. predseda senátu odvolacieho súdu berie na vedomie späťvzatie sťažnosti obžalovaného U.. I. P., nar. XX.XX.XXXX v M.. o d ô v o d n e n i e : Okresný súd Bratislava I dňa 11.08.2017 uznesením sp.zn. 2T/33/2013 postupom podľa § 174 ods. 1 Tr. por. opravil písomné vyhotovenie rozsudku Okresného súdu Bratislava I zo dňa 18.09.2015 sp. zn. 2T/33/2013 a to v bode 1/ v časti skutkovej vety tak ako je uvedené v citovanom uznesení a v bode 2/ vypustil výrok o náhrade škody viažuci sa na poškodenú C.. W. E. v citovanom znení uznesenia. Opravné uznesenie bolo doručené všetkým procesným stranám na č.l. 411, pričom obžalovaný U.. I. P. prostredníctvom svojho obhajcu L.. E. K. v zákonom stanovenej lehote dňa 20.09.2017 podal sťažnosť, v ktorej napádal procesné pochybenia súdu prvého stupňa a tú skutočnosť, že vyhlásený a vyhotovený rozsudok nie je v zhode. Opravným uznesením nedošlo k odstráneniu chýb. Na základe tejto skutočnosti je toto uznesenie nezákonné, navrhol ho zrušiť a napraviť všetky nedostatky súdu prvého stupňa. Podľa § 188 ods. 2 Tr. por., oprávnená osoba môže podanú sťažnosť vziať výslovne späť, kým sa o nej nerozhodlo. Sťažnosť prokurátora môže vziať späť aj nadriadený prokurátor. Podľa § 188 ods. 3 Tr. por. sťažnosť podaná v prospech obvineného inou oprávnenou osobou alebo za obvineného obhajcom alebo zákonným zástupcom môže byť vzatá späť len s výslovným súhlasom obvineného. Prokurátor však môže vziať takú sťažnosť späť aj bez súhlasu obvineného. V tom prípade plynie obvinenému nová lehota na podanie sťažnosti od upovedomenia, že sťažnosť bola vzatá späť. Podľa § 188 ods. 4 Tr. por., vzatie sťažnosti späť vezme, ak niet prekážok, uznesením na vedomie orgán príslušný na rozhodnutie o sťažnosti a ak nebola vec doteraz tomuto orgánu predložená, orgán proti ktorého rozhodnutiu sťažnosť smeruje; v konaní pred súdom o tom rozhoduje predseda senátu. Obžalovaný U.. I. P. po porade s obhajcom L.. E. K. po verejnom zasadnutí odvolacieho súdu 26.09.2018 do zápisnice prehlásil, že berie späť podanú sťažnosť proti uzneseniu Okresného súdu Bratislava I z 11.08.2018, ktorú podal a bola doručená súdu prvého stupňa 22.09.2017, nakoľko stratila opodstatnenie a nemá právny význam. Vzhľadom ku späťvzatiu sťažnosti voči uzneseniu Okresného súdu Bratislava I sp. zn. 2T/33/2013 zo dňa 11.08.2017 zo strany obžalovaného, predseda senátu Krajského súdu v Bratislave, vzal túto skutočnosť na vedomie, nakoľko niet zákonných prekážok na takýto postup. Poučenie: Proti tomuto uzneseniu sťažnosť nie je prípustná.</w:t>
      </w:r>
    </w:p>
    <w:p/>
    <w:p>
      <w:r>
        <w:t>Zdroj: KAUZIS.SK – https://www.kauzis.sk/judikatura/r/ECLI:SK:KSBA:2018:1113010355.1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