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5Co/99/2016 z 12. 12. 2018</w:t>
      </w:r>
    </w:p>
    <w:p>
      <w:r>
        <w:t>Rozsudok Krajského súdu Bratislava z 12. decembra 2018, sp. zn. 5Co/99/2016, ECLI:SK:KSBA:2018:1113207102.2</w:t>
      </w:r>
    </w:p>
    <w:p>
      <w:r>
        <w:t>Súd: Krajský súd Bratislava</w:t>
      </w:r>
    </w:p>
    <w:p>
      <w:r>
        <w:t>Spisová značka: 5Co/99/2016</w:t>
      </w:r>
    </w:p>
    <w:p>
      <w:r>
        <w:t>ECLI: ECLI:SK:KSBA:2018:1113207102.2</w:t>
      </w:r>
    </w:p>
    <w:p>
      <w:r>
        <w:t>Dátum vydania: 12. 12. 2018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5Co/99/2016 Identifikačné číslo súdneho spisu: 1113207102 Dátum vydania rozhodnutia: 13. 12. 2018 Meno a priezvisko sudcu, VSÚ: JUDr Janka Richterová ECLI: ECLI:SK:KSBA:2018:1113207102.2 ROZSUDOK V MENE SLOVENSKEJ REPUBLIKY Krajský súd v Bratislave v senáte zloženom predsedníčky senátu JUDr. Janky Richterovej a členov senátu JUDr. Juraja Považana a JUDr. Milana Chalupku v právnej veci žalobcu: Centrálny depozitár cenných papierov, a.s., so sídlom v Bratislave, 29. augusta č. 1/A, IČO: 31 338 976, proti žalovanej: A. W., V. U., Y.. O., K.. XX.XX.XXXX, I. O. O., F. Č.. XX, zastúpenej opatrovníkom P. V., G. Okresného W. O. B., o zaplatenie 33,19 € s prísl., na odvolanie žalobcu proti rozsudku Okresného súdu Bratislava V zo dňa 13. januára 2016 č. k. 39C/88/15-61, takto r o z h o d o l : Odvolací súd rozsudok súdu prvej inštancie p o t v r d z u j e . Žalovanej n e p r i z n á v a náhradu trov odvolacieho konania. o d ô v o d n e n i e : 1.Napadnutým rozsudkom súd prvej inštancie z dôvodu kvalifikovane vznesenej námietky premlčania podľa § 100 ods. 1 OZ a § 101 OZ žalobcu zamietol, keď trojročná premlčacia doba uplynula dňa 28.02.2012 (poplatok za vedenie účtu za rok 2008) a žaloba bola doručená až dňa 27.02.2013. 2.Súd dospel k záveru, že vzťah medzi stranami bol založený ešte na základe zák. č. 600/92 Zb. o cenných papieroch, má povahu zmluvného spotrebiteľského právneho vzťahu, vo veci preto nebolo možné aplikovať štvorročnú premlčaciu dobu, vyplývajúcu z Obchodného zákonníka. 3. Proti tomuto rozsudku podal včas odvolanie žalobca. Požadoval jeho zmenu a vyhovenie žalobe. Predovšetkým sa domnieval sa, že použitie občianskoprávnej trojročnej premlčacej doby nemá oporu v zákone, pretože žalovaná nemá postavenie spotrebiteľa. Zákon o cenných papieroch nerozlišuje medzi subjektmi, ktoré sú vo vzťahu so žalobcom v závislosti od toho, či sú alebo nie sú podnikateľmi, vždy sa na tieto právne vzťahy v zmysle § 105 ods. 4 zák. č. 566/2001 Z. z. o cenných papieroch a § 4 ObZ použije režim Obchodného zákonníka. 4. Opatrovník žalovanej sa k odvolaniu žalobcu nevyjadril. 5. Odvolací súd prejednal odvolanie žalobcu v rozsahu a z dôvodov v ňom vymedzených (§ 472 ods. 1, § 379 a § 380 ods. 1 CSP) a dospel k záveru, že je neopodstatnené. 6. I keď sa odvolací súd nestotožňuje so záverom súdu prvej inštancie o tom, že medzi stranami vznikol zmluvný spotrebiteľský vzťah, súd prvej inštancie správne vo veci aplikoval ustanovenia Občianskeho zákonníka o premlčaní, v dôsledku čoho dospel k správnemu záveru o potrebe zamietnutia žaloby po kvalifikovane vznesenej námietke premlčania žalovanou stranou. 7. V zmysle ustálenej praxe ustanovenie § 105 ods. 5 zákona č. 566/2001 Z.z. o cenných papieroch a investičných službách a o zmene a doplnení niektorých zákonov (zákon o cenných papieroch) v znení neskorších predpisov (ďalej len "ZoCP") presne určuje okruh vzťahov, ktoré sa subsidiárne podriaďujú Obchodnému zákonníku. Analogické použitie takéhoto odkazu na iné vzťahy, ktoré v ňom uvedené zákonné podmienky nespĺňajú, je neprípustné. Pokiaľ neexistuje v ZoCP ako osobitnom predpise (lex specialis) pre určitý okruh vzťahov priamy odkaz na Obchodný zákonník (ako je to v ust. § 105 ZoCP), je potrebné subsidiárne aplikovať všeobecný predpis občianskeho práva, ak je majiteľom účtu cenných papierov fyzická osoba nepodnikateľ (porovnaj R 55/2017). 8. Z týchto dôvodov odvolací súd napadnutý rozsudok súdu prvej inštancie ako vecne správny potvrdil (§ 387 ods. 1 CSP). 11.V odvolacom konaní úspešnej žalovanej nepriznal náhradu trov konania, keďže jej nevznikli žiadne (§ 396 ods. 1 v spojení s § 255 ods. 1 CSP). 12.Rozhodutie bolo prijaté senátom odvolacieho súdu pomerom hlasov 3:0.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https://www.kauzis.sk/judikatura/r/ECLI:SK:KSBA:2018:1113207102.2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