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3Cob/2/2018 z 20. 12. 2018</w:t>
      </w:r>
    </w:p>
    <w:p>
      <w:r>
        <w:t>Uznesenie Krajského súdu Bratislava z 20. decembra 2018, sp. zn. 3Cob/2/2018, ECLI:SK:KSBA:2018:1113243214.2</w:t>
      </w:r>
    </w:p>
    <w:p>
      <w:r>
        <w:t>Súd: Krajský súd Bratislava</w:t>
      </w:r>
    </w:p>
    <w:p>
      <w:r>
        <w:t>Spisová značka: 3Cob/2/2018</w:t>
      </w:r>
    </w:p>
    <w:p>
      <w:r>
        <w:t>ECLI: ECLI:SK:KSBA:2018:1113243214.2</w:t>
      </w:r>
    </w:p>
    <w:p>
      <w:r>
        <w:t>Dátum vydania: 20. 12. 2018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3Cob/2/2018 Identifikačné číslo súdneho spisu: 1113243214 Dátum vydania rozhodnutia: 21. 12. 2018 Meno a priezvisko sudcu, VSÚ: JUDr. Elena Ondrišová ECLI: ECLI:SK:KSBA:2018:1113243214.2 Uznesenie Krajský súd v Bratislave v senáte zloženom z predsedníčky senátu JUDr. Eleny Ondrišovej a členov senátu JUDr. Andrey Haitovej a JUDr. Ivony Hrčekovej v právnej veci žalobcu Nákupné centrum, s.r.o., Lazaretská 12, Bratislava, IČO: 35 700 831, práv, zast. Giese &amp; Partners, s.r.o. organizačná zložka, Bratislava proti žalovanému KAWA, s.r.o. v likvidácii, Nám. SNP 15, Bratislava, IČO: 35 903 554 o zaplatenie 94.723,15 EUR s príslušenstvom a o odvolaní žalovaného proti rozsudku Okresného súdu Bratislava I v Bratislave č.k. 34Cb/119/2014-228, zo dňa 18.1.2017, v znení opravného uznesenia č.k. 34Cb/119/2014-268, zo dňa 24.10.2017, jednohlasne takto r o z h o d o l : Odvolací súd odvolacie konanie z a s t a v u j e . Žiadna zo strán nemá právo na náhradu trov odvolacieho konania. o d ô v o d n e n i e : 1. Napadnutým rozsudkom súd prvej inštancie vo výroku I. konanie v časti istiny vo výške 527,85 EUR zastavil, vo výroku II. uložil žalovanému povinnosť zaplatiť žalobcovi sumu 94.150,30 EUR spolu s úrokmi z omeškania v sadzbe a zo súm vo výroku uvedených a vo výroku III. priznal žalobcovi nárok na náhradu trov konania v sadzbe 99%. Opravným uznesení opravil súd prvej inštancie správny dátum vyhlásenia svojho rozsudku. 2. Proti uvedenému rozsudku podal žalovaný riadne a včas odvolanie v ktorom odvolaciemu súdu navrhol napadnutý rozsudok zrušiť a vec vrátiť súdu prvého inštancie na ďalšie konanie. 3. Odvolací súd počas odvolacieho konania nahliadnutím do obchodného registra vedeného Okresným súdom Bratislava I v odd. s.r.o. vložka č. 33446/B zistil, že žalovaný , spoločnosť KAWA s.r.o. v likvidácii, IČO: 35 903 554, bol zrušený v likvidácii a ku dňu 19.7.2018 zanikol výmazom z obchodného registra bez právneho nástupcu. 4. Podľa § 64 C.s.p., ak strana zanikne počas konania skôr, ako sa konanie právoplatne skončilo, súd rozhodne, že v konaní pokračuje s jej právnym nástupcom. Ak právneho nástupcu niet, súd konanie zastaví. 5. Keďže žalovaný v priebehu odvolacieho konania zanikol bez právneho nástupcu a dňom výmazu z obchodného registra v plnom rozsahu stratil spôsobilosť byť účastníkom konania podľa § 61 C. s. p., odvolací súd rozhodol tak, ako je uvedené vo výroku tohto uznesenia. 6. O trovách odvolacieho konania rozhodol v súlade s ustanovením § 257 C.s.p., podľa ktorého súd výnimočne neprizná náhradu trov konania, ak existujú dôvody hodné osobitného zreteľa, čo je v danom prípade zánik žalovaného výmazom z obchodného registra bez právneho nástupcu. Poučenie: Proti tomuto uzneseniu dovolanie nie je prípustné.</w:t>
      </w:r>
    </w:p>
    <w:p/>
    <w:p>
      <w:r>
        <w:t>Zdroj: KAUZIS.SK – https://www.kauzis.sk/judikatura/r/ECLI:SK:KSBA:2018:1113243214.2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