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3Cob/125/2018 z 11. 9. 2018</w:t>
      </w:r>
    </w:p>
    <w:p>
      <w:r>
        <w:t>Uznesenie Krajského súdu Bratislava z 11. septembra 2018, sp. zn. 3Cob/125/2018, ECLI:SK:KSBA:2018:1114206851.2</w:t>
      </w:r>
    </w:p>
    <w:p>
      <w:r>
        <w:t>Súd: Krajský súd Bratislava</w:t>
      </w:r>
    </w:p>
    <w:p>
      <w:r>
        <w:t>Spisová značka: 3Cob/125/2018</w:t>
      </w:r>
    </w:p>
    <w:p>
      <w:r>
        <w:t>ECLI: ECLI:SK:KSBA:2018:1114206851.2</w:t>
      </w:r>
    </w:p>
    <w:p>
      <w:r>
        <w:t>Dátum vydania: 11. 9.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3Cob/125/2018 Identifikačné číslo súdneho spisu: 1114206851 Dátum vydania rozhodnutia: 12. 09. 2018 Meno a priezvisko sudcu, VSÚ: JUDr. Elena Ondrišová ECLI: ECLI:SK:KSBA:2018:1114206851.2 Uznesenie Krajský súd v Bratislave v senáte zloženom z predsedníčky senátu JUDr. Eleny Ondrišovej a členov senátu Mgr. Štefana Zelenáka a JUDr. Ivony Hrčekovej v právnej veci žalobcu KOMUNÁLNA poisťovňa, a.s., Vienna Insurance Group, Štefánikova 17, Bratislava, IČO: 31 595 545, proti žalovanému Wüstenrot poisťovňa, a.s., Karadžičova 17, Bratislava, IČO: 31 383 408 o zaplatenie 193,33 EUR s príslušenstvom, a o späťvzatí žaloby, o ktorej rozhodol Okresný súd Bratislava I rozsudkom č.k. 30Cb/35/2014-118, zo dňa 30.5.2017, jednohlasne takto r o z h o d o l : Krajský súd v Bratislave späťvzatie žaloby n e p r i p ú š ť a . o d ô v o d n e n i e : 1. Súd prvej inštancie rozsudkom č.k. 30Cb/35/2014-118, zo dňa 30.5.2017 žalobe vyhovel, žalovanému uložil povinnosť zaplatiť žalobcovi žalovanú sumu s príslušenstvom. Zároveň žalobcovi priznal nárok na náhradu trov konania v plnom rozsahu. 2. Proti uvedenému rozsudku podal žalovaný odvolanie. Následne vzal odvolanie v celom rozsahu späť. Krajský súd v Bratislave uznesením č.k. 1Cob/28/2018-164, zo dňa 28.3.2018 odvolacie konanie zastavil. Toto uznesenie nadobudlo právoplatnosť 30.4.2018 a zároveň týmto dňom nadobudol právoplatnosť i rozsudok súdu prvej inštancie. 3. Podaním zo dňa 25.5.2018, doručeným súdu prvej inštancie dňa 28.5.2018, zobral žalobca žalobu v celom rozsahu späť. Podľa § 370 C.s.p., ak je žaloba vzatá späť po rozhodnutí súdu prvej inštancie, ale skôr, ako rozhodnutie nadobudlo právoplatnosť, odvolací súd rozhodne o pripustení späťvzatia. Súd späťvzatie žaloby nepripustí, ak s tým protistrana z vážnych dôvodov nesúhlasí. Ak späťvzatie žaloby pripustí, odvolací súd zruší rozhodnutie súdu prvej inštancie a konanie zastaví. Ak je žaloba vzatá späť sčasti, použijú sa ustanovenia predchádzajúcich odsekov primerane. 4. Vzhľadom k tomu, že žalobca vzal svoj návrh na začatie konania v celom rozsahu späť v čase, keď už rozhodnutie súdu prvej inštancie nadobudlo právoplatnosť, odvolací súd nemohol späťvzatie pripustiť a preto rozhodol tak, ako je uvedené vo výroku tohoto uznesenia. Poučenie: Proti tomuto uzneseniu dovolanie nie je prípustné.</w:t>
      </w:r>
    </w:p>
    <w:p/>
    <w:p>
      <w:r>
        <w:t>Zdroj: KAUZIS.SK – https://www.kauzis.sk/judikatura/r/ECLI:SK:KSBA:2018:1114206851.2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