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5Co/414/2015 z 4. 2. 2018</w:t>
      </w:r>
    </w:p>
    <w:p>
      <w:r>
        <w:t>Uznesenie Krajského súdu Bratislava z 4. februára 2018, sp. zn. 5Co/414/2015, ECLI:SK:KSBA:2018:1114216202.3</w:t>
      </w:r>
    </w:p>
    <w:p>
      <w:r>
        <w:t>Súd: Krajský súd Bratislava</w:t>
      </w:r>
    </w:p>
    <w:p>
      <w:r>
        <w:t>Spisová značka: 5Co/414/2015</w:t>
      </w:r>
    </w:p>
    <w:p>
      <w:r>
        <w:t>ECLI: ECLI:SK:KSBA:2018:1114216202.3</w:t>
      </w:r>
    </w:p>
    <w:p>
      <w:r>
        <w:t>Dátum vydania: 4. 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5Co/414/2015 Identifikačné číslo súdneho spisu: 1114216202 Dátum vydania rozhodnutia: 05. 02. 2018 Meno a priezvisko sudcu, VSÚ: JUDr. Milan Chalupka ECLI: ECLI:SK:KSBA:2018:1114216202.3 Uznesenie Krajský súd v Bratislave v senáte zloženom z predsedu senátu JUDr. Milana Chalupku a členov senátu: JUDr. Juraja Považana a JUDr. Janky Richterovej v právnej veci žalobcu: M. O., O.. XX.XX.XXXX trvale bytom: B. XX, V., proti žalovaným: 1/ Krajský súd Bratislava, so sídlom: Záhradnícka 10, Bratislava, 2/ Generálna prokuratúra SR, so sídlom: Štúrova 2, Bratislava, 3/ Okresný súd Bratislava IV, so sídlom: Saratovská 1/A, Bratislava, o vyslovenie neplatnosti rozsudku, na odvolanie žalobcu proti uzneseniu Okresného súdu Bratislava I, č.k.: 25C/112/2014-61 zo dňa 22.05.2015, takto r o z h o d o l : Opravuje sa záhlavie uznesenia Krajského súdu v Bratislave, č.k. 5Co/414/2015-91 zo dňa 23.09.2016 tak, že správne označenie žalovaných znie: 1/ Krajský súd Bratislava, so sídlom: Záhradnícka 10, Bratislava, 2/ Generálna prokuratúra SR, so sídlom: Štúrova 2, Bratislava, 3/ Okresný súd Bratislava IV, so sídlom: Saratovská 1/A, Bratislava. Opravuje sa odôvodnenie uznesenia Krajského súdu v Bratislave, č.k. 5Co/414/2015-91 zo dňa 23.09.2016 v časti náhrady trov odvolacieho konania tak, že správne označenie subjektov na strane žalovaných, ktorým odvolací súd priznal náhradu trov odvolacieho konania znie: V odvolacom konaní súd úspešným žalovaným 1/, 2/ a 3/ priznáva náhradu trov konania v rozsahu 100% Opravuje sa výrok o trovách uznesenia Krajského súdu v Bratislave, č.k. 5Co/414/2015-91 zo dňa 23.09.2016 tak, že správne výrok o náhrade trov odvolacieho konania znie: Žalovaným 1/, 2/ a 3/ sa priznáva náhrada trov odvolacieho konania v rozsahu 100%. o d ô v o d n e n i e : 1. Krajský súd v Bratislave ako súd odvolací svojím uznesením napadnuté uznesenie súdu prvej inštancie potvrdil. Žalovanému priznal nárok na náhradu trov odvolacieho konania v rozsahu 100%. 2. Podľa § 378 ods. 1 C.s.p. na konanie na odvolacom súde sa primerane použijú ustanovenia o konaní pred súdom prvej inštancie, ak tento zákon neustanovuje inak. 3. Podľa § 224 C.s.p. súd kedykoľvek aj bez návrhu opraví v rozsudku chyby v písaní a počítaní, ako aj iné zrejmé nesprávnosti. O oprave súd vydá opravné uznesenie, ktoré doručí subjektom konania. 4. Podľa § 234 ods. 2 C.s.p. ak nie je ďalej ustanovené inak, použijú sa na uznesenie primerane ustanovenia o rozsudku. 5. V danej veci odvolacieho súdu došlo k nesprávnosti v písaní spočívajúcej v tom, že Krajský súd v Bratislave v záhlaví svojho uznesenia opomenul uviesť jedného zo žalovaných a to žalovaného 3/ Okresný súd Bratislava IV, so sídlom: Saratovská 1/A, Bratislava. 6. V danej veci odvolacieho súdu došlo k ďalšej nesprávnosti v písaní spočívajúcej v tom, že Krajský súd v Bratislave nesprávne v odôvodnení svojho rozhodnutia namiesto ich priznania v rozsahu 100% všetkým trom žalovaným, uviedol ako subjekt ktorému priznal právo na náhradu trov odvolacieho konania, len ako „žalovaného“. Rovnako tak odvolací súd v dôsledku nesprávnosti v písaní uviedol vo výroku o náhrade trov odvolacieho konania ako subjekt, ktorému priznal právo na náhradu trov len „žalovaného“, pričom správne v tomto výroku malo byť uvedené, že odvolací súd priznáva náhradu trov odvolacieho konania v rozsahu 100% žalovaným 1/, 2/ a 3/. 7. Keďže pri vyhotovovaní predmetného uznesenia odvolacieho súdu došlo k chybe v písaní opomenutím označenia žalovaného 3/ v záhlaví, nesprávnym označením subjektov na strane žalovaných, ktorým bolo priznané právo na náhradu trov odvolacieho konania a nesprávnym označením subjektov na strane žalovaných vo výroku, ktorým rozhodol o práve na náhradu trov odvolacieho konania, odvolací súd v súlade s citovanými zákonnými ustanoveniami rozhodol o oprave tak, ako je uvedené vo výrokovej časti tohto uznesenia a nesprávne znenie nahradil správnym. 8.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https://www.kauzis.sk/judikatura/r/ECLI:SK:KSBA:2018:1114216202.3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