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4Cob/25/2017 z 10. 10. 2018</w:t>
      </w:r>
    </w:p>
    <w:p>
      <w:r>
        <w:t>Opravné uznesenie Krajského súdu Bratislava z 10. októbra 2018, sp. zn. 4Cob/25/2017, ECLI:SK:KSBA:2018:1115205131.2</w:t>
      </w:r>
    </w:p>
    <w:p>
      <w:r>
        <w:t>Súd: Krajský súd Bratislava</w:t>
      </w:r>
    </w:p>
    <w:p>
      <w:r>
        <w:t>Spisová značka: 4Cob/25/2017</w:t>
      </w:r>
    </w:p>
    <w:p>
      <w:r>
        <w:t>ECLI: ECLI:SK:KSBA:2018:1115205131.2</w:t>
      </w:r>
    </w:p>
    <w:p>
      <w:r>
        <w:t>Dátum vydania: 10. 10.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4Cob/25/2017 Identifikačné číslo súdneho spisu: 1115205131 Dátum vydania rozhodnutia: 11. 10. 2018 Meno a priezvisko sudcu, VSÚ: JUDr. Elena Kúšová ECLI: ECLI:SK:KSBA:2018:1115205131.2 Opravné uznesenie Krajský súd v Bratislave v senáte zloženom z predsedníčky senátu JUDr. Eleny Kúšovej a členiek senátu JUDr. Tatiany Pastierikovej a JUDr. Dany Šiffalovičovej v právnej veci žalobcu: LC Invest s.r.o., Sedmokrásková 6, 821 01 Bratislava, IČO: 50 059 041, (predtým SAF INVESTMENT, s.r.o., Rybničná 40, 831 06 Bratislava, IČO: 36 285 820 - vymazaný z OR dňa 25.05.2017), zast. Advokátska kancelária Antovszká, s.r.o., Bárdošova 2/A, 831 01 Bratislava, IČO: 36 866 881, proti žalovanému: DSC, a.s., Slávičie údolie 106, 811 02 Bratislava, IČO: 35 811 790, zast. Advokátska kancelária JUDr. NOVÁČKOVÁ, s.r.o., Brančská 7, 851 01 Bratislava, IČO: 36 699 705, o zaplatenie 17.655,56 eur s príslušenstvom, takto r o z h o d o l : Rozsudok vydaný Krajským súdom v Bratislave č.k. 4Cob/25/2017-179 zo dňa 26.04.2018 opravuje - v časti záhlavia tak, že správne znie: „Krajský súd v Bratislave v senáte zloženom z predsedníčky senátu JUDr. Eleny Kúšovej a členiek senátu JUDr. Tatiany Pastierikovej a JUDr. Dany Šiffalovičovej v právnej veci žalobcu: LC Invest s.r.o., Sedmokrásková 6, 821 01 Bratislava, IČO: 50 059 041, (predtým SAF INVESTMENT, s.r.o., Rybničná 40, 831 06 Bratislava, IČO: 36 285 820 - vymazaný z OR dňa 25.05.2017), zast. Advokátska kancelária Antovszká s.r.o., Bárdošova 2/A, 831 01 Bratislava, IČO: 36 866 881, proti žalovanému DSC, a.s., Slávičie údolie 106, 811 02 Bratislava, IČO: 35 811 790, zast. Advokátska kancelária JUDr. NOVÁČKOVÁ, s.r.o., Brančská 7, 851 01 Bratislava, IČO: 36 699 705, o zaplatenie 17.655,56 eur s príslušenstvom, o odvolaní žalovaného proti II. výroku rozsudku Okresného súdu Bratislava I č.k. 28Cb/49/2015-146 zo dňa 08.08.2016, takto“ o d ô v o d n e n i e : 1. Krajský súd v Bratislave v záhlaví svojho rozhodnutia č.k. 4Cob/25/2017-179 zo dňa 26.04.2018 nesprávne uviedol, že stranou sporu na strane žalobcu je spoločnosť SAF INVESTMENT, s.r.o., Rybničná 40, 831 06 Bratislava, IČO: 36 285 820. Nakoľko táto spoločnosť bola vymazaná z OR dňa 25.05.2017, došlo k jej zániku a nástupníckou spoločnosťou sa stala spoločnosť Abeille, s.r.o., ktorá bola následne tiež vymazaná z OR a nástupníckou spoločnosťou sa stala spoločnosť LC Invest s.r.o., Sedmokrásková 6, 821 01 Ružinov, IČO: 50 059 041. Spoločnosť Abeille, s.r.o. ako univerzálny právny nástupca zanikajúcej spoločnosti SAF INVESTMENT, s.r.o. prevzala všetky práva, záväzky a pohľadávky a všetok majetok zanikajúcej spoločnosti a následne ich prevzala spoločnosť LC Invest s.r.o.. 2. Podľa § 224 zák. č. 160/2015 Z.z. - Civilný sporový poriadok - (CSP), súd kedykoľvek aj bez návrhu opraví v rozsudku chyby v písaní a počítaní, ako aj iné zrejmé nesprávnosti. O oprave súd vydá opravné uznesenie, ktoré doručí subjektom konania. 3. Odvolací súd mal za preukázané, že právo, resp. povinnosť, o ktorú v konaní išlo, prešlo na spoločnosť LC Invest s.r.o.. Pretože v záhlaví dotknutého rozhodnutia išlo o zrejmú nesprávnosť, odvolací súd vykonal opravu v zmysle § 224 CSP. 4. Toto rozhodnutie bolo členmi senátu prijaté pomerom hlasov 3 : 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https://www.kauzis.sk/judikatura/r/ECLI:SK:KSBA:2018:1115205131.2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