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4CoZm/24/2018 z 12. 11. 2018</w:t>
      </w:r>
    </w:p>
    <w:p>
      <w:r>
        <w:t>Uznesenie Krajského súdu Bratislava z 12. novembra 2018, sp. zn. 4CoZm/24/2018, ECLI:SK:KSBA:2018:1115208205.2</w:t>
      </w:r>
    </w:p>
    <w:p>
      <w:r>
        <w:t>Súd: Krajský súd Bratislava</w:t>
      </w:r>
    </w:p>
    <w:p>
      <w:r>
        <w:t>Spisová značka: 4CoZm/24/2018</w:t>
      </w:r>
    </w:p>
    <w:p>
      <w:r>
        <w:t>ECLI: ECLI:SK:KSBA:2018:1115208205.2</w:t>
      </w:r>
    </w:p>
    <w:p>
      <w:r>
        <w:t>Dátum vydania: 12. 11.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4CoZm/24/2018 Identifikačné číslo súdneho spisu: 1115208205 Dátum vydania rozhodnutia: 13. 11. 2018 Meno a priezvisko sudcu, VSÚ: JUDr. Tatiana Pastieriková ECLI: ECLI:SK:KSBA:2018:1115208205.2 Uznesenie Krajský súd v Bratislave v senáte zloženom z predsedníčky senátu JUDr. Tatiany Pastierikovej a členiek senátu JUDr. Eleny Kúšovej a JUDr. Dany Šiffalovičovej v právnej veci žalobcu: Sberbank Slovensko, a.s., Vysoká 9, 810 00 Bratislava, IČO: 17 321 123, (vymazaný z OR dňa 1.8.2017), zastúpeného HMG LEGAL, s.r.o., Červeňova 14, 811 03 Bratislava, IČO: 35 885 459, proti žalovanému v 1. rade: RUSSEL EXPORT- IMPORT s.r.o., Záhradnícka 15, 811 07 Bratislava, IČO: 44 092 580, zastúpený BAJO LEGAL, s.r.o., Landererova 8, 811 09 Bratislava, IČO: 36 860 581, žalovanému v 2. rade: Q. H., I.. XX.XX.XXXX, O. L. XXX/X, XXX XX Q., o zaplatenie 50.000,- eur s príslušenstvom, takto r o z h o d o l : Odvolací súd v konaní pokračuje s právnym nástupcom žalobcu Sberbank Slovensko, a.s., Vysoká 9, 810 00 Bratislava, IČO: 17 321 123, so spoločnosťou Prima banka Slovensko, a.s., Hodžova 11, 010 11 Žilina, IČO: 31 575 951. o d ô v o d n e n i e : 1. Dňa 23.3.2015 podal žalobca na okresný súd žalobu voči žalovanému v 1. a 2. rade. Dňa 2.5.2016 okresný súd vydal uznesenie č.k. 3CbZm/1290/2015-214. Proti tomuto uzneseniu podal dňa 16.2.2017 odvolanie žalovaný v 1. rade. 2. Súd z úradnej činnosti - výpisom z obchodného registra zistil, že žalobca - spoločnosť Sberbank Slovensko, a.s., Vysoká 9, 810 00 Bratislava, IČO: 17 321 123, bola z obchodného registra vymazaná dňa 1.8.2017 a jej právnym nástupcom je spoločnosť Prima banka Slovensko, a.s., Hodžova 11, 010 11 Žilina, IČO: 31 575 951. 3. Podľa § 64 CSP, ak strana zanikne počas konania skôr, ako sa konanie právoplatne skončilo, súd rozhodne, že v konaní pokračuje s jej právnym nástupcom. Ak právneho nástupcu niet, súd konanie zastaví. 4. Nakoľko právnym nástupcom žalobcu - Sberbank Slovensko, a.s. je spoločnosť Prima banka Slovensko, a.s., súd rozhodol v zmysle ust. § 64 CSP o pokračovaní v konaní s právnym nástupcom žalobcu - spoločnosťou Prima banka Slovensko, a.s.. 5. Toto rozhodnutie bolo prijaté senátom Krajského súdu v Bratislave pomerom hlasov 3:0. Poučenie: Proti tomuto uzneseniu nie je prípustné odvolanie (§ 355 ods. 2 a § 357 CSP).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https://www.kauzis.sk/judikatura/r/ECLI:SK:KSBA:2018:1115208205.2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