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Bratislava sp. zn. 2Co/254/2014 z 18. 9. 2018</w:t>
      </w:r>
    </w:p>
    <w:p>
      <w:r>
        <w:t>Dopĺňací rozsudok Krajského súdu Bratislava z 18. septembra 2018, sp. zn. 2Co/254/2014, ECLI:SK:KSBA:2018:1212217121.2</w:t>
      </w:r>
    </w:p>
    <w:p>
      <w:r>
        <w:t>Súd: Krajský súd Bratislava</w:t>
      </w:r>
    </w:p>
    <w:p>
      <w:r>
        <w:t>Spisová značka: 2Co/254/2014</w:t>
      </w:r>
    </w:p>
    <w:p>
      <w:r>
        <w:t>ECLI: ECLI:SK:KSBA:2018:1212217121.2</w:t>
      </w:r>
    </w:p>
    <w:p>
      <w:r>
        <w:t>Dátum vydania: 18. 9. 2018</w:t>
      </w:r>
    </w:p>
    <w:p>
      <w:r>
        <w:t>Forma: Dopĺňací rozsudok</w:t>
      </w:r>
    </w:p>
    <w:p>
      <w:r>
        <w:t>Oblasť práva: Občianske právo</w:t>
      </w:r>
    </w:p>
    <w:p>
      <w:pPr>
        <w:pStyle w:val="Heading2"/>
      </w:pPr>
      <w:r>
        <w:t>Text rozhodnutia</w:t>
      </w:r>
    </w:p>
    <w:p>
      <w:r>
        <w:t>Súd: Krajský súd Bratislava Spisová značka: 2Co/254/2014 Identifikačné číslo súdneho spisu: 1212217121 Dátum vydania rozhodnutia: 19. 09. 2018 Meno a priezvisko sudcu, VSÚ: JUDr. Darina Kriváňová ECLI: ECLI:SK:KSBA:2018:1212217121.2 DOPĹŇACÍ ROZSUDOK V MENE SLOVENSKEJ REPUBLIKY Krajský súd v Bratislave v senáte v zložení: predsedníčka senátu JUDr. Darina Kriváňová a členovia senátu JUDr. Michaela Králová a JUDr. Ivana Jahnová v právnej veci žalobcu: YOGY TRADE s.r.o., so sídlom Trenčianska 56/D, Bratislava, IČO: 36 708 976, proti žalovaným: X. C.. V. N., O.. XX.XX.XXXX, V. M. X, V., 2. Dražobná spoločnosť, a.s., so sídlom Gunduličova 3, Bratislava, IČO: 35 849 703, zastúpeným spoločnosťou STANÉK VETRÁK &amp; PARTNERI, s.r.o., Vlčkova 18, Bratislava, 3. BARNEY, s. r. o., so sídlom Trenčianska 56/D, Bratislava, zastúpeným spoločnosťou CHOCHOĽÁK &amp; ČESLA s.r.o., Rumanova 2, Košice, o určenie neplatnosti dražby, o odvolaní žalobcu proti rozsudku Okresného súdu Bratislava II č.k. 7C/135/2012-300 zo dňa 2.12.2013, takto r o z h o d o l : Rozsudok Krajského súdu v Bratislave sp.zn. 2Co/254/2014 zo dňa 06.12.2017 s a d o p ĺ ň a týmto výrokom: Žalovaným 1. 2. a 3. rade p r i z n á v a proti žalobcovi nárok na náhradu trov odvolacieho konania v rozsahu 100%. o d ô v o d n e n i e : 1. Okresný súd Bratislava II rozsudkom č.k. 7C/135/2012-300 zo dňa 2.12.2013 zamietol žalobu, ktorou sa žalobca domáhal vydania rozhodnutia, ktorým by súd určil, že dražba, ktorá sa konala dňa 12.04.2012 v sídle odporcu v 2. rade, ktorou bol vydražený predmet dražby: a) O. P. Č.. XX - XX X. F. V. Y. Z. XX/D, F. Č.. XXXXX, X. na P. Č.. XXXXX/XX, Č. X.: Z. XX/D, b) spoluvlastnícky podiel na spoločných častiach a zariadeniach bytového domu prislúchajúci k nebytovému priestoru o veľkosti XXXX/XXXXXX, c) spoluvlastnícky podiel prislúchajúci k nebytovému priestoru o veľkosti XXXX/XXXXXX na P.: P. E. ". Č.. XXXXX/XX, Y. P.: K. P. R. O., X. XXX U., -K. na G. X. Č.. XXXX pre M..Ú.. O., D.: V. - U..Č.. E.C., D.: V. C., d) F. Z. XX/E, F. Č.F.: XXXXX, P. na P. Č.. XXXXX/XXX, ". W.) P. E. ". Č.. XXXXX/XXX, Y. P.: K. P. R. O., X.: XX U., I.) P. E. ". Č.. XXXXX/XXX, Y. P.: K. P. R. O., X.: X U., -zapísané na liste vlastníctva Č.. XXXX pre M..Ú.. O., D.: V. - U..Č.. E., D.: V. C., X. P. X. - odporcu X. X. E. za N. XXX.XXX,- W. je neplatná. 2. Proti rozsudku súdu prvej inštancie podal odvolanie žalobca, ktorý navrhol, aby Krajský súd v Bratislave ako odvolací súd zmenil rozsudok Okresného súdu Bratislava II, č. k. 7C/135/2012-300 zo dňa 02.12.2013 tak, že určuje, že dražba je neplatná. 3. Krajský súd v Bratislave rozsudkom zo dňa 06.12.2017 potvrdil rozsudok Okresného súdu Bratislava II č.k. 7C 135/2012-300 zo dňa 2.12.2013. 4. Dňa 26.01.2018 bol súdu prvej inštancie doručený návrh žalovaného 3./ na doplnenie rozsudku Krajského súdu v Bratislave č.k. 2Co/254/2014-369 zo dňa 06.12.2017, nakoľko odvolací súd v potvrdzujúcom rozsudku nerozhodol o náhrade trov odvolacieho konania. Žalovaný 3./ navrhol priznať mu voči žalobcovi nárok na náhradu trov odvolacieho konania v rozsahu 100%. 5. Podľa § 225 ods. 1 až 3 zákona č. 160/2015 Z. z. Civilný sporový poriadok (ďalej len „CSP“), ak nerozhodol súd v rozsudku o niektorej časti predmetu konania alebo o predbežnej vykonateľnosti, môže strana do 15 dní od doručenia rozsudku navrhnúť jeho doplnenie. Súd môže rozsudok, ktorý nenadobudol právoplatnosť, doplniť aj bez návrhu. Doplnenie urobí súd dopĺňacím rozsudkom, na ktorý sa primerane použijú ustanovenia o rozsudku. Ak súd nevyhovie návrhu strany na doplnenie rozsudku, návrh zamietne. Návrh na doplnenie sa netýka právoplatnosti ani vykonateľnosti výrokov pôvodného rozsudku. 6. Podľa § 396 ods. 1 CSP, ustanovenia o trovách konania pred súdom prvej inštancie sa použijú aj na odvolacie konanie. 7. Podľa § 255 ods. 1 CSP, súd prizná strane náhradu trov konania podľa pomeru jej úspechu vo veci. 8. Z vyššie uvedeného je zrejmé, že odvolací súd nerozhodol o trovách odvolacieho konania, a preto bolo opodstatnené postupom vyplývajúcim z ustanovenia § 225 CSP doplniť rozsudok Krajského súdu v Bratislave sp.zn. 2Co/254/2014 zo dňa 06.12.2017 o výrok o nároku na náhradu trov odvolacieho konania. O nároku na náhradu trov odvolacieho konania odvolací súd rozhodol podľa § 396 ods. 1 C.s.p. v spojení s § 255 ods. 1 C.s.p. a § 262 ods. 1 C.s.p. tak, že žalovaným v 1. 2. a 3. rade priznal proti žalobcovi plný nárok na náhradu trov odvolacieho konania, nakoľko mali vo veci plný úspech. 9. Toto rozhodnutie prijal senát Krajského súdu v Bratislave pomerom hlasov 3:0.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https://www.kauzis.sk/judikatura/r/ECLI:SK:KSBA:2018:1212217121.2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