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1Cob/37/2018 z 20. 12. 2018</w:t>
      </w:r>
    </w:p>
    <w:p>
      <w:r>
        <w:t>Opravné uznesenie Krajského súdu Bratislava z 20. decembra 2018, sp. zn. 1Cob/37/2018, ECLI:SK:KSBA:2018:1213220607.2</w:t>
      </w:r>
    </w:p>
    <w:p>
      <w:r>
        <w:t>Súd: Krajský súd Bratislava</w:t>
      </w:r>
    </w:p>
    <w:p>
      <w:r>
        <w:t>Spisová značka: 1Cob/37/2018</w:t>
      </w:r>
    </w:p>
    <w:p>
      <w:r>
        <w:t>ECLI: ECLI:SK:KSBA:2018:1213220607.2</w:t>
      </w:r>
    </w:p>
    <w:p>
      <w:r>
        <w:t>Dátum vydania: 20. 12. 2018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1Cob/37/2018 Identifikačné číslo súdneho spisu: 1213220607 Dátum vydania rozhodnutia: 21. 12. 2018 Meno a priezvisko sudcu, VSÚ: JUDr. Soňa Pekarčíková ECLI: ECLI:SK:KSBA:2018:1213220607.2 Opravné uznesenie Krajský súd v Bratislave v senáte zloženom z predsedníčky senátu Mgr. Soni Pekarčíkovej a členiek senátu JUDr. Andrey Haitovej a JUDr. Andrey Sedlačkovej v právnej veci žalobcu: Energetic Systems, s.r.o., Šamorínska 10, Bratislava-Podunajské Biskupice, IČO: 46 780 751 (predtým ERS systems spol. s r.o., Šamorínska 10, Bratislava, IČO: 36 751 995) proti žalovanému: Slovak Telekom, a.s., Bajkalská 28, Bratislava, IČO: 35 763 469, o určenie platnosti odstúpenia od zmluvy a o odvolaní žalobcu proti rozsudku Okresného súdu Bratislava II č.k. 26Cb/128/2013-179 zo dňa 10.05.2017 takto r o z h o d o l : Odvolací súd o p r a v u j e záhlavie rozsudku Krajského súdu v Bratislave č.k. 1Cob/37/2018 - 234 zo dňa 25.10.2018 tak, že sa z neho vypúšťajú slová: „zast.: H.. R. K., R.., O. XX, U..“ V ostatnom zostáva rozsudok nezmenený. o d ô v o d n e n i e : 1. Podľa ust. § 470 ods. 1 zákona č. 160/2015 Z.z. Civilný sporový poriadok (ďalej len „C.s.p.“), ak nie je ustanovené inak, platí tento zákon aj na konania začaté predo dňom nadobudnutia jeho účinnosti (01.07.2016) 2. Podľa ust. § 224 C.s.p., súd kedykoľvek aj bez návrhu opraví v rozsudku chyby v písaní a počítaní, ako aj iné zrejmé nesprávnosti. O oprave súd vydá opravné uznesenie, ktoré doručí subjektom konania. 3. Krajský súd v Bratislave rozsudkom č.k. 1Cob/37/2018-234 zo dňa 25.10.2018 potvrdil rozsudok Okresného súdu Bratislava II č.k. 26Cb/128/2013-179 zo dňa 10.05.2017 a žalovanému priznal nárok na náhradu trov odvolacieho konania voči žalobcovi vo výške 100%. 4. Na základe podania Okresného súdu Bratislava II zo dňa 11.12.2018 tunajší súd zistil, že v predmetnom rozsudku odvolacieho súdu došlo k chybe, keď v záhlaví rozsudku odvolací súd uviedol právnu zástupkyňu: H.. R. K., R.., O. XX, U., pričom zo súdneho spisu vyplýva, že zo strany žalobcu došlo k odvolaniu plnej moci udelenej dňa 09.01.2017, a to na základe podania označeného ako „Odvolanie plnej moci“, ktoré bolo súčasťou odvolania žalobcu zo dňa 24.07.2017 (č.l. 207). 5. Vzhľadom na to, že pri písomnom vyhotovení rozsudku odvolacieho súdu došlo k chybe v uvedení právnej zástupkyne žalobcu, odvolací súd túto zrejmú nesprávnosť opravil tak, ako je uvedené vo výroku tohto uznesenia. 6.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https://www.kauzis.sk/judikatura/r/ECLI:SK:KSBA:2018:1213220607.2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